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כלכלת ישראל וענפי המשק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תעשייה שמבוססת על מחקר ומדע נקראת תעשייה עתירת ידע.</w:t>
      </w:r>
    </w:p>
    <w:p>
      <w:pPr>
        <w:bidi/>
        <w:spacing w:before="0" w:after="40"/>
      </w:pPr>
      <w:r>
        <w:rPr>
          <w:rtl/>
        </w:rPr>
        <w:t>ב. ישראל מכונה «אומת הסטארט-אפ».</w:t>
      </w:r>
    </w:p>
    <w:p>
      <w:pPr>
        <w:bidi/>
        <w:spacing w:before="0" w:after="40"/>
      </w:pPr>
      <w:r>
        <w:rPr>
          <w:rtl/>
        </w:rPr>
        <w:t>ג. שיטת השקיה חסכונית היא השקיה בטפטוף.</w:t>
      </w:r>
    </w:p>
    <w:p>
      <w:pPr>
        <w:bidi/>
        <w:spacing w:before="0" w:after="40"/>
      </w:pPr>
      <w:r>
        <w:rPr>
          <w:rtl/>
        </w:rPr>
        <w:t>ד. ענף שנותן שירות לתיירים הוא התיירות.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עיסוק למגזר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ראשוני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שניוני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שלישוני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חקלאי, דייג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עובדת בפס ייצור במפעל שבבים, פועל במפעל מזון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רופא, מורה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העובדים בישראל עובדים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העובדים בישראל עובדים בשירותים; בחקלאות מעטים.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התיירות רגישה למצב הביטחוני.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חברות ההייטק מרוכזות בעיקר במרכז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מגזר ודוגמה מישראל.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מגזר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עושים בו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מישראל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ראשוני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מפיקים חומרים מהטבע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גידול תמרים בערבה; אשלג בים המלח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מעבדים למוצרים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מפעל שבבים; מפעל מזון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שלישוני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נותנים שירותים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בתי מלון באילת; בית חולים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החקלאות בישראל חשובה גם אם עובדים בה מעטים?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מספקת מזון טרי; שומרת על שטחים פתוחים ויישובים בפריפריה; מפתחת טכנולוגיות שמיוצאות.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למה ישראל הצליחה בהייטק?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הון אנושי משכיל (אוניברסיטאות, עולים מהנדסים); מחקר ופיתוח; ניסיון טכנולוגי מהצבא; השקעות מחו"ל.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