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תשתיות: תחבורה, אנרגיה ותקשורת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C2410C"/>
          <w:sz w:val="24"/>
          <w:szCs w:val="24"/>
          <w:rtl/>
        </w:rPr>
        <w:t>מחסן מילים: בן גוריון  |  אשדוד  |  6  |  קלה  |  חיפה</w:t>
      </w:r>
    </w:p>
    <w:p>
      <w:pPr>
        <w:bidi/>
        <w:spacing w:before="0" w:after="60"/>
      </w:pPr>
      <w:r>
        <w:rPr>
          <w:rtl/>
        </w:rPr>
        <w:t>א. שער הכניסה העיקרי לנוסעים בישראל הוא נמל התעופה __________.</w:t>
      </w:r>
    </w:p>
    <w:p>
      <w:pPr>
        <w:bidi/>
        <w:spacing w:before="0" w:after="60"/>
      </w:pPr>
      <w:r>
        <w:rPr>
          <w:rtl/>
        </w:rPr>
        <w:t>ב. הנמל הגדול בדרום מישור החוף הוא נמל __________.</w:t>
      </w:r>
    </w:p>
    <w:p>
      <w:pPr>
        <w:bidi/>
        <w:spacing w:before="0" w:after="60"/>
      </w:pPr>
      <w:r>
        <w:rPr>
          <w:rtl/>
        </w:rPr>
        <w:t>ג. כביש האגרה שחוצה את הארץ הוא כביש __________.</w:t>
      </w:r>
    </w:p>
    <w:p>
      <w:pPr>
        <w:bidi/>
        <w:spacing w:before="0" w:after="60"/>
      </w:pPr>
      <w:r>
        <w:rPr>
          <w:rtl/>
        </w:rPr>
        <w:t>ד. בתל אביב ובירושלים פועלת רכבת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כל תשתית לסוג שלה.</w:t>
      </w:r>
    </w:p>
    <w:p>
      <w:pPr>
        <w:bidi/>
        <w:spacing w:before="0" w:after="80"/>
      </w:pPr>
      <w:r>
        <w:rPr>
          <w:color w:val="C2410C"/>
          <w:sz w:val="24"/>
          <w:szCs w:val="24"/>
          <w:rtl/>
        </w:rPr>
        <w:t>המילים: מסילת רכבת  |  קו מתח עליון  |  נמל אשדוד  |  צנרת גז  |  סיבים אופטיים  |  אנטנה סלולרית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תחבורה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אנרגיה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תקשורת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הסחורות מגיעות לישראל ברכבת מהמדינות השכנות.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תחבורה ציבורית יכולה להפחית גודש וזיהום.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רוב החשמל בישראל מיוצר היום מגז טבעי.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בעיה בתחבורה ופתרון.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בעיה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פקקים בכניסה לתל אביב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זיהום אוויר ממכוניות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נסיעה ארוכה מהפריפריה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מדוע אומרים שבתחבורת סחורות ישראל היא כמו «אי»?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יתרון אחד וחיסרון אחד של כביש חדש שעובר בשטח פתוח.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