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מחוון – דף עבודה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0"/>
          <w:szCs w:val="40"/>
          <w:rtl/>
        </w:rPr>
        <w:t>🔑 מחוון – תשתיות: תחבורה, אנרגיה ותקשורת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שער הכניסה העיקרי לנוסעים בישראל הוא נמל התעופה בן גוריון.</w:t>
      </w:r>
    </w:p>
    <w:p>
      <w:pPr>
        <w:bidi/>
        <w:spacing w:before="0" w:after="40"/>
      </w:pPr>
      <w:r>
        <w:rPr>
          <w:rtl/>
        </w:rPr>
        <w:t>ב. הנמל הגדול בדרום מישור החוף הוא נמל אשדוד.</w:t>
      </w:r>
    </w:p>
    <w:p>
      <w:pPr>
        <w:bidi/>
        <w:spacing w:before="0" w:after="40"/>
      </w:pPr>
      <w:r>
        <w:rPr>
          <w:rtl/>
        </w:rPr>
        <w:t>ג. כביש האגרה שחוצה את הארץ הוא כביש 6.</w:t>
      </w:r>
    </w:p>
    <w:p>
      <w:pPr>
        <w:bidi/>
        <w:spacing w:before="0" w:after="40"/>
      </w:pPr>
      <w:r>
        <w:rPr>
          <w:rtl/>
        </w:rPr>
        <w:t>ד. בתל אביב ובירושלים פועלת רכבת קלה.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כל תשתית לסוג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תחבורה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אנרגיה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תקשורת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מסילת רכבת, נמל אשדוד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קו מתח עליון, צנרת גז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סיבים אופטיים, אנטנה סלולרית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רוב הסחורות מגיעות לישראל ברכבת מהמדינות השכנות.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רוב הסחורות מגיעות לישראל בים, דרך הנמלים.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תחבורה ציבורית יכולה להפחית גודש וזיהום.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רוב החשמל בישראל מיוצר היום מגז טבעי.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בעיה בתחבורה ופתרון.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בעיה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פתרון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פקקים בכניסה לתל אביב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רכבת קלה, נתיבי תחבורה ציבורית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זיהום אוויר ממכוניות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רכב חשמלי, תחבורה ציבורית, אופניים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נסיעה ארוכה מהפריפריה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רכבת מהירה, כבישים חדשים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מדוע אומרים שבתחבורת סחורות ישראל היא כמו «אי»?</w:t>
      </w:r>
    </w:p>
    <w:p>
      <w:pPr>
        <w:bidi/>
        <w:spacing w:before="0" w:after="80"/>
      </w:pPr>
      <w:r>
        <w:rPr>
          <w:color w:val="0F7A4F"/>
          <w:rtl/>
        </w:rPr>
        <w:t>תשובה אפשרית: גבולות היבשה כמעט סגורים למסחר, ולכן כמעט כל הסחורות עוברות בים ובאוויר.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כתבו יתרון אחד וחיסרון אחד של כביש חדש שעובר בשטח פתוח.</w:t>
      </w:r>
    </w:p>
    <w:p>
      <w:pPr>
        <w:bidi/>
        <w:spacing w:before="0" w:after="80"/>
      </w:pPr>
      <w:r>
        <w:rPr>
          <w:color w:val="0F7A4F"/>
          <w:rtl/>
        </w:rPr>
        <w:t>תשובה אפשרית: יתרון: מקצר נסיעה ומחבר אזורים. חיסרון: פוגע בטבע ובנוף, מעודד עוד מכוניות וזיהום.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