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סיכום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סביבה וקיימות: שטחים פתוחים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סביבה וקיימות</w:t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הבעיה</w:t>
      </w:r>
    </w:p>
    <w:p>
      <w:pPr>
        <w:bidi/>
        <w:spacing w:before="0" w:after="20"/>
      </w:pPr>
      <w:r>
        <w:rPr>
          <w:rtl/>
        </w:rPr>
        <w:t>1. מדינה קטנה, צפופה, שגדלה מהר.</w:t>
      </w:r>
    </w:p>
    <w:p>
      <w:pPr>
        <w:bidi/>
        <w:spacing w:before="0" w:after="20"/>
      </w:pPr>
      <w:r>
        <w:rPr>
          <w:rtl/>
        </w:rPr>
        <w:t>2. תחרות על הקרקע ← פגיעה בשטחים פתוחים.</w:t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הפתרונות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כלי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פיתוח בר-קיימא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בנייה לגובה, התחדשות עירונית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שמירה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שמורות טבע, גנים לאומיים, יערות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חקיקה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חוק שמירת הסביבה החופית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שיקום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אגמון החולה, נחל הירקון</w:t>
            </w:r>
          </w:p>
        </w:tc>
      </w:tr>
    </w:tbl>
    <w:p>
      <w:pPr>
        <w:bidi/>
        <w:spacing w:before="0" w:after="40"/>
      </w:pP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בשאלת קיימות כתבו תמיד את שלושת התחומים: מה זה נותן לכלכלה, לחברה ולסביבה.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על דונם אחד בונים 4 בתים צמודי קרקע, או בניין עם 40 דירות. כמה דונם נחסוך לבניית 40 דירות?</w:t>
      </w:r>
    </w:p>
    <w:p>
      <w:pPr>
        <w:bidi/>
        <w:spacing w:before="0" w:after="20"/>
      </w:pPr>
      <w:r>
        <w:rPr>
          <w:rtl/>
        </w:rPr>
        <w:t>1. צמודי קרקע: ‪40 ÷ 4 = 10‬ דונם.</w:t>
      </w:r>
    </w:p>
    <w:p>
      <w:pPr>
        <w:bidi/>
        <w:spacing w:before="0" w:after="20"/>
      </w:pPr>
      <w:r>
        <w:rPr>
          <w:rtl/>
        </w:rPr>
        <w:t>2. בניין: דונם אחד.</w:t>
      </w:r>
    </w:p>
    <w:p>
      <w:pPr>
        <w:bidi/>
        <w:spacing w:before="0" w:after="20"/>
      </w:pPr>
      <w:r>
        <w:rPr>
          <w:rtl/>
        </w:rPr>
        <w:t>3. החיסכון: ‪10 − 1 = 9‬ דונם.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9 דונם</w:t>
      </w:r>
    </w:p>
    <w:p>
      <w:pPr>
        <w:bidi/>
        <w:spacing w:before="120" w:after="8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שלושת תחומי הקיימות: כלכלה, חברה ו__________.</w:t>
      </w:r>
    </w:p>
    <w:p>
      <w:pPr>
        <w:bidi/>
        <w:spacing w:before="0" w:after="60"/>
      </w:pPr>
      <w:r>
        <w:rPr>
          <w:rtl/>
        </w:rPr>
        <w:t>ב. שיקום אתר טבע מוכר בצפון: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סביבה · ב. אגמון החולה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