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66E"/>
          <w:sz w:val="44"/>
          <w:szCs w:val="44"/>
          <w:rtl/>
        </w:rPr>
        <w:t>סביבה וקיימות: שטחים פתוחים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מחסן מילים: ביולוגי  |  עירונית  |  טבע  |  לחלחל  |  תעשייתית</w:t>
      </w:r>
    </w:p>
    <w:p>
      <w:pPr>
        <w:bidi/>
        <w:spacing w:before="0" w:after="60"/>
      </w:pPr>
      <w:r>
        <w:rPr>
          <w:rtl/>
        </w:rPr>
        <w:t>א. מגוון הצמחים ובעלי החיים נקרא מגוון __________.</w:t>
      </w:r>
    </w:p>
    <w:p>
      <w:pPr>
        <w:bidi/>
        <w:spacing w:before="0" w:after="60"/>
      </w:pPr>
      <w:r>
        <w:rPr>
          <w:rtl/>
        </w:rPr>
        <w:t>ב. בנייה מחדש של שכונות ותיקות נקראת התחדשות __________.</w:t>
      </w:r>
    </w:p>
    <w:p>
      <w:pPr>
        <w:bidi/>
        <w:spacing w:before="0" w:after="60"/>
      </w:pPr>
      <w:r>
        <w:rPr>
          <w:rtl/>
        </w:rPr>
        <w:t>ג. שטח שמוגן כדי לשמור על הטבע נקרא שמורת __________.</w:t>
      </w:r>
    </w:p>
    <w:p>
      <w:pPr>
        <w:bidi/>
        <w:spacing w:before="0" w:after="60"/>
      </w:pPr>
      <w:r>
        <w:rPr>
          <w:rtl/>
        </w:rPr>
        <w:t>ד. שטחים פתוחים מאפשרים למי גשם ל__________ למי התהום.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פעולה שפוגעת בשטחים פתוחים או שומרת עליהם?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המילים: בנייה צמודת קרקע בשדות  |  בנייה לגובה בעיר  |  שיקום נחל  |  כביש חדש בשמורה  |  הכרזה על גן לאומי  |  השלכת פסולת בשטח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פוגעת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שומרת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פיתוח בר-קיימא מתחשב רק בכלכלה.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בנייה לגובה חוסכת שטחים 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אין תחרות על הקרקע.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איך הפעולה תורמת לכל תחום?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פעולה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כלכלה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סביבה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תחבורה ציבורית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מיחזור פסולת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למה שטחים פתוחים חשובים לבני האדם? כתבו שתי סיבות.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תנו דוגמה לשיקום אתר טבע בישראל, והסבירו מה הוא שיפר.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