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אתגרי סביבה בישראל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אתגרי סביבה בישראל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האתגרים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אתגר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תחבורה, תחנות כוח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תחבורה ציבורית, אנרגיה נקייה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פסולת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צריכה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הפחתה ← שימוש חוזר ← מיחזור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שאיבת הירדן, מפעלים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הזרמת מים, חיסכון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שינוי אקלים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גזי חממה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הפחתה + הסתגלות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זכרו</w:t>
      </w:r>
    </w:p>
    <w:p>
      <w:pPr>
        <w:bidi/>
        <w:spacing w:before="0" w:after="20"/>
      </w:pPr>
      <w:r>
        <w:rPr>
          <w:rtl/>
        </w:rPr>
        <w:t>1. כל אחד יכול לעזור: לחסוך, למחזר, לנסוע בתחבורה ציבורית.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לכל אתגר סביבה שאלו: מה המקור? מי נפגע? מה הפתרון – ומי צריך לבצע אותו?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משפחה של 5 מייצרת 1.7 ק"ג לאדם ביום. כמה ק"ג פסולת בשבוע?</w:t>
      </w:r>
    </w:p>
    <w:p>
      <w:pPr>
        <w:bidi/>
        <w:spacing w:before="0" w:after="20"/>
      </w:pPr>
      <w:r>
        <w:rPr>
          <w:rtl/>
        </w:rPr>
        <w:t>1. ‪5 × 1.7 = 8.5‬ ק"ג ביום.</w:t>
      </w:r>
    </w:p>
    <w:p>
      <w:pPr>
        <w:bidi/>
        <w:spacing w:before="0" w:after="20"/>
      </w:pPr>
      <w:r>
        <w:rPr>
          <w:rtl/>
        </w:rPr>
        <w:t>2. ‪8.5 × 7 = 59.5‬.</w:t>
      </w:r>
    </w:p>
    <w:p>
      <w:pPr>
        <w:bidi/>
        <w:spacing w:before="0" w:after="20"/>
      </w:pPr>
      <w:r>
        <w:rPr>
          <w:rtl/>
        </w:rPr>
        <w:t>3. כמעט 60 ק"ג בשבוע.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59.5 ק"ג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סדר הטיפול בפסולת מתחיל ב__________.</w:t>
      </w:r>
    </w:p>
    <w:p>
      <w:pPr>
        <w:bidi/>
        <w:spacing w:before="0" w:after="60"/>
      </w:pPr>
      <w:r>
        <w:rPr>
          <w:rtl/>
        </w:rPr>
        <w:t>ב. שתי דרכים להתמודד עם שינוי האקלים: הפחתה ו__________.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הפחתה · ב. הסתגלות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