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אתגרי סביבה בישראל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מחסן מילים: הטמנה  |  מטר  |  מיחזור  |  הסתגל  |  ס"מ</w:t>
      </w:r>
    </w:p>
    <w:p>
      <w:pPr>
        <w:bidi/>
        <w:spacing w:before="0" w:after="60"/>
      </w:pPr>
      <w:r>
        <w:rPr>
          <w:rtl/>
        </w:rPr>
        <w:t>א. מקום שבו קוברים פסולת נקרא אתר __________.</w:t>
      </w:r>
    </w:p>
    <w:p>
      <w:pPr>
        <w:bidi/>
        <w:spacing w:before="0" w:after="60"/>
      </w:pPr>
      <w:r>
        <w:rPr>
          <w:rtl/>
        </w:rPr>
        <w:t>ב. מפלס ים המלח יורד בכ-__________ בשנה.</w:t>
      </w:r>
    </w:p>
    <w:p>
      <w:pPr>
        <w:bidi/>
        <w:spacing w:before="0" w:after="60"/>
      </w:pPr>
      <w:r>
        <w:rPr>
          <w:rtl/>
        </w:rPr>
        <w:t>ג. שימוש בחומר ישן ליצירת מוצר חדש נקרא __________.</w:t>
      </w:r>
    </w:p>
    <w:p>
      <w:pPr>
        <w:bidi/>
        <w:spacing w:before="0" w:after="60"/>
      </w:pPr>
      <w:r>
        <w:rPr>
          <w:rtl/>
        </w:rPr>
        <w:t>ד. שתילת עצים בערים היא דרך ל__________ לשינוי האקלים.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לפי סדר העדיפות בטיפול בפסולת.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המילים: לקנות פחות אריזות  |  לתרום בגדים  |  להפריד בקבוקים לפח הכתום  |  בקבוק לשימוש חוזר  |  לקנות בתפזורת  |  לאסוף נייר למיחזור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הפחתה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שימוש חוזר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מיחזור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מיחזור עדיף על הפחתה בכמות הפסולת.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שאיבת מי הירדן היא אחת הסיבות לירידת מפלס ים המלח.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בישראל צפויים פחות גלי חום בעתיד.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אתגר, מקור ופתרון.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אתגר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זיהום אוויר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פסולת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ירידת ים המלח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אתרי הטמנה הם בעיה? כתבו שתי סיבות.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מה ההבדל בין «הפחתה» ל«הסתגלות» בהתמודדות עם שינוי האקלים? תנו דוגמה לכל אחת.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