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ט'   |   מחוון – דף עבודה</w:t>
      </w:r>
    </w:p>
    <w:p>
      <w:pPr>
        <w:bidi/>
        <w:spacing w:before="0" w:after="120"/>
      </w:pPr>
      <w:r>
        <w:rPr>
          <w:rFonts w:ascii="David" w:hAnsi="David" w:cs="David"/>
          <w:b/>
          <w:bCs/>
          <w:color w:val="0F7A4F"/>
          <w:sz w:val="40"/>
          <w:szCs w:val="40"/>
          <w:rtl/>
        </w:rPr>
        <w:t>🔑 מחוון – אתגרי סביבה בישראל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 בעזרת מחסן המילים.</w:t>
      </w:r>
    </w:p>
    <w:p>
      <w:pPr>
        <w:bidi/>
        <w:spacing w:before="0" w:after="40"/>
      </w:pPr>
      <w:r>
        <w:rPr>
          <w:rtl/>
        </w:rPr>
        <w:t>א. מקום שבו קוברים פסולת נקרא אתר הטמנה.</w:t>
      </w:r>
    </w:p>
    <w:p>
      <w:pPr>
        <w:bidi/>
        <w:spacing w:before="0" w:after="40"/>
      </w:pPr>
      <w:r>
        <w:rPr>
          <w:rtl/>
        </w:rPr>
        <w:t>ב. מפלס ים המלח יורד בכ-מטר בשנה.</w:t>
      </w:r>
    </w:p>
    <w:p>
      <w:pPr>
        <w:bidi/>
        <w:spacing w:before="0" w:after="40"/>
      </w:pPr>
      <w:r>
        <w:rPr>
          <w:rtl/>
        </w:rPr>
        <w:t>ג. שימוש בחומר ישן ליצירת מוצר חדש נקרא מיחזור.</w:t>
      </w:r>
    </w:p>
    <w:p>
      <w:pPr>
        <w:bidi/>
        <w:spacing w:before="0" w:after="40"/>
      </w:pPr>
      <w:r>
        <w:rPr>
          <w:rtl/>
        </w:rPr>
        <w:t>ד. שתילת עצים בערים היא דרך להסתגל לשינוי האקלים.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מיינו לפי סדר העדיפות בטיפול בפסולת.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הפחתה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שימוש חוזר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מיחזור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לקנות פחות אריזות, לקנות בתפזורת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לתרום בגדים, בקבוק לשימוש חוזר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להפריד בקבוקים לפח הכתום, לאסוף נייר למיחזור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המשפטים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מיחזור עדיף על הפחתה בכמות הפסולת.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הפחתה עדיפה; מיחזור בא אחרי הפחתה ושימוש חוזר.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שאיבת מי הירדן היא אחת הסיבות לירידת מפלס ים המלח.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בישראל צפויים פחות גלי חום בעתיד.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בישראל צפויים יותר גלי חום.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השלימו: אתגר, מקור ופתרון.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אתגר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מקור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פתרון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זיהום אוויר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תחבורה, תחנות כוח, תעשייה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תחבורה ציבורית, גז ואנרגיה מתחדשת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פסולת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צריכה ואריזות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הפחתה, שימוש חוזר, מיחזור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ירידת ים המלח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שאיבת מי הירדן, מפעלים, אידוי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הזרמת מים (התפלה), חיסכון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מדוע אתרי הטמנה הם בעיה? כתבו שתי סיבות.</w:t>
      </w:r>
    </w:p>
    <w:p>
      <w:pPr>
        <w:bidi/>
        <w:spacing w:before="0" w:after="80"/>
      </w:pPr>
      <w:r>
        <w:rPr>
          <w:color w:val="0F7A4F"/>
          <w:rtl/>
        </w:rPr>
        <w:t>תשובה אפשרית: תופסים שטח; מזהמים קרקע ומי תהום; פולטים גזי חממה וריח.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מה ההבדל בין «הפחתה» ל«הסתגלות» בהתמודדות עם שינוי האקלים? תנו דוגמה לכל אחת.</w:t>
      </w:r>
    </w:p>
    <w:p>
      <w:pPr>
        <w:bidi/>
        <w:spacing w:before="0" w:after="80"/>
      </w:pPr>
      <w:r>
        <w:rPr>
          <w:color w:val="0F7A4F"/>
          <w:rtl/>
        </w:rPr>
        <w:t>תשובה אפשרית: הפחתה – להקטין פליטות (אנרגיה סולארית). הסתגלות – להתכונן לשינוי (עצים והצללה בערים, ניקוז).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