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936000" cy="2349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2349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80"/>
      </w:pPr>
    </w:p>
    <w:p>
      <w:pPr>
        <w:bidi/>
        <w:spacing w:before="0" w:after="80"/>
      </w:pP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3600000" cy="1611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11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</w:pPr>
      <w:r>
        <w:rPr>
          <w:rFonts w:ascii="Arial" w:hAnsi="Arial" w:cs="Arial"/>
          <w:color w:val="15803D"/>
          <w:sz w:val="36"/>
          <w:szCs w:val="36"/>
          <w:rtl/>
        </w:rPr>
        <w:t>חוברת עבודה</w:t>
      </w:r>
    </w:p>
    <w:p>
      <w:pPr>
        <w:bidi/>
        <w:spacing w:before="0" w:after="80"/>
      </w:pPr>
      <w:r>
        <w:rPr>
          <w:rFonts w:ascii="Arial Black" w:hAnsi="Arial Black" w:cs="Arial Black"/>
          <w:b/>
          <w:bCs/>
          <w:color w:val="15803D"/>
          <w:sz w:val="88"/>
          <w:szCs w:val="88"/>
          <w:rtl/>
        </w:rPr>
        <w:t>גאוגרפיה</w:t>
      </w:r>
    </w:p>
    <w:p>
      <w:pPr>
        <w:bidi/>
        <w:spacing w:before="0" w:after="80"/>
      </w:pPr>
      <w:r>
        <w:rPr>
          <w:sz w:val="44"/>
          <w:szCs w:val="44"/>
          <w:rtl/>
        </w:rPr>
        <w:t>ישראל – אדם, חברה וסביבה · כיתה ט'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1: ישראל במזרח התיכון: מיקום וגבולות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2: מערכות הנוף בישראל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3: האקלים בישראל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4: משק המים בישראל: אתגרים וניהול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5: אוכלוסיית ישראל: מאפיינים ותפרוסת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6: יישובים בישראל: עיר וכפר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7: כלכלת ישראל וענפי המשק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8: תשתיות: תחבורה, אנרגיה ותקשורת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9: סביבה וקיימות: שטחים פתוחים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פרק 10: אתגרי סביבה בישראל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</w:pPr>
            <w:r>
              <w:rPr>
                <w:rtl/>
              </w:rPr>
              <w:t>חזרה – מה למדנו?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8"/>
          <w:szCs w:val="48"/>
          <w:rtl/>
        </w:rPr>
        <w:t>מבוא</w:t>
      </w:r>
    </w:p>
    <w:p>
      <w:pPr>
        <w:bidi/>
        <w:spacing w:before="0" w:after="120"/>
      </w:pPr>
      <w:r>
        <w:rPr>
          <w:rtl/>
        </w:rPr>
        <w:t>שלום לתלמידות ולתלמידי כיתה ט'!</w:t>
      </w:r>
    </w:p>
    <w:p>
      <w:pPr>
        <w:bidi/>
        <w:spacing w:before="0" w:after="120"/>
      </w:pPr>
      <w:r>
        <w:rPr>
          <w:rtl/>
        </w:rPr>
        <w:t>השנה נלמד להכיר את ארץ ישראל לעומק: את מיקומה וגבולותיה במזרח התיכון, את מערכות הנוף והאקלים, את משק המים – משאב במחסור, את האוכלוסייה והיישובים, את הכלכלה והתשתיות, ואת אתגרי הסביבה והקיימות שעומדים לפנינו.</w:t>
      </w:r>
    </w:p>
    <w:p>
      <w:pPr>
        <w:bidi/>
        <w:spacing w:before="0" w:after="120"/>
      </w:pPr>
      <w:r>
        <w:rPr>
          <w:rtl/>
        </w:rPr>
        <w:t>איך החוברת בנויה? כל פרק פותח בדף סיכום עם 📘 הסבר קצר וטבלאות, 💡 פינת «זכרו!» עם טיפ חשוב, ✍️ דוגמה פתורה צעד אחר צעד, ואחריהם 📝 תרגול מגוון: השלמה, התאמה, «נכון / לא נכון» עם תיקון, מיון, טבלאות ושאלות פתוחות קצרות. בסוף החוברת יש פרק 🔁 «חזרה – מה למדנו?». התשובות נמצאות במחוון נפרד.</w:t>
      </w:r>
    </w:p>
    <w:p>
      <w:pPr>
        <w:bidi/>
        <w:spacing w:before="0" w:after="120"/>
      </w:pPr>
      <w:r>
        <w:rPr>
          <w:rtl/>
        </w:rPr>
        <w:t>מקורות חומר הלמידה: תוכנית הלימודים לכיתה ט' «ישראל – אדם, חברה וסביבה» (משרד החינוך); נתונים מקורבים לפי הלשכה המרכזית לסטטיסטיקה, רשות המים, השירות המטאורולוגי והמשרד להגנת הסביבה; מפה בשער: Natural Earth (נחלת הכלל). כל הטקסטים נכתבו במיוחד לחוברת זו. בהצלחה!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1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1: ישראל במזרח התיכון: מיקום וגבולות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מיקום וגודל</w:t>
      </w:r>
    </w:p>
    <w:p>
      <w:pPr>
        <w:bidi/>
        <w:spacing w:before="0" w:after="20"/>
      </w:pPr>
      <w:r>
        <w:rPr>
          <w:rtl/>
        </w:rPr>
        <w:t>1. דרום-מערב אסיה, חוף מזרחי של הים התיכון.</w:t>
      </w:r>
    </w:p>
    <w:p>
      <w:pPr>
        <w:bidi/>
        <w:spacing w:before="0" w:after="20"/>
      </w:pPr>
      <w:r>
        <w:rPr>
          <w:rtl/>
        </w:rPr>
        <w:t>2. מפגש אסיה, אפריקה ואירופה – גשר יבשתי.</w:t>
      </w:r>
    </w:p>
    <w:p>
      <w:pPr>
        <w:bidi/>
        <w:spacing w:before="0" w:after="20"/>
      </w:pPr>
      <w:r>
        <w:rPr>
          <w:rtl/>
        </w:rPr>
        <w:t>3. אורך כ-470 ק"מ; רוחב צר ביותר כ-15 ק"מ.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שכנים וגבולות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שכנה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סוריה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צפון-מזרח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שלום 1994; גבול לאורך הירדן והערבה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דרום-מערב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שלום 1979; קו ישר בנגב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גבול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שטח שמחבר בין יבשות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גבול מלאכותי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עובר לאורך תופעת טבע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גשר יבשתי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נקבע בהסכם ומסומן בקו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מפרץ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היציאה של ישראל לים סוף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1994  |  15  |  1948</w:t>
      </w:r>
    </w:p>
    <w:p>
      <w:pPr>
        <w:bidi/>
        <w:spacing w:before="0" w:after="60"/>
      </w:pPr>
      <w:r>
        <w:rPr>
          <w:rtl/>
        </w:rPr>
        <w:t>א. הסכם השלום עם ירדן נחתם בשנת __________.</w:t>
      </w:r>
    </w:p>
    <w:p>
      <w:pPr>
        <w:bidi/>
        <w:spacing w:before="0" w:after="60"/>
      </w:pPr>
      <w:r>
        <w:rPr>
          <w:rtl/>
        </w:rPr>
        <w:t>ב. הרוחב הצר ביותר של ישראל הוא כ-__________ ק"מ.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גבול ישראל–מצרים בנגב הוא ברובו קו ישר.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החרמון נמצא בדרום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באיזה חוף של הים התיכון נמצאת ישראל?</w:t>
      </w:r>
    </w:p>
    <w:p>
      <w:pPr>
        <w:bidi/>
        <w:spacing w:before="0" w:after="80"/>
      </w:pPr>
      <w:r>
        <w:rPr>
          <w:rtl/>
        </w:rPr>
        <w:t xml:space="preserve">   ○ המזרחי      ○ הצפוני      ○ המערבי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איך הסכם שלום עם מדינה שכנה יכול להשפיע על הכלכלה באזור הגבול? כתבו שתי השפעות.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2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2: מערכות הנוף בישראל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האזורים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כורכר, 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השרון, גוש 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גיר, דולומיט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גליל, כרמל, יהודה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משקעים בשבר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כנרת, ים המלח, ערבה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רמת הגולן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בזלת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הרי געש כבויים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גיר, אבן 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מכתש רמון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זכרו</w:t>
      </w:r>
    </w:p>
    <w:p>
      <w:pPr>
        <w:bidi/>
        <w:spacing w:before="0" w:after="20"/>
      </w:pPr>
      <w:r>
        <w:rPr>
          <w:rtl/>
        </w:rPr>
        <w:t>1. הבקע נוצר מתנועת הלוחות.</w:t>
      </w:r>
    </w:p>
    <w:p>
      <w:pPr>
        <w:bidi/>
        <w:spacing w:before="0" w:after="20"/>
      </w:pPr>
      <w:r>
        <w:rPr>
          <w:rtl/>
        </w:rPr>
        <w:t>2. ים המלח – הנמוך בעולם, כ-430 מ' מתחת לפני הים.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מקום לתיאור.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מכתש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עמק פורה בין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רמה של בזלת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עמק יזרעאל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עמק סגור שנוצר מסחיפה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רמת הגולן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המקום הנמוך ביותר ביבשה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430  |  ואדיות  |  1,200</w:t>
      </w:r>
    </w:p>
    <w:p>
      <w:pPr>
        <w:bidi/>
        <w:spacing w:before="0" w:after="60"/>
      </w:pPr>
      <w:r>
        <w:rPr>
          <w:rtl/>
        </w:rPr>
        <w:t>א. ים המלח נמצא כ-__________ מ' מתחת לפני הים.</w:t>
      </w:r>
    </w:p>
    <w:p>
      <w:pPr>
        <w:bidi/>
        <w:spacing w:before="0" w:after="60"/>
      </w:pPr>
      <w:r>
        <w:rPr>
          <w:rtl/>
        </w:rPr>
        <w:t>ב. הנחלים היבשים בנגב נקראים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הערבה היא חלק מבקע הירדן.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עמק החולה נמצא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אזור נמצא בין מישור החוף לבקע הירדן?</w:t>
      </w:r>
    </w:p>
    <w:p>
      <w:pPr>
        <w:bidi/>
        <w:spacing w:before="0" w:after="80"/>
      </w:pPr>
      <w:r>
        <w:rPr>
          <w:rtl/>
        </w:rPr>
        <w:t xml:space="preserve">   ○ אזור ההר      ○ הנגב      ○ רמת הגולן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אזור נוף אחד ותארו אותו לפי שלושת הסעיפים: מיקום, סלע ומראה.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3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3: האקלים בישראל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שני אקלימים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ים תיכוני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 ומרכז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נגב, ערבה, בקע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400–1,000 מ"מ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פחות מ-200 מ"מ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קיץ יבש, חורף גשום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יבש רוב השנה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גורמי הגשם</w:t>
      </w:r>
    </w:p>
    <w:p>
      <w:pPr>
        <w:bidi/>
        <w:spacing w:before="0" w:after="20"/>
      </w:pPr>
      <w:r>
        <w:rPr>
          <w:rtl/>
        </w:rPr>
        <w:t>1. מרחק מהים (העננים ממערב).</w:t>
      </w:r>
    </w:p>
    <w:p>
      <w:pPr>
        <w:bidi/>
        <w:spacing w:before="0" w:after="20"/>
      </w:pPr>
      <w:r>
        <w:rPr>
          <w:rtl/>
        </w:rPr>
        <w:t>2. גובה – בהרים יותר גשם.</w:t>
      </w:r>
    </w:p>
    <w:p>
      <w:pPr>
        <w:bidi/>
        <w:spacing w:before="0" w:after="20"/>
      </w:pPr>
      <w:r>
        <w:rPr>
          <w:rtl/>
        </w:rPr>
        <w:t>3. קו רוחב – בצפון יותר גשם.</w:t>
      </w:r>
    </w:p>
    <w:p>
      <w:pPr>
        <w:bidi/>
        <w:spacing w:before="0" w:after="20"/>
      </w:pPr>
      <w:r>
        <w:rPr>
          <w:rtl/>
        </w:rPr>
        <w:t>4. צל גשם – מזרחית להרים.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שקע ברומטרי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לחץ נמוך שמביא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אזור יבש מאחורי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חום ויובש עם רוח מזרחית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בריזה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רוח מהים ביום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800  |  חורף  |  30</w:t>
      </w:r>
    </w:p>
    <w:p>
      <w:pPr>
        <w:bidi/>
        <w:spacing w:before="0" w:after="60"/>
      </w:pPr>
      <w:r>
        <w:rPr>
          <w:rtl/>
        </w:rPr>
        <w:t>א. בגליל העליון יורדים מעל __________ מ"מ בשנה.</w:t>
      </w:r>
    </w:p>
    <w:p>
      <w:pPr>
        <w:bidi/>
        <w:spacing w:before="0" w:after="60"/>
      </w:pPr>
      <w:r>
        <w:rPr>
          <w:rtl/>
        </w:rPr>
        <w:t>ב. עונת הגשמים בישראל היא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באזור מעבר בין שני אקלימים.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השרב מגיע בדרך כלל עם רוח מערבית מהים.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מאיזה כיוון מגיעים רוב העננים בחורף?</w:t>
      </w:r>
    </w:p>
    <w:p>
      <w:pPr>
        <w:bidi/>
        <w:spacing w:before="0" w:after="80"/>
      </w:pPr>
      <w:r>
        <w:rPr>
          <w:rtl/>
        </w:rPr>
        <w:t xml:space="preserve">   ○ ממערב      ○ ממזרח      ○ מדרום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חקלאי מתלבט: לגדל חיטה בלי השקיה בצפון הנגב או בעמק יזרעאל. מה תמליצו? נמקו בעזרת אקלים.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4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4: משק המים בישראל: אתגרים וניהול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האתגר</w:t>
      </w:r>
    </w:p>
    <w:p>
      <w:pPr>
        <w:bidi/>
        <w:spacing w:before="0" w:after="20"/>
      </w:pPr>
      <w:r>
        <w:rPr>
          <w:rtl/>
        </w:rPr>
        <w:t>1. מים בצפון – צרכנים במרכז ובדרום.</w:t>
      </w:r>
    </w:p>
    <w:p>
      <w:pPr>
        <w:bidi/>
        <w:spacing w:before="0" w:after="20"/>
      </w:pPr>
      <w:r>
        <w:rPr>
          <w:rtl/>
        </w:rPr>
        <w:t>2. בצורות ושנים משתנות.</w:t>
      </w:r>
    </w:p>
    <w:p>
      <w:pPr>
        <w:bidi/>
        <w:spacing w:before="0" w:after="20"/>
      </w:pPr>
      <w:r>
        <w:rPr>
          <w:rtl/>
        </w:rPr>
        <w:t>3. ביקוש גדל: אוכלוסייה ורמת חיים.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הניהול והפתרונות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הוא עושה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המוביל הארצי (1964)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מעביר מים מהכנרת דרומה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חוק המים (1959)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המים רכוש הציבור; המדינה מנהלת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שתייה ממי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מים מושבים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ביוב מטוהר לחקלאות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מפלס שמתחתיו אסור לשאוב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חוק המים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החברה שמפעילה את הובלת המים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הקו האדום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מערכת שמובילה מים מהכנרת דרומה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מקורות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המים הם רכוש הציבור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1959  |  חיסכון  |  בזבוז</w:t>
      </w:r>
    </w:p>
    <w:p>
      <w:pPr>
        <w:bidi/>
        <w:spacing w:before="0" w:after="60"/>
      </w:pPr>
      <w:r>
        <w:rPr>
          <w:rtl/>
        </w:rPr>
        <w:t>א. חוק המים נחקק בשנת __________.</w:t>
      </w:r>
    </w:p>
    <w:p>
      <w:pPr>
        <w:bidi/>
        <w:spacing w:before="0" w:after="60"/>
      </w:pPr>
      <w:r>
        <w:rPr>
          <w:rtl/>
        </w:rPr>
        <w:t>ב. מחיר מים גבוה מעודד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היום המוביל הארצי יכול להזרים מים גם חזרה לכנרת.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מים הם משאב שאין צורך לשתף בו פעולה עם השכנים.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מקור רוב מי השתייה בישראל היום?</w:t>
      </w:r>
    </w:p>
    <w:p>
      <w:pPr>
        <w:bidi/>
        <w:spacing w:before="0" w:after="80"/>
      </w:pPr>
      <w:r>
        <w:rPr>
          <w:rtl/>
        </w:rPr>
        <w:t xml:space="preserve">   ○ מתקני התפלה      ○ מי גשם שנאספים בגגות      ○ נהר הירדן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אתם חברי מועצת רשות המים בשנת בצורת. כתבו שתי החלטות שתקבלו ונמקו אחת מהן.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5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5: אוכלוסיית ישראל: מאפיינים ותפרוסת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גידול</w:t>
      </w:r>
    </w:p>
    <w:p>
      <w:pPr>
        <w:bidi/>
        <w:spacing w:before="0" w:after="20"/>
      </w:pPr>
      <w:r>
        <w:rPr>
          <w:rtl/>
        </w:rPr>
        <w:t>1. 1948: כ-800 אלף; היום: כ-10 מיליון.</w:t>
      </w:r>
    </w:p>
    <w:p>
      <w:pPr>
        <w:bidi/>
        <w:spacing w:before="0" w:after="20"/>
      </w:pPr>
      <w:r>
        <w:rPr>
          <w:rtl/>
        </w:rPr>
        <w:t>2. מקורות: ריבוי טבעי + עלייה.</w:t>
      </w:r>
    </w:p>
    <w:p>
      <w:pPr>
        <w:bidi/>
        <w:spacing w:before="0" w:after="20"/>
      </w:pPr>
      <w:r>
        <w:rPr>
          <w:rtl/>
        </w:rPr>
        <w:t>3. גלי עלייה: שנות ה-50, שנות ה-90, אתיופיה.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הרכב ותפרוסת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קבוצות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כ-73% יהודים, כ-21% ערבים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גילים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מבנה צעיר יחסית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צפוף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גוש דן, חיפה, 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דליל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הנגב – כ-8% מהתושבים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ריבוי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מספר תושבים לקמ"ר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עלייה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נולדים פחות נפטרים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תפרוסת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האופן שבו התושבים מפוזרים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צפיפות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הגירה של יהודים לישראל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73  |  8  |  50</w:t>
      </w:r>
    </w:p>
    <w:p>
      <w:pPr>
        <w:bidi/>
        <w:spacing w:before="0" w:after="60"/>
      </w:pPr>
      <w:r>
        <w:rPr>
          <w:rtl/>
        </w:rPr>
        <w:t>א. כ-__________% מתושבי ישראל יהודים.</w:t>
      </w:r>
    </w:p>
    <w:p>
      <w:pPr>
        <w:bidi/>
        <w:spacing w:before="0" w:after="60"/>
      </w:pPr>
      <w:r>
        <w:rPr>
          <w:rtl/>
        </w:rPr>
        <w:t>ב. בנגב גרים רק כ-__________% מהתושבים.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בתוך האוכלוסייה הערבית יש מוסלמים, נוצרים ודרוזים.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האוכלוסייה בישראל לא השתנתה מאז 1948.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מאפיין את מבנה הגילים בישראל?</w:t>
      </w:r>
    </w:p>
    <w:p>
      <w:pPr>
        <w:bidi/>
        <w:spacing w:before="0" w:after="80"/>
      </w:pPr>
      <w:r>
        <w:rPr>
          <w:rtl/>
        </w:rPr>
        <w:t xml:space="preserve">   ○ צעיר יחסית, הרבה ילדים      ○ רוב התושבים מבוגרים      ○ כמעט אין ילדים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הממשלה רוצה שיותר אנשים יגורו בנגב. הציעו שני צעדים ונמקו אחד מהם.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6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6: יישובים בישראל: עיר וכפר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צורות יישוב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צורה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מאפיין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קיבוץ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שיתופי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דגניה (1910)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 משפחתי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נהלל (1921)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עיירת פיתוח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פריפריה, שנות ה-50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דימונה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עיר בדואית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מעבר מנוודות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רהט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עיר ומטרופולין</w:t>
      </w:r>
    </w:p>
    <w:p>
      <w:pPr>
        <w:bidi/>
        <w:spacing w:before="0" w:after="20"/>
      </w:pPr>
      <w:r>
        <w:rPr>
          <w:rtl/>
        </w:rPr>
        <w:t>1. כ-90% מהתושבים עירוניים.</w:t>
      </w:r>
    </w:p>
    <w:p>
      <w:pPr>
        <w:bidi/>
        <w:spacing w:before="0" w:after="20"/>
      </w:pPr>
      <w:r>
        <w:rPr>
          <w:rtl/>
        </w:rPr>
        <w:t>2. 4 מטרופולינים: ת"א, ירושלים, חיפה, באר שבע.</w:t>
      </w:r>
    </w:p>
    <w:p>
      <w:pPr>
        <w:bidi/>
        <w:spacing w:before="0" w:after="20"/>
      </w:pPr>
      <w:r>
        <w:rPr>
          <w:rtl/>
        </w:rPr>
        <w:t>3. פערי מרכז–פריפריה.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צורת יישוב לתיאור.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משק משפחתי ושיתוף בשירותים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מושב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קהילה שיתופית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עיירת פיתוח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מרכזית וערים סביבה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מטרופולין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הוקמה בפריפריה בשנות ה-50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1910  |  ארבעה  |  שניים</w:t>
      </w:r>
    </w:p>
    <w:p>
      <w:pPr>
        <w:bidi/>
        <w:spacing w:before="0" w:after="60"/>
      </w:pPr>
      <w:r>
        <w:rPr>
          <w:rtl/>
        </w:rPr>
        <w:t>א. הקיבוץ הראשון הוקם בשנת __________.</w:t>
      </w:r>
    </w:p>
    <w:p>
      <w:pPr>
        <w:bidi/>
        <w:spacing w:before="0" w:after="60"/>
      </w:pPr>
      <w:r>
        <w:rPr>
          <w:rtl/>
        </w:rPr>
        <w:t>ב. בישראל __________ מטרופולינים.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באר שבע היא מרכז מטרופולין בדרום.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פערי מרכז–פריפריה פירושם שבפריפריה יש יותר הזדמנויות.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איזו מהערים הבאות היא עיירת פיתוח?</w:t>
      </w:r>
    </w:p>
    <w:p>
      <w:pPr>
        <w:bidi/>
        <w:spacing w:before="0" w:after="80"/>
      </w:pPr>
      <w:r>
        <w:rPr>
          <w:rtl/>
        </w:rPr>
        <w:t xml:space="preserve">   ○ דימונה      ○ תל אביב      ○ ירושלים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הציעו שתי דרכים לצמצם את הפער בין המרכז לפריפריה, ונמקו אחת מהן.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7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7: כלכלת ישראל וענפי המשק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מגזרי המשק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מגזר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ראשוני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מהטבע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חקלאות, כרייה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ייצור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תעשייה, הייטק, בנייה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שלישוני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שירותים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מסחר, חינוך, 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מגמות</w:t>
      </w:r>
    </w:p>
    <w:p>
      <w:pPr>
        <w:bidi/>
        <w:spacing w:before="0" w:after="20"/>
      </w:pPr>
      <w:r>
        <w:rPr>
          <w:rtl/>
        </w:rPr>
        <w:t>1. מעבר מחקלאות ותעשייה מסורתית לעתירת ידע.</w:t>
      </w:r>
    </w:p>
    <w:p>
      <w:pPr>
        <w:bidi/>
        <w:spacing w:before="0" w:after="20"/>
      </w:pPr>
      <w:r>
        <w:rPr>
          <w:rtl/>
        </w:rPr>
        <w:t>2. רוב העובדים בשירותים.</w:t>
      </w:r>
    </w:p>
    <w:p>
      <w:pPr>
        <w:bidi/>
        <w:spacing w:before="0" w:after="20"/>
      </w:pPr>
      <w:r>
        <w:rPr>
          <w:rtl/>
        </w:rPr>
        <w:t>3. הייטק מרוכז במרכז – פער מול הפריפריה.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מגזר ראשוני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מתן 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מגזר שניוני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עיבוד חומרים למוצרים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מגזר שלישוני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מכירת מוצרים לחו"ל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ייצוא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הפקת חומרים מהטבע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מרכזי  |  קדושים  |  שוליים</w:t>
      </w:r>
    </w:p>
    <w:p>
      <w:pPr>
        <w:bidi/>
        <w:spacing w:before="0" w:after="60"/>
      </w:pPr>
      <w:r>
        <w:rPr>
          <w:rtl/>
        </w:rPr>
        <w:t>א. בעבר החקלאות הייתה ענף __________ בישראל.</w:t>
      </w:r>
    </w:p>
    <w:p>
      <w:pPr>
        <w:bidi/>
        <w:spacing w:before="0" w:after="60"/>
      </w:pPr>
      <w:r>
        <w:rPr>
          <w:rtl/>
        </w:rPr>
        <w:t>ב. תיירים רבים מגיעים לירושלים בגלל האתרים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מכשור רפואי ותרופות הם חלק מהתעשייה עתירת הידע.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מסחר שייך למגזר הראשוני.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ענף שייך למגזר הראשוני?</w:t>
      </w:r>
    </w:p>
    <w:p>
      <w:pPr>
        <w:bidi/>
        <w:spacing w:before="0" w:after="80"/>
      </w:pPr>
      <w:r>
        <w:rPr>
          <w:rtl/>
        </w:rPr>
        <w:t xml:space="preserve">   ○ כרייה      ○ בנקאות      ○ בנייה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עיר בפריפריה מתלבטת: מפעל מסורתי גדול או פארק הייטק קטן. מה תמליצו? נמקו.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8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8: תשתיות: תחבורה, אנרגיה ותקשורת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סוגי תשתיות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דוגמאות בישראל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כביש 6, רכבת ישראל, רכבת קלה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נמלים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חיפה, אשדוד, אילת; נתב"ג, רמון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אנרגיה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תחנות כוח בגז, שדות סולאריים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תקשורת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סיבים אופטיים, סלולר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אתגרים</w:t>
      </w:r>
    </w:p>
    <w:p>
      <w:pPr>
        <w:bidi/>
        <w:spacing w:before="0" w:after="20"/>
      </w:pPr>
      <w:r>
        <w:rPr>
          <w:rtl/>
        </w:rPr>
        <w:t>1. גודש תחבורתי וזיהום.</w:t>
      </w:r>
    </w:p>
    <w:p>
      <w:pPr>
        <w:bidi/>
        <w:spacing w:before="0" w:after="20"/>
      </w:pPr>
      <w:r>
        <w:rPr>
          <w:rtl/>
        </w:rPr>
        <w:t>2. ישראל «אי» – תלות בים ובאוויר.</w:t>
      </w:r>
    </w:p>
    <w:p>
      <w:pPr>
        <w:bidi/>
        <w:spacing w:before="0" w:after="20"/>
      </w:pPr>
      <w:r>
        <w:rPr>
          <w:rtl/>
        </w:rPr>
        <w:t>3. מעבר לאנרגיה נקייה יותר.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מקום לתפקיד.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נמל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יציאה לים סוף ולמזרח אסיה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נמל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נמל התעופה הראשי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נתב"ג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נמל תעופה ליד אילת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נמל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נמל סחורות בצפון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תשתיות  |  מופסק  |  גדל</w:t>
      </w:r>
    </w:p>
    <w:p>
      <w:pPr>
        <w:bidi/>
        <w:spacing w:before="0" w:after="60"/>
      </w:pPr>
      <w:r>
        <w:rPr>
          <w:rtl/>
        </w:rPr>
        <w:t>א. מערכות שעליהן נשענת הכלכלה נקראות __________.</w:t>
      </w:r>
    </w:p>
    <w:p>
      <w:pPr>
        <w:bidi/>
        <w:spacing w:before="0" w:after="60"/>
      </w:pPr>
      <w:r>
        <w:rPr>
          <w:rtl/>
        </w:rPr>
        <w:t>ב. החשמל מפחם בישראל הולך ו__________.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תקשורת מהירה מאפשרת עבודה מרחוק.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גודש תחבורתי קיים רק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אמצעי מוביל את רוב הסחורות לישראל?</w:t>
      </w:r>
    </w:p>
    <w:p>
      <w:pPr>
        <w:bidi/>
        <w:spacing w:before="0" w:after="80"/>
      </w:pPr>
      <w:r>
        <w:rPr>
          <w:rtl/>
        </w:rPr>
        <w:t xml:space="preserve">   ○ אוניות      ○ משאיות מהשכנים      ○ מטוסים בלבד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תכננו לבית הספר שלכם יום «בלי מכונית». כתבו שתי פעולות ומה הן ישפרו.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9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9: סביבה וקיימות: שטחים פתוחים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הבעיה</w:t>
      </w:r>
    </w:p>
    <w:p>
      <w:pPr>
        <w:bidi/>
        <w:spacing w:before="0" w:after="20"/>
      </w:pPr>
      <w:r>
        <w:rPr>
          <w:rtl/>
        </w:rPr>
        <w:t>1. מדינה קטנה, צפופה, שגדלה מהר.</w:t>
      </w:r>
    </w:p>
    <w:p>
      <w:pPr>
        <w:bidi/>
        <w:spacing w:before="0" w:after="20"/>
      </w:pPr>
      <w:r>
        <w:rPr>
          <w:rtl/>
        </w:rPr>
        <w:t>2. תחרות על הקרקע ← פגיעה בשטחים פתוחים.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הפתרונות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פיתוח בר-קיימא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לגובה, התחדשות עירונית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שמירה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שמורות טבע, גנים לאומיים, יערות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חקיקה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חוק שמירת הסביבה החופית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שיקום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אגמון החולה, נחל הירקון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פיתוח בר-קיימא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פיתוח ששומר גם לדורות הבאים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שטח פתוח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מגוון צמחים ובעלי חיים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מגוון ביולוגי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שטח לא בנוי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התחדשות עירונית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בנייה מחדש בשכונות ותיקות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יערות  |  חופית  |  עירונית</w:t>
      </w:r>
    </w:p>
    <w:p>
      <w:pPr>
        <w:bidi/>
        <w:spacing w:before="0" w:after="60"/>
      </w:pPr>
      <w:r>
        <w:rPr>
          <w:rtl/>
        </w:rPr>
        <w:t>א. קק"ל מטפחת בעיקר __________.</w:t>
      </w:r>
    </w:p>
    <w:p>
      <w:pPr>
        <w:bidi/>
        <w:spacing w:before="0" w:after="60"/>
      </w:pPr>
      <w:r>
        <w:rPr>
          <w:rtl/>
        </w:rPr>
        <w:t>ב. החוק שמגן על חופי הים נקרא חוק שמירת הסביבה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תכנון מראש עוזר להחליט איפה בונים ואיפה שומרים.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שמורת טבע היא שטח שמותר לבנות בו בחופשיות.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איזו פעולה היא דוגמה לפיתוח בר-קיימא?</w:t>
      </w:r>
    </w:p>
    <w:p>
      <w:pPr>
        <w:bidi/>
        <w:spacing w:before="0" w:after="80"/>
      </w:pPr>
      <w:r>
        <w:rPr>
          <w:rtl/>
        </w:rPr>
        <w:t xml:space="preserve">   ○ התחדשות עירונית במקום בנייה על שדות      ○ כריתת יער לבניית קניון      ○ הטמנת כל הפסולת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מתוכננת שכונה חדשה על גבעה עם פריחה. הציעו פתרון שיאזן בין הצורך בדירות לשמירה על הטבע.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פרק 10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פרק 10: אתגרי סביבה בישראל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האתגרים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אתגר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תחבורה, תחנות כוח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תחבורה ציבורית, אנרגיה נקייה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צריכה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הפחתה ← שימוש חוזר ← מיחזור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שאיבת הירדן, מפעלים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הזרמת מים, חיסכון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שינוי אקלים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גזי חממה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הפחתה + הסתגלות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15803D"/>
          <w:sz w:val="28"/>
          <w:szCs w:val="28"/>
          <w:rtl/>
        </w:rPr>
        <w:t>◆ זכרו</w:t>
      </w:r>
    </w:p>
    <w:p>
      <w:pPr>
        <w:bidi/>
        <w:spacing w:before="0" w:after="20"/>
      </w:pPr>
      <w:r>
        <w:rPr>
          <w:rtl/>
        </w:rPr>
        <w:t>1. כל אחד יכול לעזור: לחסוך, למחזר, לנסוע בתחבורה ציבורית.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אתר הטמנה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מקום שקוברים בו פסולת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בולען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דיג מהיר יותר מקצב התחדשות הדגים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דיג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היערכות לשינוי האקלים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הסתגלות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בור שנפער ליד ים המלח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1.7  |  חיפה  |  אשדוד</w:t>
      </w:r>
    </w:p>
    <w:p>
      <w:pPr>
        <w:bidi/>
        <w:spacing w:before="0" w:after="60"/>
      </w:pPr>
      <w:r>
        <w:rPr>
          <w:rtl/>
        </w:rPr>
        <w:t>א. כל תושב מייצר כ-__________ ק"ג פסולת ביום.</w:t>
      </w:r>
    </w:p>
    <w:p>
      <w:pPr>
        <w:bidi/>
        <w:spacing w:before="0" w:after="60"/>
      </w:pPr>
      <w:r>
        <w:rPr>
          <w:rtl/>
        </w:rPr>
        <w:t>ב. אזור תעשייה מזהם מוכר בצפון: מפרץ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פסולת פלסטיק בים פוגעת בבעלי חיים ימיים.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זיהום אוויר לא משפיע על הבריאות.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צעד מפחית זיהום אוויר מתחבורה?</w:t>
      </w:r>
    </w:p>
    <w:p>
      <w:pPr>
        <w:bidi/>
        <w:spacing w:before="0" w:after="80"/>
      </w:pPr>
      <w:r>
        <w:rPr>
          <w:rtl/>
        </w:rPr>
        <w:t xml:space="preserve">   ○ נסיעה ברכבת      ○ נסיעה לבד ברכב פרטי      ○ קניית רכב גדול יותר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כתבו מכתב קצר (שני משפטים) לראש העירייה: אתגר סביבה אחד בעיר שלכם ופתרון שאתם מציעים.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br w:type="page"/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15803D"/>
          <w:sz w:val="44"/>
          <w:szCs w:val="44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חזרה: השלימו בעזרת מחסן המילים.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מחסן מילים: מזרחי  |  ים המלח  |  מוביל הארצי  |  מושב  |  בר-קיימא  |  קיבוץ</w:t>
      </w:r>
    </w:p>
    <w:p>
      <w:pPr>
        <w:bidi/>
        <w:spacing w:before="0" w:after="60"/>
      </w:pPr>
      <w:r>
        <w:rPr>
          <w:rtl/>
        </w:rPr>
        <w:t>א. ישראל שוכנת בחוף ה__________ של הים התיכון.</w:t>
      </w:r>
    </w:p>
    <w:p>
      <w:pPr>
        <w:bidi/>
        <w:spacing w:before="0" w:after="60"/>
      </w:pPr>
      <w:r>
        <w:rPr>
          <w:rtl/>
        </w:rPr>
        <w:t>ב. המקום הנמוך ביותר ביבשה: __________.</w:t>
      </w:r>
    </w:p>
    <w:p>
      <w:pPr>
        <w:bidi/>
        <w:spacing w:before="0" w:after="60"/>
      </w:pPr>
      <w:r>
        <w:rPr>
          <w:rtl/>
        </w:rPr>
        <w:t>ג. מערכת שמעבירה מים מהכנרת דרומה: ה__________.</w:t>
      </w:r>
    </w:p>
    <w:p>
      <w:pPr>
        <w:bidi/>
        <w:spacing w:before="0" w:after="60"/>
      </w:pPr>
      <w:r>
        <w:rPr>
          <w:rtl/>
        </w:rPr>
        <w:t>ד. יישוב שבו לכל משפחה משק משלה: __________.</w:t>
      </w:r>
    </w:p>
    <w:p>
      <w:pPr>
        <w:bidi/>
        <w:spacing w:before="0" w:after="60"/>
      </w:pPr>
      <w:r>
        <w:rPr>
          <w:rtl/>
        </w:rPr>
        <w:t>ה. פיתוח שדואג גם לדורות הבאים: פיתוח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חזרה: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ריבוי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בור שנפער ליד ים המלח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מטרופולין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עיר מרכזית וערים סביבה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מגזר שלישוני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אזור יבש מאחורי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בולען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נולדים פחות נפטרים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חזרה: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בדרום ישראל יורד יותר גשם מאשר בצפון.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תושבי ישראל גרים בערים.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הסחורות מגיעות לישראל דרך הנמלים.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מיחזור עדיף על הפחתת פסולת.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חזרה: מיינו לפי הנושא.</w:t>
      </w:r>
    </w:p>
    <w:p>
      <w:pPr>
        <w:bidi/>
        <w:spacing w:before="0" w:after="80"/>
      </w:pPr>
      <w:r>
        <w:rPr>
          <w:color w:val="15803D"/>
          <w:sz w:val="24"/>
          <w:szCs w:val="24"/>
          <w:rtl/>
        </w:rPr>
        <w:t>המילים: כורכר  |  חוק המים  |  עיירת פיתוח  |  רכבת קלה  |  שמורת טבע  |  שרב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נוף ואקלים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אדם ויישובים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סביבה ומשאבים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חזרה: בחרו אזור אחד בישראל (למשל הנגב או הגליל) ותארו בו קשר בין הנוף, האוכלוסייה והכלכלה.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</w:pPr>
      <w:r>
        <w:rPr>
          <w:rFonts w:ascii="Arial Black" w:hAnsi="Arial Black" w:cs="Arial Black"/>
          <w:b/>
          <w:bCs/>
          <w:color w:val="15803D"/>
          <w:sz w:val="60"/>
          <w:szCs w:val="60"/>
          <w:rtl/>
        </w:rPr>
        <w:t>כל הכבוד!</w:t>
      </w:r>
    </w:p>
    <w:p>
      <w:pPr>
        <w:bidi/>
        <w:spacing w:before="0" w:after="80"/>
      </w:pPr>
      <w:r>
        <w:rPr>
          <w:sz w:val="32"/>
          <w:szCs w:val="32"/>
          <w:rtl/>
        </w:rPr>
        <w:t>סיימתי את חוברת העבודה בגאוגרפיה לכיתה ט'.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