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 Black" w:hAnsi="Arial Black" w:cs="Arial Black"/>
          <w:b/>
          <w:bCs/>
          <w:color w:val="0F7A4F"/>
          <w:sz w:val="44"/>
          <w:szCs w:val="44"/>
          <w:rtl/>
        </w:rPr>
        <w:t>🔑 מחוון – חוברת העבודה בגאוגרפיה לכיתה ט'</w:t>
      </w:r>
    </w:p>
    <w:p>
      <w:pPr>
        <w:bidi/>
        <w:spacing w:before="160" w:after="80"/>
      </w:pPr>
      <w:r>
        <w:rPr>
          <w:rFonts w:ascii="Arial Black" w:hAnsi="Arial Black" w:cs="Arial Black"/>
          <w:b/>
          <w:bCs/>
          <w:color w:val="15803D"/>
          <w:sz w:val="30"/>
          <w:szCs w:val="30"/>
          <w:rtl/>
        </w:rPr>
        <w:t>פרק 1: ישראל במזרח התיכון: מיקום וגבולות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התאימו מושג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גבול טבעי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שטח שמחבר בין יבשות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גבול מלאכותי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עובר לאורך תופעת טבע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גשר יבשתי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נקבע בהסכם ומסומן בקו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מפרץ אילת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היציאה של ישראל לים סוף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השלימו.</w:t>
      </w:r>
    </w:p>
    <w:p>
      <w:pPr>
        <w:bidi/>
        <w:spacing w:before="0" w:after="40"/>
      </w:pPr>
      <w:r>
        <w:rPr>
          <w:rtl/>
        </w:rPr>
        <w:t>א. הסכם השלום עם ירדן נחתם בשנת 1994.</w:t>
      </w:r>
    </w:p>
    <w:p>
      <w:pPr>
        <w:bidi/>
        <w:spacing w:before="0" w:after="40"/>
      </w:pPr>
      <w:r>
        <w:rPr>
          <w:rtl/>
        </w:rPr>
        <w:t>ב. הרוחב הצר ביותר של ישראל הוא כ-15 ק"מ.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גבול ישראל–מצרים בנגב הוא ברובו קו ישר.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החרמון נמצא בדרום ישראל.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החרמון נמצא בצפון ישראל.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בחרו את התשובה הנכונה.</w:t>
      </w:r>
    </w:p>
    <w:p>
      <w:pPr>
        <w:bidi/>
        <w:spacing w:before="0" w:after="20"/>
      </w:pPr>
      <w:r>
        <w:rPr>
          <w:rtl/>
        </w:rPr>
        <w:t>א. באיזה חוף של הים התיכון נמצאת ישראל?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המזרחי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איך הסכם שלום עם מדינה שכנה יכול להשפיע על הכלכלה באזור הגבול? כתבו שתי השפעות.</w:t>
      </w:r>
    </w:p>
    <w:p>
      <w:pPr>
        <w:bidi/>
        <w:spacing w:before="0" w:after="80"/>
      </w:pPr>
      <w:r>
        <w:rPr>
          <w:color w:val="0F7A4F"/>
          <w:rtl/>
        </w:rPr>
        <w:t>תשובה אפשרית: מסחר ומעברי גבול, תיירות, שיתוף פעולה במים ובחקלאות, הקמת אזורי תעשייה משותפים.</w:t>
      </w:r>
    </w:p>
    <w:p>
      <w:pPr>
        <w:bidi/>
        <w:spacing w:before="160" w:after="80"/>
      </w:pPr>
      <w:r>
        <w:rPr>
          <w:rFonts w:ascii="Arial Black" w:hAnsi="Arial Black" w:cs="Arial Black"/>
          <w:b/>
          <w:bCs/>
          <w:color w:val="15803D"/>
          <w:sz w:val="30"/>
          <w:szCs w:val="30"/>
          <w:rtl/>
        </w:rPr>
        <w:t>פרק 2: מערכות הנוף בישראל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התאימו מקום לתיאור.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מכתש רמון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עמק פורה בין הרים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ים המלח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רמה של בזלת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עמק יזרעאל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עמק סגור שנוצר מסחיפה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רמת הגולן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המקום הנמוך ביותר ביבשה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השלימו.</w:t>
      </w:r>
    </w:p>
    <w:p>
      <w:pPr>
        <w:bidi/>
        <w:spacing w:before="0" w:after="40"/>
      </w:pPr>
      <w:r>
        <w:rPr>
          <w:rtl/>
        </w:rPr>
        <w:t>א. ים המלח נמצא כ-430 מ' מתחת לפני הים.</w:t>
      </w:r>
    </w:p>
    <w:p>
      <w:pPr>
        <w:bidi/>
        <w:spacing w:before="0" w:after="40"/>
      </w:pPr>
      <w:r>
        <w:rPr>
          <w:rtl/>
        </w:rPr>
        <w:t>ב. הנחלים היבשים בנגב נקראים ואדיות.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הערבה היא חלק מבקע הירדן.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עמק החולה נמצא בנגב.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עמק החולה נמצא בצפון בקע הירדן.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בחרו את התשובה הנכונה.</w:t>
      </w:r>
    </w:p>
    <w:p>
      <w:pPr>
        <w:bidi/>
        <w:spacing w:before="0" w:after="20"/>
      </w:pPr>
      <w:r>
        <w:rPr>
          <w:rtl/>
        </w:rPr>
        <w:t>א. איזה אזור נמצא בין מישור החוף לבקע הירדן?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אזור ההר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בחרו אזור נוף אחד ותארו אותו לפי שלושת הסעיפים: מיקום, סלע ומראה.</w:t>
      </w:r>
    </w:p>
    <w:p>
      <w:pPr>
        <w:bidi/>
        <w:spacing w:before="0" w:after="80"/>
      </w:pPr>
      <w:r>
        <w:rPr>
          <w:color w:val="0F7A4F"/>
          <w:rtl/>
        </w:rPr>
        <w:t>תשובה אפשרית: למשל רמת הגולן: בצפון-מזרח, ממזרח לכנרת; בנויה מבזלת; רמה עם הרי געש כבויים.</w:t>
      </w:r>
    </w:p>
    <w:p>
      <w:pPr>
        <w:bidi/>
        <w:spacing w:before="160" w:after="80"/>
      </w:pPr>
      <w:r>
        <w:rPr>
          <w:rFonts w:ascii="Arial Black" w:hAnsi="Arial Black" w:cs="Arial Black"/>
          <w:b/>
          <w:bCs/>
          <w:color w:val="15803D"/>
          <w:sz w:val="30"/>
          <w:szCs w:val="30"/>
          <w:rtl/>
        </w:rPr>
        <w:t>פרק 3: האקלים בישראל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התאימו מושג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שקע ברומטרי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לחץ נמוך שמביא גשם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שרב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אזור יבש מאחורי הרים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צל גשם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חום ויובש עם רוח מזרחית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בריזה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רוח מהים ביום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השלימו.</w:t>
      </w:r>
    </w:p>
    <w:p>
      <w:pPr>
        <w:bidi/>
        <w:spacing w:before="0" w:after="40"/>
      </w:pPr>
      <w:r>
        <w:rPr>
          <w:rtl/>
        </w:rPr>
        <w:t>א. בגליל העליון יורדים מעל 800 מ"מ בשנה.</w:t>
      </w:r>
    </w:p>
    <w:p>
      <w:pPr>
        <w:bidi/>
        <w:spacing w:before="0" w:after="40"/>
      </w:pPr>
      <w:r>
        <w:rPr>
          <w:rtl/>
        </w:rPr>
        <w:t>ב. עונת הגשמים בישראל היא החורף.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ישראל נמצאת באזור מעבר בין שני אקלימים.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השרב מגיע בדרך כלל עם רוח מערבית מהים.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השרב מגיע עם רוח מזרחית מהמדבר.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בחרו את התשובה הנכונה.</w:t>
      </w:r>
    </w:p>
    <w:p>
      <w:pPr>
        <w:bidi/>
        <w:spacing w:before="0" w:after="20"/>
      </w:pPr>
      <w:r>
        <w:rPr>
          <w:rtl/>
        </w:rPr>
        <w:t>א. מאיזה כיוון מגיעים רוב העננים בחורף?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ממערב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חקלאי מתלבט: לגדל חיטה בלי השקיה בצפון הנגב או בעמק יזרעאל. מה תמליצו? נמקו בעזרת אקלים.</w:t>
      </w:r>
    </w:p>
    <w:p>
      <w:pPr>
        <w:bidi/>
        <w:spacing w:before="0" w:after="80"/>
      </w:pPr>
      <w:r>
        <w:rPr>
          <w:color w:val="0F7A4F"/>
          <w:rtl/>
        </w:rPr>
        <w:t>תשובה אפשרית: עמק יזרעאל – יורד בו יותר גשם (צפוני יותר, קרוב יותר לים), ולכן החיטה תקבל מספיק מים בלי השקיה.</w:t>
      </w:r>
    </w:p>
    <w:p>
      <w:pPr>
        <w:bidi/>
        <w:spacing w:before="160" w:after="80"/>
      </w:pPr>
      <w:r>
        <w:rPr>
          <w:rFonts w:ascii="Arial Black" w:hAnsi="Arial Black" w:cs="Arial Black"/>
          <w:b/>
          <w:bCs/>
          <w:color w:val="15803D"/>
          <w:sz w:val="30"/>
          <w:szCs w:val="30"/>
          <w:rtl/>
        </w:rPr>
        <w:t>פרק 4: משק המים בישראל: אתגרים וניהול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התאימו מושג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המוביל הארצי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מפלס שמתחתיו אסור לשאוב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חוק המים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החברה שמפעילה את הובלת המים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הקו האדום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מערכת שמובילה מים מהכנרת דרומה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מקורות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המים הם רכוש הציבור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השלימו.</w:t>
      </w:r>
    </w:p>
    <w:p>
      <w:pPr>
        <w:bidi/>
        <w:spacing w:before="0" w:after="40"/>
      </w:pPr>
      <w:r>
        <w:rPr>
          <w:rtl/>
        </w:rPr>
        <w:t>א. חוק המים נחקק בשנת 1959.</w:t>
      </w:r>
    </w:p>
    <w:p>
      <w:pPr>
        <w:bidi/>
        <w:spacing w:before="0" w:after="40"/>
      </w:pPr>
      <w:r>
        <w:rPr>
          <w:rtl/>
        </w:rPr>
        <w:t>ב. מחיר מים גבוה מעודד חיסכון.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היום המוביל הארצי יכול להזרים מים גם חזרה לכנרת.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מים הם משאב שאין צורך לשתף בו פעולה עם השכנים.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מים הם משאב משותף לאזור, ושיתוף פעולה חשוב.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בחרו את התשובה הנכונה.</w:t>
      </w:r>
    </w:p>
    <w:p>
      <w:pPr>
        <w:bidi/>
        <w:spacing w:before="0" w:after="20"/>
      </w:pPr>
      <w:r>
        <w:rPr>
          <w:rtl/>
        </w:rPr>
        <w:t>א. מה מקור רוב מי השתייה בישראל היום?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מתקני התפלה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אתם חברי מועצת רשות המים בשנת בצורת. כתבו שתי החלטות שתקבלו ונמקו אחת מהן.</w:t>
      </w:r>
    </w:p>
    <w:p>
      <w:pPr>
        <w:bidi/>
        <w:spacing w:before="0" w:after="80"/>
      </w:pPr>
      <w:r>
        <w:rPr>
          <w:color w:val="0F7A4F"/>
          <w:rtl/>
        </w:rPr>
        <w:t>תשובה אפשרית: למשל: להגביר התפלה; להעלות את מחיר המים לצריכה גבוהה; קמפיין חיסכון; להגביל השקיית גינות. נימוק: התפלה לא תלויה בגשם.</w:t>
      </w:r>
    </w:p>
    <w:p>
      <w:pPr>
        <w:bidi/>
        <w:spacing w:before="160" w:after="80"/>
      </w:pPr>
      <w:r>
        <w:rPr>
          <w:rFonts w:ascii="Arial Black" w:hAnsi="Arial Black" w:cs="Arial Black"/>
          <w:b/>
          <w:bCs/>
          <w:color w:val="15803D"/>
          <w:sz w:val="30"/>
          <w:szCs w:val="30"/>
          <w:rtl/>
        </w:rPr>
        <w:t>פרק 5: אוכלוסיית ישראל: מאפיינים ותפרוסת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התאימו מושג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ריבוי טבעי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מספר תושבים לקמ"ר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עלייה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נולדים פחות נפטרים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תפרוסת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האופן שבו התושבים מפוזרים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צפיפות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הגירה של יהודים לישראל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השלימו.</w:t>
      </w:r>
    </w:p>
    <w:p>
      <w:pPr>
        <w:bidi/>
        <w:spacing w:before="0" w:after="40"/>
      </w:pPr>
      <w:r>
        <w:rPr>
          <w:rtl/>
        </w:rPr>
        <w:t>א. כ-73% מתושבי ישראל יהודים.</w:t>
      </w:r>
    </w:p>
    <w:p>
      <w:pPr>
        <w:bidi/>
        <w:spacing w:before="0" w:after="40"/>
      </w:pPr>
      <w:r>
        <w:rPr>
          <w:rtl/>
        </w:rPr>
        <w:t>ב. בנגב גרים רק כ-8% מהתושבים.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בתוך האוכלוסייה הערבית יש מוסלמים, נוצרים ודרוזים.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האוכלוסייה בישראל לא השתנתה מאז 1948.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האוכלוסייה גדלה מכ-800 אלף לכ-10 מיליון.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בחרו את התשובה הנכונה.</w:t>
      </w:r>
    </w:p>
    <w:p>
      <w:pPr>
        <w:bidi/>
        <w:spacing w:before="0" w:after="20"/>
      </w:pPr>
      <w:r>
        <w:rPr>
          <w:rtl/>
        </w:rPr>
        <w:t>א. מה מאפיין את מבנה הגילים בישראל?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צעיר יחסית, הרבה ילדים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הממשלה רוצה שיותר אנשים יגורו בנגב. הציעו שני צעדים ונמקו אחד מהם.</w:t>
      </w:r>
    </w:p>
    <w:p>
      <w:pPr>
        <w:bidi/>
        <w:spacing w:before="0" w:after="80"/>
      </w:pPr>
      <w:r>
        <w:rPr>
          <w:color w:val="0F7A4F"/>
          <w:rtl/>
        </w:rPr>
        <w:t>תשובה אפשרית: להקים מקומות עבודה ומפעלים; לשפר תחבורה (רכבת); הטבות בדיור ובמיסים; בתי ספר ושירותים טובים. נימוק: עבודה מושכת משפחות.</w:t>
      </w:r>
    </w:p>
    <w:p>
      <w:pPr>
        <w:bidi/>
        <w:spacing w:before="160" w:after="80"/>
      </w:pPr>
      <w:r>
        <w:rPr>
          <w:rFonts w:ascii="Arial Black" w:hAnsi="Arial Black" w:cs="Arial Black"/>
          <w:b/>
          <w:bCs/>
          <w:color w:val="15803D"/>
          <w:sz w:val="30"/>
          <w:szCs w:val="30"/>
          <w:rtl/>
        </w:rPr>
        <w:t>פרק 6: יישובים בישראל: עיר וכפר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התאימו צורת יישוב לתיאור.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קיבוץ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משק משפחתי ושיתוף בשירותים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מושב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קהילה שיתופית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עיירת פיתוח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עיר מרכזית וערים סביבה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מטרופולין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הוקמה בפריפריה בשנות ה-50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השלימו.</w:t>
      </w:r>
    </w:p>
    <w:p>
      <w:pPr>
        <w:bidi/>
        <w:spacing w:before="0" w:after="40"/>
      </w:pPr>
      <w:r>
        <w:rPr>
          <w:rtl/>
        </w:rPr>
        <w:t>א. הקיבוץ הראשון הוקם בשנת 1910.</w:t>
      </w:r>
    </w:p>
    <w:p>
      <w:pPr>
        <w:bidi/>
        <w:spacing w:before="0" w:after="40"/>
      </w:pPr>
      <w:r>
        <w:rPr>
          <w:rtl/>
        </w:rPr>
        <w:t>ב. בישראל ארבעה מטרופולינים.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באר שבע היא מרכז מטרופולין בדרום.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פערי מרכז–פריפריה פירושם שבפריפריה יש יותר הזדמנויות.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במרכז יש יותר הזדמנויות; בפריפריה פחות.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בחרו את התשובה הנכונה.</w:t>
      </w:r>
    </w:p>
    <w:p>
      <w:pPr>
        <w:bidi/>
        <w:spacing w:before="0" w:after="20"/>
      </w:pPr>
      <w:r>
        <w:rPr>
          <w:rtl/>
        </w:rPr>
        <w:t>א. איזו מהערים הבאות היא עיירת פיתוח?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דימונה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הציעו שתי דרכים לצמצם את הפער בין המרכז לפריפריה, ונמקו אחת מהן.</w:t>
      </w:r>
    </w:p>
    <w:p>
      <w:pPr>
        <w:bidi/>
        <w:spacing w:before="0" w:after="80"/>
      </w:pPr>
      <w:r>
        <w:rPr>
          <w:color w:val="0F7A4F"/>
          <w:rtl/>
        </w:rPr>
        <w:t>תשובה אפשרית: רכבת מהירה לפריפריה; העברת משרדי ממשלה ומפעלים; אוניברסיטאות ובתי חולים; הטבות מס. נימוק: תחבורה מקצרת את הדרך לעבודה במרכז.</w:t>
      </w:r>
    </w:p>
    <w:p>
      <w:pPr>
        <w:bidi/>
        <w:spacing w:before="160" w:after="80"/>
      </w:pPr>
      <w:r>
        <w:rPr>
          <w:rFonts w:ascii="Arial Black" w:hAnsi="Arial Black" w:cs="Arial Black"/>
          <w:b/>
          <w:bCs/>
          <w:color w:val="15803D"/>
          <w:sz w:val="30"/>
          <w:szCs w:val="30"/>
          <w:rtl/>
        </w:rPr>
        <w:t>פרק 7: כלכלת ישראל וענפי המשק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התאימו מושג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מגזר ראשוני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מתן שירותים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מגזר שניוני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עיבוד חומרים למוצרים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מגזר שלישוני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מכירת מוצרים לחו"ל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ייצוא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הפקת חומרים מהטבע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השלימו.</w:t>
      </w:r>
    </w:p>
    <w:p>
      <w:pPr>
        <w:bidi/>
        <w:spacing w:before="0" w:after="40"/>
      </w:pPr>
      <w:r>
        <w:rPr>
          <w:rtl/>
        </w:rPr>
        <w:t>א. בעבר החקלאות הייתה ענף מרכזי בישראל.</w:t>
      </w:r>
    </w:p>
    <w:p>
      <w:pPr>
        <w:bidi/>
        <w:spacing w:before="0" w:after="40"/>
      </w:pPr>
      <w:r>
        <w:rPr>
          <w:rtl/>
        </w:rPr>
        <w:t>ב. תיירים רבים מגיעים לירושלים בגלל האתרים הקדושים.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מכשור רפואי ותרופות הם חלק מהתעשייה עתירת הידע.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מסחר שייך למגזר הראשוני.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מסחר שייך למגזר השלישוני (שירותים).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בחרו את התשובה הנכונה.</w:t>
      </w:r>
    </w:p>
    <w:p>
      <w:pPr>
        <w:bidi/>
        <w:spacing w:before="0" w:after="20"/>
      </w:pPr>
      <w:r>
        <w:rPr>
          <w:rtl/>
        </w:rPr>
        <w:t>א. איזה ענף שייך למגזר הראשוני?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כרייה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עיר בפריפריה מתלבטת: מפעל מסורתי גדול או פארק הייטק קטן. מה תמליצו? נמקו.</w:t>
      </w:r>
    </w:p>
    <w:p>
      <w:pPr>
        <w:bidi/>
        <w:spacing w:before="0" w:after="80"/>
      </w:pPr>
      <w:r>
        <w:rPr>
          <w:color w:val="0F7A4F"/>
          <w:rtl/>
        </w:rPr>
        <w:t>תשובה אפשרית: תשובה מנומקת. למשל: פארק הייטק – משכורות גבוהות ומושך צעירים משכילים; או מפעל – הרבה מקומות עבודה לתושבים בלי השכלה גבוהה.</w:t>
      </w:r>
    </w:p>
    <w:p>
      <w:pPr>
        <w:bidi/>
        <w:spacing w:before="160" w:after="80"/>
      </w:pPr>
      <w:r>
        <w:rPr>
          <w:rFonts w:ascii="Arial Black" w:hAnsi="Arial Black" w:cs="Arial Black"/>
          <w:b/>
          <w:bCs/>
          <w:color w:val="15803D"/>
          <w:sz w:val="30"/>
          <w:szCs w:val="30"/>
          <w:rtl/>
        </w:rPr>
        <w:t>פרק 8: תשתיות: תחבורה, אנרגיה ותקשורת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התאימו מקום לתפקיד.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נמל חיפה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יציאה לים סוף ולמזרח אסיה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נמל אילת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נמל התעופה הראשי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נתב"ג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נמל תעופה ליד אילת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נמל רמון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נמל סחורות בצפון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השלימו.</w:t>
      </w:r>
    </w:p>
    <w:p>
      <w:pPr>
        <w:bidi/>
        <w:spacing w:before="0" w:after="40"/>
      </w:pPr>
      <w:r>
        <w:rPr>
          <w:rtl/>
        </w:rPr>
        <w:t>א. מערכות שעליהן נשענת הכלכלה נקראות תשתיות.</w:t>
      </w:r>
    </w:p>
    <w:p>
      <w:pPr>
        <w:bidi/>
        <w:spacing w:before="0" w:after="40"/>
      </w:pPr>
      <w:r>
        <w:rPr>
          <w:rtl/>
        </w:rPr>
        <w:t>ב. החשמל מפחם בישראל הולך ומופסק.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תקשורת מהירה מאפשרת עבודה מרחוק.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גודש תחבורתי קיים רק בנגב.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הגודש הקשה ביותר הוא במרכז, סביב גוש דן.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בחרו את התשובה הנכונה.</w:t>
      </w:r>
    </w:p>
    <w:p>
      <w:pPr>
        <w:bidi/>
        <w:spacing w:before="0" w:after="20"/>
      </w:pPr>
      <w:r>
        <w:rPr>
          <w:rtl/>
        </w:rPr>
        <w:t>א. איזה אמצעי מוביל את רוב הסחורות לישראל?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אוניות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תכננו לבית הספר שלכם יום «בלי מכונית». כתבו שתי פעולות ומה הן ישפרו.</w:t>
      </w:r>
    </w:p>
    <w:p>
      <w:pPr>
        <w:bidi/>
        <w:spacing w:before="0" w:after="80"/>
      </w:pPr>
      <w:r>
        <w:rPr>
          <w:color w:val="0F7A4F"/>
          <w:rtl/>
        </w:rPr>
        <w:t>תשובה אפשרית: הגעה ברגל, באופניים או באוטובוס; הסעות משותפות. ישפר: פחות פקקים ליד בית הספר, פחות זיהום, יותר בטיחות.</w:t>
      </w:r>
    </w:p>
    <w:p>
      <w:pPr>
        <w:bidi/>
        <w:spacing w:before="160" w:after="80"/>
      </w:pPr>
      <w:r>
        <w:rPr>
          <w:rFonts w:ascii="Arial Black" w:hAnsi="Arial Black" w:cs="Arial Black"/>
          <w:b/>
          <w:bCs/>
          <w:color w:val="15803D"/>
          <w:sz w:val="30"/>
          <w:szCs w:val="30"/>
          <w:rtl/>
        </w:rPr>
        <w:t>פרק 9: סביבה וקיימות: שטחים פתוחים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התאימו מושג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פיתוח בר-קיימא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פיתוח ששומר גם לדורות הבאים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שטח פתוח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מגוון צמחים ובעלי חיים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מגוון ביולוגי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שטח לא בנוי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התחדשות עירונית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בנייה מחדש בשכונות ותיקות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השלימו.</w:t>
      </w:r>
    </w:p>
    <w:p>
      <w:pPr>
        <w:bidi/>
        <w:spacing w:before="0" w:after="40"/>
      </w:pPr>
      <w:r>
        <w:rPr>
          <w:rtl/>
        </w:rPr>
        <w:t>א. קק"ל מטפחת בעיקר יערות.</w:t>
      </w:r>
    </w:p>
    <w:p>
      <w:pPr>
        <w:bidi/>
        <w:spacing w:before="0" w:after="40"/>
      </w:pPr>
      <w:r>
        <w:rPr>
          <w:rtl/>
        </w:rPr>
        <w:t>ב. החוק שמגן על חופי הים נקרא חוק שמירת הסביבה החופית.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תכנון מראש עוזר להחליט איפה בונים ואיפה שומרים.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שמורת טבע היא שטח שמותר לבנות בו בחופשיות.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בשמורת טבע הבנייה אסורה או מוגבלת מאוד.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בחרו את התשובה הנכונה.</w:t>
      </w:r>
    </w:p>
    <w:p>
      <w:pPr>
        <w:bidi/>
        <w:spacing w:before="0" w:after="20"/>
      </w:pPr>
      <w:r>
        <w:rPr>
          <w:rtl/>
        </w:rPr>
        <w:t>א. איזו פעולה היא דוגמה לפיתוח בר-קיימא?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התחדשות עירונית במקום בנייה על שדות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מתוכננת שכונה חדשה על גבעה עם פריחה. הציעו פתרון שיאזן בין הצורך בדירות לשמירה על הטבע.</w:t>
      </w:r>
    </w:p>
    <w:p>
      <w:pPr>
        <w:bidi/>
        <w:spacing w:before="0" w:after="80"/>
      </w:pPr>
      <w:r>
        <w:rPr>
          <w:color w:val="0F7A4F"/>
          <w:rtl/>
        </w:rPr>
        <w:t>תשובה אפשרית: לבנות לגובה על חלק קטן מהגבעה ולשמור את השאר כפארק; או לבנות בשכונה קיימת (התחדשות עירונית) במקום על הגבעה.</w:t>
      </w:r>
    </w:p>
    <w:p>
      <w:pPr>
        <w:bidi/>
        <w:spacing w:before="160" w:after="80"/>
      </w:pPr>
      <w:r>
        <w:rPr>
          <w:rFonts w:ascii="Arial Black" w:hAnsi="Arial Black" w:cs="Arial Black"/>
          <w:b/>
          <w:bCs/>
          <w:color w:val="15803D"/>
          <w:sz w:val="30"/>
          <w:szCs w:val="30"/>
          <w:rtl/>
        </w:rPr>
        <w:t>פרק 10: אתגרי סביבה בישראל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התאימו מושג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אתר הטמנה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מקום שקוברים בו פסולת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בולען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דיג מהיר יותר מקצב התחדשות הדגים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דיג יתר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היערכות לשינוי האקלים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הסתגלות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בור שנפער ליד ים המלח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השלימו.</w:t>
      </w:r>
    </w:p>
    <w:p>
      <w:pPr>
        <w:bidi/>
        <w:spacing w:before="0" w:after="40"/>
      </w:pPr>
      <w:r>
        <w:rPr>
          <w:rtl/>
        </w:rPr>
        <w:t>א. כל תושב מייצר כ-1.7 ק"ג פסולת ביום.</w:t>
      </w:r>
    </w:p>
    <w:p>
      <w:pPr>
        <w:bidi/>
        <w:spacing w:before="0" w:after="40"/>
      </w:pPr>
      <w:r>
        <w:rPr>
          <w:rtl/>
        </w:rPr>
        <w:t>ב. אזור תעשייה מזהם מוכר בצפון: מפרץ חיפה.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פסולת פלסטיק בים פוגעת בבעלי חיים ימיים.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זיהום אוויר לא משפיע על הבריאות.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זיהום אוויר גורם למחלות נשימה ופוגע בבריאות.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בחרו את התשובה הנכונה.</w:t>
      </w:r>
    </w:p>
    <w:p>
      <w:pPr>
        <w:bidi/>
        <w:spacing w:before="0" w:after="20"/>
      </w:pPr>
      <w:r>
        <w:rPr>
          <w:rtl/>
        </w:rPr>
        <w:t>א. איזה צעד מפחית זיהום אוויר מתחבורה?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נסיעה ברכבת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כתבו מכתב קצר (שני משפטים) לראש העירייה: אתגר סביבה אחד בעיר שלכם ופתרון שאתם מציעים.</w:t>
      </w:r>
    </w:p>
    <w:p>
      <w:pPr>
        <w:bidi/>
        <w:spacing w:before="0" w:after="80"/>
      </w:pPr>
      <w:r>
        <w:rPr>
          <w:color w:val="0F7A4F"/>
          <w:rtl/>
        </w:rPr>
        <w:t>תשובה אפשרית: למשל: «יש הרבה פקקים וזיהום ליד בתי הספר. אני מציע שבילי אופניים בטוחים וקו אוטובוס תכוף.»</w:t>
      </w:r>
    </w:p>
    <w:p>
      <w:pPr>
        <w:bidi/>
        <w:spacing w:before="160" w:after="80"/>
      </w:pPr>
      <w:r>
        <w:rPr>
          <w:rFonts w:ascii="Arial Black" w:hAnsi="Arial Black" w:cs="Arial Black"/>
          <w:b/>
          <w:bCs/>
          <w:color w:val="15803D"/>
          <w:sz w:val="30"/>
          <w:szCs w:val="30"/>
          <w:rtl/>
        </w:rPr>
        <w:t>חזרה – מה למדנו?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חזרה: השלימו בעזרת מחסן המילים.</w:t>
      </w:r>
    </w:p>
    <w:p>
      <w:pPr>
        <w:bidi/>
        <w:spacing w:before="0" w:after="40"/>
      </w:pPr>
      <w:r>
        <w:rPr>
          <w:rtl/>
        </w:rPr>
        <w:t>א. ישראל שוכנת בחוף המזרחי של הים התיכון.</w:t>
      </w:r>
    </w:p>
    <w:p>
      <w:pPr>
        <w:bidi/>
        <w:spacing w:before="0" w:after="40"/>
      </w:pPr>
      <w:r>
        <w:rPr>
          <w:rtl/>
        </w:rPr>
        <w:t>ב. המקום הנמוך ביותר ביבשה: ים המלח.</w:t>
      </w:r>
    </w:p>
    <w:p>
      <w:pPr>
        <w:bidi/>
        <w:spacing w:before="0" w:after="40"/>
      </w:pPr>
      <w:r>
        <w:rPr>
          <w:rtl/>
        </w:rPr>
        <w:t>ג. מערכת שמעבירה מים מהכנרת דרומה: המוביל הארצי.</w:t>
      </w:r>
    </w:p>
    <w:p>
      <w:pPr>
        <w:bidi/>
        <w:spacing w:before="0" w:after="40"/>
      </w:pPr>
      <w:r>
        <w:rPr>
          <w:rtl/>
        </w:rPr>
        <w:t>ד. יישוב שבו לכל משפחה משק משלה: מושב.</w:t>
      </w:r>
    </w:p>
    <w:p>
      <w:pPr>
        <w:bidi/>
        <w:spacing w:before="0" w:after="40"/>
      </w:pPr>
      <w:r>
        <w:rPr>
          <w:rtl/>
        </w:rPr>
        <w:t>ה. פיתוח שדואג גם לדורות הבאים: פיתוח בר-קיימא.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חזרה: התאימו מושג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צל גשם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שירותים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ריבוי טבעי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[5] בור שנפער ליד ים המלח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מטרופולין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עיר מרכזית וערים סביבה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מגזר שלישוני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אזור יבש מאחורי הרים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5. בולען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נולדים פחות נפטרים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חזרה: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בדרום ישראל יורד יותר גשם מאשר בצפון.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בצפון יורד יותר גשם מאשר בדרום.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רוב תושבי ישראל גרים בערים.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רוב הסחורות מגיעות לישראל דרך הנמלים.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מיחזור עדיף על הפחתת פסולת.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הפחתה עדיפה על מיחזור.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חזרה: מיינו לפי הנושא.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נוף ואקלים</w:t>
            </w:r>
          </w:p>
        </w:tc>
        <w:tc>
          <w:tcPr>
            <w:tcW w:type="dxa" w:w="3326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אדם ויישובים</w:t>
            </w:r>
          </w:p>
        </w:tc>
        <w:tc>
          <w:tcPr>
            <w:tcW w:type="dxa" w:w="3326"/>
            <w:shd w:val="clear" w:color="auto" w:fill="15803d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סביבה ומשאבים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כורכר, שרב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עיירת פיתוח, רכבת קלה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חוק המים, שמורת טבע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חזרה: בחרו אזור אחד בישראל (למשל הנגב או הגליל) ותארו בו קשר בין הנוף, האוכלוסייה והכלכלה.</w:t>
      </w:r>
    </w:p>
    <w:p>
      <w:pPr>
        <w:bidi/>
        <w:spacing w:before="0" w:after="80"/>
      </w:pPr>
      <w:r>
        <w:rPr>
          <w:color w:val="0F7A4F"/>
          <w:rtl/>
        </w:rPr>
        <w:t>תשובה אפשרית: למשל הנגב: אקלים מדברי ומרחקים גדולים ← מעט תושבים (כ-8%) ← כלכלה של כרייה, צבא, חקלאות מדבר ואנרגיה סולארית.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