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Tahoma" w:hAnsi="Tahoma" w:cs="Tahoma"/>
          <w:b/>
          <w:bCs/>
          <w:color w:val="0F7A4F"/>
          <w:sz w:val="44"/>
          <w:szCs w:val="44"/>
          <w:rtl/>
        </w:rPr>
        <w:t>🔑 מחוון – חוברת העבודה בגאוגרפיה לכיתה י'–י"ב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B45309"/>
          <w:sz w:val="30"/>
          <w:szCs w:val="30"/>
          <w:rtl/>
        </w:rPr>
        <w:t>פרק 1: מדידת רמת הפיתוח של מדינות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השוו בין המדינות בעזרת מדד כלכלי ומדד חברתי, והסבירו את הקשר ביניהם.</w:t>
      </w:r>
    </w:p>
    <w:p>
      <w:pPr>
        <w:bidi/>
        <w:spacing w:before="0" w:after="80"/>
      </w:pPr>
      <w:r>
        <w:rPr>
          <w:color w:val="0F7A4F"/>
          <w:rtl/>
        </w:rPr>
        <w:t>תשובה אפשרית: נורווגיה – הכנסה גבוהה פי 150 ותוחלת חיים גבוהה ב-21 שנים; הכנסה גבוהה מאפשרת רפואה, תזונה והשכלה טובות.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הסבירו מגבלה אחת של המדד תמ"ג לנפש.</w:t>
      </w:r>
    </w:p>
    <w:p>
      <w:pPr>
        <w:bidi/>
        <w:spacing w:before="0" w:after="80"/>
      </w:pPr>
      <w:r>
        <w:rPr>
          <w:color w:val="0F7A4F"/>
          <w:rtl/>
        </w:rPr>
        <w:t>תשובה אפשרית: ממוצע שמסתיר פערים; לא כולל כלכלה לא פורמלית; לא מודד איכות חיים וסביבה.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השלימו: השלכה של תהליך פיתוח.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תהליך</w:t>
            </w:r>
          </w:p>
        </w:tc>
        <w:tc>
          <w:tcPr>
            <w:tcW w:type="dxa" w:w="3326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השלכה חיובית</w:t>
            </w:r>
          </w:p>
        </w:tc>
        <w:tc>
          <w:tcPr>
            <w:tcW w:type="dxa" w:w="3326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השלכה שלילית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פיתוח מואץ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יציאה מעוני וצמיחה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זיהום ועיור מהיר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פיתוח לא שוויוני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צמיחה במרכז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פערים בין אזורים וקבוצות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נכון או לא נכון? תקנו.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HDI מודד רק הכנסה.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HDI משלב הכנסה, בריאות והשכלה.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במדינות המפותחות ביותר מתפתח מגזר רביעוני של ידע ומחקר.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הציגו שאלה אתית אחת שעולה מתהליכי פיתוח.</w:t>
      </w:r>
    </w:p>
    <w:p>
      <w:pPr>
        <w:bidi/>
        <w:spacing w:before="0" w:after="80"/>
      </w:pPr>
      <w:r>
        <w:rPr>
          <w:color w:val="0F7A4F"/>
          <w:rtl/>
        </w:rPr>
        <w:t>תשובה אפשרית: האם מותר לפנות קהילה מקומית לבניית סכר? מי נהנה מהצמיחה ומי משלם בזיהום?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B45309"/>
          <w:sz w:val="30"/>
          <w:szCs w:val="30"/>
          <w:rtl/>
        </w:rPr>
        <w:t>פרק 2: גורמים לשונות בתהליכי הפיתוח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על פי המקור, הסבירו מהם «תנאי סחר לא שוויוניים».</w:t>
      </w:r>
    </w:p>
    <w:p>
      <w:pPr>
        <w:bidi/>
        <w:spacing w:before="0" w:after="80"/>
      </w:pPr>
      <w:r>
        <w:rPr>
          <w:color w:val="0F7A4F"/>
          <w:rtl/>
        </w:rPr>
        <w:t>תשובה אפשרית: החקלאי מקבל מחיר נמוך ותנודתי על חומר גלם, ורוב הערך המוסף נשאר במדינה העשירה שמעבדת ומוכרת.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השלימו: הקולוניאליזם והשלכותיו.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תחום</w:t>
            </w:r>
          </w:p>
        </w:tc>
        <w:tc>
          <w:tcPr>
            <w:tcW w:type="dxa" w:w="3326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במושבה</w:t>
            </w:r>
          </w:p>
        </w:tc>
        <w:tc>
          <w:tcPr>
            <w:tcW w:type="dxa" w:w="3326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במעצמה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כלכלה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מטעים ומכרות לייצוא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תיעוש בעזרת חומרי גלם זולים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תשתיות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מסילה מהמכרה לנמל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רשת תחבורה וערים מפותחות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הסבירו כיצד הגלובליזציה השפיעה על התעשייה במדינות המפותחות.</w:t>
      </w:r>
    </w:p>
    <w:p>
      <w:pPr>
        <w:bidi/>
        <w:spacing w:before="0" w:after="80"/>
      </w:pPr>
      <w:r>
        <w:rPr>
          <w:color w:val="0F7A4F"/>
          <w:rtl/>
        </w:rPr>
        <w:t>תשובה אפשרית: מפעלים עברו למדינות זולות – אבטלה בענפים מסורתיים; מנגד מוצרים זולים ומעבר לשירותים ולהייטק.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נכון או לא נכון? תקנו.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אחרי העצמאות נעלם לגמרי המבנה הכלכלי הקולוניאלי.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המבנה התלוי נשאר במדינות רבות גם אחרי העצמאות.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סובסידיות חקלאיות במדינות עשירות מקשות על חקלאים במדינות עניות.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הציגו דילמה ערכית אחת בתהליך הגלובליזציה.</w:t>
      </w:r>
    </w:p>
    <w:p>
      <w:pPr>
        <w:bidi/>
        <w:spacing w:before="0" w:after="80"/>
      </w:pPr>
      <w:r>
        <w:rPr>
          <w:color w:val="0F7A4F"/>
          <w:rtl/>
        </w:rPr>
        <w:t>תשובה אפשרית: קניית מוצר זול שיוצר בשכר רעב או בעבודת ילדים, מול העובדה שהמפעל מספק פרנסה.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B45309"/>
          <w:sz w:val="30"/>
          <w:szCs w:val="30"/>
          <w:rtl/>
        </w:rPr>
        <w:t>פרק 3: העיר במרחב העולמי: עיור, מיקום ומבנה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השלימו: חתך מחירי הקרקע.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אזור</w:t>
            </w:r>
          </w:p>
        </w:tc>
        <w:tc>
          <w:tcPr>
            <w:tcW w:type="dxa" w:w="3326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מחיר הקרקע</w:t>
            </w:r>
          </w:p>
        </w:tc>
        <w:tc>
          <w:tcPr>
            <w:tcW w:type="dxa" w:w="3326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שימוש אופייני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מרכז העיר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גבוה מאוד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משרדים, בנקים ומסחר במגדלים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טבעת פנימית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בינוני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מגורים צפופים ומלאכה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שולי העיר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נמוך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מגורים צמודי קרקע ושטחים פתוחים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איזה תהליך מתאר המקור? קשרו אותו לעיר הפוסט-תעשייתית.</w:t>
      </w:r>
    </w:p>
    <w:p>
      <w:pPr>
        <w:bidi/>
        <w:spacing w:before="0" w:after="80"/>
      </w:pPr>
      <w:r>
        <w:rPr>
          <w:color w:val="0F7A4F"/>
          <w:rtl/>
        </w:rPr>
        <w:t>תשובה אפשרית: התחדשות עירונית – אזור תעשייה ונמל ישן הפך לתרבות, בילוי ומגורים, כי העיר עברה מתעשייה לשירותים.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הסבירו מדוע העיור במדינות מתפתחות יוצר שכונות עוני.</w:t>
      </w:r>
    </w:p>
    <w:p>
      <w:pPr>
        <w:bidi/>
        <w:spacing w:before="0" w:after="80"/>
      </w:pPr>
      <w:r>
        <w:rPr>
          <w:color w:val="0F7A4F"/>
          <w:rtl/>
        </w:rPr>
        <w:t>תשובה אפשרית: ההגירה מהכפר מהירה מיכולת העיר לבנות דיור ותשתיות; המהגרים עניים ובונים בעצמם בשוליים.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נכון או לא נכון? תקנו.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בעיר הפוסט-תעשייתית מספר המפעלים במרכז העיר גדל.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המפעלים נסגרים או עוברים לשוליים.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תחנת רכבת יכולה ליצור פסגה משנית של מחירי קרקע.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הסבירו כיצד גורם המיקום המקורי של עיר יכול להשפיע על תפקודה היום.</w:t>
      </w:r>
    </w:p>
    <w:p>
      <w:pPr>
        <w:bidi/>
        <w:spacing w:before="0" w:after="80"/>
      </w:pPr>
      <w:r>
        <w:rPr>
          <w:color w:val="0F7A4F"/>
          <w:rtl/>
        </w:rPr>
        <w:t>תשובה אפשרית: עיר שקמה כנמל ממשיכה להיות מרכז סחר ותעשייה; עיר בצומת – מרכז מסחר ותחבורה.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B45309"/>
          <w:sz w:val="30"/>
          <w:szCs w:val="30"/>
          <w:rtl/>
        </w:rPr>
        <w:t>פרק 4: רכיבי המרחב העירוני, מטרופולין וערי עולם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השלימו: שינוי במיקום של שימוש קרקע.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שימוש</w:t>
            </w:r>
          </w:p>
        </w:tc>
        <w:tc>
          <w:tcPr>
            <w:tcW w:type="dxa" w:w="3326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בעבר</w:t>
            </w:r>
          </w:p>
        </w:tc>
        <w:tc>
          <w:tcPr>
            <w:tcW w:type="dxa" w:w="3326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היום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מסחר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רחובות מרכז העיר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קניונים, מרכזים בשוליים ומסחר מקוון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תעשייה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ליד מרכז העיר והנמל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אזורי תעשייה ופארקי הייטק בשוליים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על פי המקור, הסבירו את המושג «צדק מרחבי-סביבתי».</w:t>
      </w:r>
    </w:p>
    <w:p>
      <w:pPr>
        <w:bidi/>
        <w:spacing w:before="0" w:after="80"/>
      </w:pPr>
      <w:r>
        <w:rPr>
          <w:color w:val="0F7A4F"/>
          <w:rtl/>
        </w:rPr>
        <w:t>תשובה אפשרית: חלוקה הוגנת של מפגעים ושירותים: כאן המפגעים בשכונה אחת והשירות (פארק) בשכונה אחרת – חוסר צדק מרחבי.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הסבירו שני גורמים להיבדלות מרחבית בעיר.</w:t>
      </w:r>
    </w:p>
    <w:p>
      <w:pPr>
        <w:bidi/>
        <w:spacing w:before="0" w:after="80"/>
      </w:pPr>
      <w:r>
        <w:rPr>
          <w:color w:val="0F7A4F"/>
          <w:rtl/>
        </w:rPr>
        <w:t>תשובה אפשרית: הכנסה – מחירי דיור מפרידים בין עשירים לעניים; דת, מוצא או אורח חיים – רצון לגור בקהילה דומה.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נכון או לא נכון? תקנו.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ערי עולם צומחות בעיקר בזכות חקלאות.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הן צומחות בזכות קשרים כלכליים גלובליים: בורסות, מטות ותעופה.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חגורה ירוקה שומרת על שטחים פתוחים בשולי העיר.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הציגו בעיה אחת של ערי עולם.</w:t>
      </w:r>
    </w:p>
    <w:p>
      <w:pPr>
        <w:bidi/>
        <w:spacing w:before="0" w:after="80"/>
      </w:pPr>
      <w:r>
        <w:rPr>
          <w:color w:val="0F7A4F"/>
          <w:rtl/>
        </w:rPr>
        <w:t>תשובה אפשרית: יוקר מחיה ודיור; פערים חברתיים; עומסי תחבורה.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B45309"/>
          <w:sz w:val="30"/>
          <w:szCs w:val="30"/>
          <w:rtl/>
        </w:rPr>
        <w:t>פרק 5: המרחב הכפרי ומהפכות החקלאות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השלימו: המהפכה הירוקה.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היבט</w:t>
            </w:r>
          </w:p>
        </w:tc>
        <w:tc>
          <w:tcPr>
            <w:tcW w:type="dxa" w:w="3326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השפעה חיובית</w:t>
            </w:r>
          </w:p>
        </w:tc>
        <w:tc>
          <w:tcPr>
            <w:tcW w:type="dxa" w:w="3326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השפעה שלילית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יבולים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עלייה גדולה, פחות רעב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תלות בדשנים ובהשקיה יקרים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חברה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ייצור מזון לאוכלוסייה גדלה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פערים בין חקלאים עשירים לעניים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סביבה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פחות כריתת יערות לשדות חדשים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זיהום מים והמלחת קרקע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הסבירו כיצד חקלאות יכולה לשמור על שטחים פתוחים ועל נופי תרבות.</w:t>
      </w:r>
    </w:p>
    <w:p>
      <w:pPr>
        <w:bidi/>
        <w:spacing w:before="0" w:after="80"/>
      </w:pPr>
      <w:r>
        <w:rPr>
          <w:color w:val="0F7A4F"/>
          <w:rtl/>
        </w:rPr>
        <w:t>תשובה אפשרית: שדות ומטעים מונעים בנייה ושומרים על נוף פתוח; טרסות וכרמים הם נוף תרבות; גם תיירות כפרית נשענת עליהם.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הציגו בעיה סביבתית של חקלאות מודרנית והציעו פתרון.</w:t>
      </w:r>
    </w:p>
    <w:p>
      <w:pPr>
        <w:bidi/>
        <w:spacing w:before="0" w:after="80"/>
      </w:pPr>
      <w:r>
        <w:rPr>
          <w:color w:val="0F7A4F"/>
          <w:rtl/>
        </w:rPr>
        <w:t>תשובה אפשרית: זיהום מים בדשנים – דישון מבוקר וחקלאות אורגנית; סחף קרקע – עיבוד משמר וגידור צמחייה.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נכון או לא נכון? תקנו.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מטעים מסחריים במדינות מתפתחות מגדלים בעיקר מזון לתושבים המקומיים.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הם מגדלים בעיקר לייצוא.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כפר מרכזי נותן שירותים לכפרים שסביבו.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הסבירו כיצד חקלאות ימית עלולה לפגוע בסביבה הימית.</w:t>
      </w:r>
    </w:p>
    <w:p>
      <w:pPr>
        <w:bidi/>
        <w:spacing w:before="0" w:after="80"/>
      </w:pPr>
      <w:r>
        <w:rPr>
          <w:color w:val="0F7A4F"/>
          <w:rtl/>
        </w:rPr>
        <w:t>תשובה אפשרית: שאריות מזון ותרופות מזהמות את המים; דגים בורחים ופוגעים במינים מקומיים.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B45309"/>
          <w:sz w:val="30"/>
          <w:szCs w:val="30"/>
          <w:rtl/>
        </w:rPr>
        <w:t>פרק 6: זרזי פיתוח: משאבים, תחבורה ותקשורת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השלימו: זרז פיתוח וכיצד הוא פועל.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זרז</w:t>
            </w:r>
          </w:p>
        </w:tc>
        <w:tc>
          <w:tcPr>
            <w:tcW w:type="dxa" w:w="4989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כיצד הוא מקדם פיתוח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כביש מהיר לנמל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מוזיל הובלה ומחבר לשווקים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רשת אינטרנט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מאפשרת עבודה מרחוק ושירותים דיגיטליים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שדה תעופה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מושך תיירות ומשקיעים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על פי הנתונים, הסבירו מדוע משאבי טבע אינם מבטיחים פיתוח.</w:t>
      </w:r>
    </w:p>
    <w:p>
      <w:pPr>
        <w:bidi/>
        <w:spacing w:before="0" w:after="80"/>
      </w:pPr>
      <w:r>
        <w:rPr>
          <w:color w:val="0F7A4F"/>
          <w:rtl/>
        </w:rPr>
        <w:t>תשובה אפשרית: סינגפור הצליחה בזכות הון אנושי, תשתיות ושלטון יציב; בניגריה – תלות בנפט, שחיתות ופערים.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הסבירו כיצד תקשורת סלולרית יכולה לקדם פיתוח באזור כפרי.</w:t>
      </w:r>
    </w:p>
    <w:p>
      <w:pPr>
        <w:bidi/>
        <w:spacing w:before="0" w:after="80"/>
      </w:pPr>
      <w:r>
        <w:rPr>
          <w:color w:val="0F7A4F"/>
          <w:rtl/>
        </w:rPr>
        <w:t>תשובה אפשרית: בנקאות ותשלום בסלולר, מידע על מחירים לחקלאים, לימוד מרחוק.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נכון או לא נכון? תקנו.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תשתיות תחבורה מרחיקות משקיעים.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תשתיות תחבורה מושכות משקיעים.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נוף ואתרי מורשת יכולים להיות משאב כלכלי.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הציגו דוגמה למדינה שהתפתחה בעיקר בזכות הון אנושי והסבירו.</w:t>
      </w:r>
    </w:p>
    <w:p>
      <w:pPr>
        <w:bidi/>
        <w:spacing w:before="0" w:after="80"/>
      </w:pPr>
      <w:r>
        <w:rPr>
          <w:color w:val="0F7A4F"/>
          <w:rtl/>
        </w:rPr>
        <w:t>תשובה אפשרית: ישראל/סינגפור/דרום קוריאה – השקעה בחינוך, מדע וטכנולוגיה, ייצוא ידע והייטק.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B45309"/>
          <w:sz w:val="30"/>
          <w:szCs w:val="30"/>
          <w:rtl/>
        </w:rPr>
        <w:t>פרק 7: תכנון ופיתוח במרחב: יתרונות והשלכות סביבתיות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חקר מקרה: השלימו על מיזם בישראל לבחירתכם.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שאלה</w:t>
            </w:r>
          </w:p>
        </w:tc>
        <w:tc>
          <w:tcPr>
            <w:tcW w:type="dxa" w:w="4989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תשובה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שם המיזם ומטרתו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למשל: מתקן ההתפלה בשורק – אספקת מי שתייה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תרומה לאדם ולחברה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מים יציבים גם בבצורת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נזק סביבתי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צריכת אנרגיה ותמלחת שמוחזרת לים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דרך מזעור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פיזור התמלחת ושימוש באנרגיה יעילה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הסבירו מדוע שיתוף הציבור חשוב בתהליך התכנון.</w:t>
      </w:r>
    </w:p>
    <w:p>
      <w:pPr>
        <w:bidi/>
        <w:spacing w:before="0" w:after="80"/>
      </w:pPr>
      <w:r>
        <w:rPr>
          <w:color w:val="0F7A4F"/>
          <w:rtl/>
        </w:rPr>
        <w:t>תשובה אפשרית: התושבים מכירים את המקום ואת הצרכים, מעלים בעיות מוקדם, והתוכנית מקבלת לגיטימציה.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הציגו נזק סביבתי של פיתוח והציעו דרך למזעורו.</w:t>
      </w:r>
    </w:p>
    <w:p>
      <w:pPr>
        <w:bidi/>
        <w:spacing w:before="0" w:after="80"/>
      </w:pPr>
      <w:r>
        <w:rPr>
          <w:color w:val="0F7A4F"/>
          <w:rtl/>
        </w:rPr>
        <w:t>תשובה אפשרית: כביש חוצה בית גידול – מעבר אקולוגי; תחנת כוח מזהמת – מעבר לאנרגיה מתחדשת ומסננים.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נכון או לא נכון? תקנו.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אנרגיה סולארית היא מקור מתכלה.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אנרגיה סולארית אינה מתכלה – היא מתחדשת.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גידול אוכלוסייה הוא גורם לצורך בתכנון.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בהדמיית תכנון אתם מתכננים שכונה חדשה. ציינו שני היבטים שתשקלו.</w:t>
      </w:r>
    </w:p>
    <w:p>
      <w:pPr>
        <w:bidi/>
        <w:spacing w:before="0" w:after="80"/>
      </w:pPr>
      <w:r>
        <w:rPr>
          <w:color w:val="0F7A4F"/>
          <w:rtl/>
        </w:rPr>
        <w:t>תשובה אפשרית: כלכלי – עלות ותעסוקה; חברתי – דיור לכל השכבות ומבני ציבור; סביבתי – שטחים ירוקים ותחבורה ציבורית.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B45309"/>
          <w:sz w:val="30"/>
          <w:szCs w:val="30"/>
          <w:rtl/>
        </w:rPr>
        <w:t>פרק 8: אסונות טבע א': רעידות אדמה וצונאמי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על פי הנתונים, הסבירו מדוע ברעידה חזקה יותר היו הרבה פחות הרוגים.</w:t>
      </w:r>
    </w:p>
    <w:p>
      <w:pPr>
        <w:bidi/>
        <w:spacing w:before="0" w:after="80"/>
      </w:pPr>
      <w:r>
        <w:rPr>
          <w:color w:val="0F7A4F"/>
          <w:rtl/>
        </w:rPr>
        <w:t>תשובה אפשרית: בצ'ילה תקני בנייה, מוכנות ושירותי חירום טובים; בהאיטי בנייה גרועה, עוני וצפיפות.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השלימו: התמודדות עם צונאמי.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דרך</w:t>
            </w:r>
          </w:p>
        </w:tc>
        <w:tc>
          <w:tcPr>
            <w:tcW w:type="dxa" w:w="4989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כיצד היא מצמצמת נזק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מערכת התרעה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נותנת זמן לפינוי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חומת 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עוצרת חלק מהגלים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מנגרובים ושוניות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בולמים את אנרגיית הגל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הסבירו כיצד נוצר צונאמי.</w:t>
      </w:r>
    </w:p>
    <w:p>
      <w:pPr>
        <w:bidi/>
        <w:spacing w:before="0" w:after="80"/>
      </w:pPr>
      <w:r>
        <w:rPr>
          <w:color w:val="0F7A4F"/>
          <w:rtl/>
        </w:rPr>
        <w:t>תשובה אפשרית: רעידה תת-ימית מזיזה את קרקעית הים ואת המים מעליה; הגל מתפשט, ובחוף הרדוד מאט ומתגבה.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נכון או לא נכון? תקנו.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מנגרובים מגבירים את הנזק מצונאמי.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מנגרובים בולמים את הגלים ומקטינים את הנזק.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בנייה עם בולמי זעזועים נפוצה ביפן.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הציעו שתי דרכים שמדינה מתפתחת יכולה לנקוט כדי להיערך לרעידת אדמה.</w:t>
      </w:r>
    </w:p>
    <w:p>
      <w:pPr>
        <w:bidi/>
        <w:spacing w:before="0" w:after="80"/>
      </w:pPr>
      <w:r>
        <w:rPr>
          <w:color w:val="0F7A4F"/>
          <w:rtl/>
        </w:rPr>
        <w:t>תשובה אפשרית: חיזוק בתי ספר ובתי חולים; תרגולים וחינוך; מערכת התרעה בסיוע בינלאומי.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B45309"/>
          <w:sz w:val="30"/>
          <w:szCs w:val="30"/>
          <w:rtl/>
        </w:rPr>
        <w:t>פרק 9: אסונות טבע ב': רוחות הרס, שיטפונות וגלישות קרקע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השלימו: אסון – גורם – דרך התמודדות.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אסון</w:t>
            </w:r>
          </w:p>
        </w:tc>
        <w:tc>
          <w:tcPr>
            <w:tcW w:type="dxa" w:w="3326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גורם</w:t>
            </w:r>
          </w:p>
        </w:tc>
        <w:tc>
          <w:tcPr>
            <w:tcW w:type="dxa" w:w="3326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דרך התמודדות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הוריקן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שקע עמוק מעל ים חם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חיזוי, התרעה ומקלטים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שיטפון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גשם כבד וחוסר חלחול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סוללות, מאגרי השהיה וצמחייה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גלישת קרקע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קרקע רוויה במדרון תלול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ייעור, קירות תמך וניקוז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על פי המקור, הסבירו כיצד מדינה מתפתחת צמצמה את נזקי הציקלונים.</w:t>
      </w:r>
    </w:p>
    <w:p>
      <w:pPr>
        <w:bidi/>
        <w:spacing w:before="0" w:after="80"/>
      </w:pPr>
      <w:r>
        <w:rPr>
          <w:color w:val="0F7A4F"/>
          <w:rtl/>
        </w:rPr>
        <w:t>תשובה אפשרית: מערכת התרעה ומקלטי ציקלון מוגבהים – התושבים מתפנים בזמן ונשארים בטוחים.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הסבירו כיצד פעילות האדם מגבירה שיטפונות.</w:t>
      </w:r>
    </w:p>
    <w:p>
      <w:pPr>
        <w:bidi/>
        <w:spacing w:before="0" w:after="80"/>
      </w:pPr>
      <w:r>
        <w:rPr>
          <w:color w:val="0F7A4F"/>
          <w:rtl/>
        </w:rPr>
        <w:t>תשובה אפשרית: בירוא יערות ובנייה מגדילים נגר; בנייה במישור ההצפה חושפת אנשים לסכנה.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נכון או לא נכון? תקנו.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גלישות קרקע מתרחשות בעיקר במישורים.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הן מתרחשות במדרונות, בעיקר תלולים.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הוריקן, טייפון וציקלון הם אותה תופעה בשמות שונים.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השוו בין התמודדות מדינה מפותחת למדינה מתפתחת עם רוחות הרס.</w:t>
      </w:r>
    </w:p>
    <w:p>
      <w:pPr>
        <w:bidi/>
        <w:spacing w:before="0" w:after="80"/>
      </w:pPr>
      <w:r>
        <w:rPr>
          <w:color w:val="0F7A4F"/>
          <w:rtl/>
        </w:rPr>
        <w:t>תשובה אפשרית: במפותחת – חיזוי, תשתיות ופינוי מאורגן; במתפתחת – פחות משאבים, אבל מקלטים והתרעה פשוטה יכולים להציל חיים.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B45309"/>
          <w:sz w:val="30"/>
          <w:szCs w:val="30"/>
          <w:rtl/>
        </w:rPr>
        <w:t>פרק 10: תהליכים אטמוספריים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השלימו: אל ניניו – מה קורה?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אזור</w:t>
            </w:r>
          </w:p>
        </w:tc>
        <w:tc>
          <w:tcPr>
            <w:tcW w:type="dxa" w:w="3326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מצב רגיל</w:t>
            </w:r>
          </w:p>
        </w:tc>
        <w:tc>
          <w:tcPr>
            <w:tcW w:type="dxa" w:w="3326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בזמן אל ניניו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חופי פרו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מים קרים, דגה רבה, יבש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מים חמים, גשמים ושיטפונות, פגיעה בדיג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אוסטרליה ואינדונזיה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גשמים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בצורות ושריפות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הסבירו את היווצרות מונסון הקיץ בהודו.</w:t>
      </w:r>
    </w:p>
    <w:p>
      <w:pPr>
        <w:bidi/>
        <w:spacing w:before="0" w:after="80"/>
      </w:pPr>
      <w:r>
        <w:rPr>
          <w:color w:val="0F7A4F"/>
          <w:rtl/>
        </w:rPr>
        <w:t>תשובה אפשרית: בקיץ היבשה מתחממת יותר מהים ← לחץ נמוך מעל היבשה ← רוח לחה מהים ← גשמים כבדים.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מדוע בריזת הים נושבת דווקא ביום?</w:t>
      </w:r>
    </w:p>
    <w:p>
      <w:pPr>
        <w:bidi/>
        <w:spacing w:before="0" w:after="80"/>
      </w:pPr>
      <w:r>
        <w:rPr>
          <w:color w:val="0F7A4F"/>
          <w:rtl/>
        </w:rPr>
        <w:t>תשובה אפשרית: ביום היבשה מתחממת מהר מהים, נוצר מעליה לחץ נמוך, והרוח נושבת מהים (לחץ גבוה) אליה.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נכון או לא נכון? תקנו.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האקלים הים-תיכוני נמצא בצד המזרחי של היבשות.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הוא נמצא בעיקר בצד המערבי של היבשות.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קומולונימבוס מביא גשם כבד וברקים.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הסבירו השפעה כלכלית אחת של אל ניניו.</w:t>
      </w:r>
    </w:p>
    <w:p>
      <w:pPr>
        <w:bidi/>
        <w:spacing w:before="0" w:after="80"/>
      </w:pPr>
      <w:r>
        <w:rPr>
          <w:color w:val="0F7A4F"/>
          <w:rtl/>
        </w:rPr>
        <w:t>תשובה אפשרית: פגיעה בדיג בפרו; בצורות פוגעות בחקלאות באוסטרליה; שיטפונות הורסים תשתיות.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B45309"/>
          <w:sz w:val="30"/>
          <w:szCs w:val="30"/>
          <w:rtl/>
        </w:rPr>
        <w:t>פרק 11: תהליכים גאומורפיים: הנהר ואדם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השלימו: מהלך הנהר.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מהלך</w:t>
            </w:r>
          </w:p>
        </w:tc>
        <w:tc>
          <w:tcPr>
            <w:tcW w:type="dxa" w:w="3326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שיפוע ומהירות</w:t>
            </w:r>
          </w:p>
        </w:tc>
        <w:tc>
          <w:tcPr>
            <w:tcW w:type="dxa" w:w="3326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תהליך עיקרי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עליון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תלול, מהיר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חריצה לעומק והסעה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אמצעי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בינוני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חתירה בצד החיצוני והשקעה בפנימי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תחתון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מתון, איטי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השקעה – מישור הצפה ודלתא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הסבירו כיצד נוצר אגם פרסה.</w:t>
      </w:r>
    </w:p>
    <w:p>
      <w:pPr>
        <w:bidi/>
        <w:spacing w:before="0" w:after="80"/>
      </w:pPr>
      <w:r>
        <w:rPr>
          <w:color w:val="0F7A4F"/>
          <w:rtl/>
        </w:rPr>
        <w:t>תשובה אפשרית: המאנדר מתעקל עוד ועוד, צוואר הפיתול נפרץ בשיטפון, הנהר מקצר את דרכו והפיתול הנותק הופך לאגם.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הסבירו השפעה אחת של סכר על האזור שבמורד הנהר.</w:t>
      </w:r>
    </w:p>
    <w:p>
      <w:pPr>
        <w:bidi/>
        <w:spacing w:before="0" w:after="80"/>
      </w:pPr>
      <w:r>
        <w:rPr>
          <w:color w:val="0F7A4F"/>
          <w:rtl/>
        </w:rPr>
        <w:t>תשובה אפשרית: פחות סחף – הדלתא נסוגה והקרקע פחות פורייה; פחות הצפות; שינוי בדגה.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נכון או לא נכון? תקנו.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יישור אפיק הנהר מאט את הזרימה.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יישור האפיק מאיץ את הזרימה ומעביר הצפות למורד.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בליה כימית נפוצה בסלעי גיר.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הציעו פעולה אחת לשיקום נהר ונמקו.</w:t>
      </w:r>
    </w:p>
    <w:p>
      <w:pPr>
        <w:bidi/>
        <w:spacing w:before="0" w:after="80"/>
      </w:pPr>
      <w:r>
        <w:rPr>
          <w:color w:val="0F7A4F"/>
          <w:rtl/>
        </w:rPr>
        <w:t>תשובה אפשרית: טיהור שפכים – מים נקיים לדגה; החזרת פיתולים ומישור הצפה – פחות שיטפונות במורד.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B45309"/>
          <w:sz w:val="30"/>
          <w:szCs w:val="30"/>
          <w:rtl/>
        </w:rPr>
        <w:t>פרק 12: משאבי טבע: אנרגיה מתחדשת והימים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השלימו: מקור אנרגיה מתחדש.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מקור</w:t>
            </w:r>
          </w:p>
        </w:tc>
        <w:tc>
          <w:tcPr>
            <w:tcW w:type="dxa" w:w="3326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יתרון</w:t>
            </w:r>
          </w:p>
        </w:tc>
        <w:tc>
          <w:tcPr>
            <w:tcW w:type="dxa" w:w="3326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חיסרון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רוח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נקי ומתחדש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לא קבוע, פגיעה בנוף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גאות ושפל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צפוי וקבוע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יקר ומתאים למעט מקומות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ביוגז מפסולת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מנצל פסולת ומפחית מתאן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כמות מוגבלת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על פי המקור, הסבירו כיצד זיהום הים פוגע במשאבי המזון ובאדם.</w:t>
      </w:r>
    </w:p>
    <w:p>
      <w:pPr>
        <w:bidi/>
        <w:spacing w:before="0" w:after="80"/>
      </w:pPr>
      <w:r>
        <w:rPr>
          <w:color w:val="0F7A4F"/>
          <w:rtl/>
        </w:rPr>
        <w:t>תשובה אפשרית: בעלי חיים בולעים פלסטיק ומתים; מיקרו-פלסטיק נכנס לשרשרת המזון ומגיע לאדם.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הציעו שתי דרכים להתמודדות עם זיהום הפלסטיק בים.</w:t>
      </w:r>
    </w:p>
    <w:p>
      <w:pPr>
        <w:bidi/>
        <w:spacing w:before="0" w:after="80"/>
      </w:pPr>
      <w:r>
        <w:rPr>
          <w:color w:val="0F7A4F"/>
          <w:rtl/>
        </w:rPr>
        <w:t>תשובה אפשרית: הפחתת פלסטיק חד-פעמי (חוק השקיות), מיחזור, ניקוי חופים, אמנות בינלאומיות.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נכון או לא נכון? תקנו.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גידולי אנרגיה לא משפיעים על ייצור המזון.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הם מתחרים על קרקע ומים עם גידולי מזון.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רוב הסחר העולמי עובר בנתיבי שיט.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הסבירו מדוע חוות רוח נבנות לעיתים קרובות בים.</w:t>
      </w:r>
    </w:p>
    <w:p>
      <w:pPr>
        <w:bidi/>
        <w:spacing w:before="0" w:after="80"/>
      </w:pPr>
      <w:r>
        <w:rPr>
          <w:color w:val="0F7A4F"/>
          <w:rtl/>
        </w:rPr>
        <w:t>תשובה אפשרית: הרוח בים חזקה וקבועה יותר; פחות פגיעה בנוף ובשטחים ביבשה.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B45309"/>
          <w:sz w:val="30"/>
          <w:szCs w:val="30"/>
          <w:rtl/>
        </w:rPr>
        <w:t>פרק 13: שינויים סביבתיים גלובליים: אקלים ומדבור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השלימו: תוצאה של שינויי האקלים ודרך התמודדות.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תוצאה</w:t>
            </w:r>
          </w:p>
        </w:tc>
        <w:tc>
          <w:tcPr>
            <w:tcW w:type="dxa" w:w="3326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מי נפגע</w:t>
            </w:r>
          </w:p>
        </w:tc>
        <w:tc>
          <w:tcPr>
            <w:tcW w:type="dxa" w:w="3326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דרך התמודדות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עליית מפלס הים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ערי חוף ואיים נמוכים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חומות חוף ותכנון נסיגה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בצורות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חקלאים באזורים יבשים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גידולים עמידים והשקיה חסכונית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גלי חום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תושבי ערים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הצללה, עצים וגגות ירוקים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על פי המקור, הציגו גורם טבעי ושני גורמים אנושיים למדבור.</w:t>
      </w:r>
    </w:p>
    <w:p>
      <w:pPr>
        <w:bidi/>
        <w:spacing w:before="0" w:after="80"/>
      </w:pPr>
      <w:r>
        <w:rPr>
          <w:color w:val="0F7A4F"/>
          <w:rtl/>
        </w:rPr>
        <w:t>תשובה אפשרית: טבעי – שנים יבשות (בצורות); אנושיים – רעיית יתר (העדרים גדלו) וכריתת עצים להסקה.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הסבירו את ההבדל בין צמצום להסתגלות ותנו דוגמה לכל אחד.</w:t>
      </w:r>
    </w:p>
    <w:p>
      <w:pPr>
        <w:bidi/>
        <w:spacing w:before="0" w:after="80"/>
      </w:pPr>
      <w:r>
        <w:rPr>
          <w:color w:val="0F7A4F"/>
          <w:rtl/>
        </w:rPr>
        <w:t>תשובה אפשרית: צמצום – מטפל בגורם (פחות פליטות, למשל אנרגיה סולארית); הסתגלות – מטפלת בתוצאה (למשל חומת חוף).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נכון או לא נכון? תקנו.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ההתחממות הגלובלית אחידה בכל כדור הארץ.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היא מהירה במיוחד באזור הקוטב הצפוני.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החמצת האוקיינוסים פוגעת בשוניות האלמוגים.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הסבירו מדוע השפעות שינויי האקלים «לא שוויוניות».</w:t>
      </w:r>
    </w:p>
    <w:p>
      <w:pPr>
        <w:bidi/>
        <w:spacing w:before="0" w:after="80"/>
      </w:pPr>
      <w:r>
        <w:rPr>
          <w:color w:val="0F7A4F"/>
          <w:rtl/>
        </w:rPr>
        <w:t>תשובה אפשרית: מדינות עניות פלטו מעט אבל תלויות בחקלאות ובעלות פחות משאבים להסתגל.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B45309"/>
          <w:sz w:val="30"/>
          <w:szCs w:val="30"/>
          <w:rtl/>
        </w:rPr>
        <w:t>חזרה – מה למדנו?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חזרה – חלק א': השלימו בעזרת מחסן המילים.</w:t>
      </w:r>
    </w:p>
    <w:p>
      <w:pPr>
        <w:bidi/>
        <w:spacing w:before="0" w:after="40"/>
      </w:pPr>
      <w:r>
        <w:rPr>
          <w:rtl/>
        </w:rPr>
        <w:t>א. המדד שמשלב הכנסה, בריאות והשכלה: HDI.</w:t>
      </w:r>
    </w:p>
    <w:p>
      <w:pPr>
        <w:bidi/>
        <w:spacing w:before="0" w:after="40"/>
      </w:pPr>
      <w:r>
        <w:rPr>
          <w:rtl/>
        </w:rPr>
        <w:t>ב. מחיר הקרקע הגבוה ביותר נמצא במרכז העיר.</w:t>
      </w:r>
    </w:p>
    <w:p>
      <w:pPr>
        <w:bidi/>
        <w:spacing w:before="0" w:after="40"/>
      </w:pPr>
      <w:r>
        <w:rPr>
          <w:rtl/>
        </w:rPr>
        <w:t>ג. זנים משופרים הובאו למדינות מתפתחות במהפכה הירוקה.</w:t>
      </w:r>
    </w:p>
    <w:p>
      <w:pPr>
        <w:bidi/>
        <w:spacing w:before="0" w:after="40"/>
      </w:pPr>
      <w:r>
        <w:rPr>
          <w:rtl/>
        </w:rPr>
        <w:t>ד. מסמך שבוחן השפעת מיזם על הסביבה: תסקיר סביבתי.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חזרה – חלק א': נכון או לא נכון? תקנו.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הקולוניאליזם השאיר במושבות רבות משק תלוי.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ערי עולם צומחות בעיקר בזכות חקלאות.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הן צומחות בזכות קשרים כלכליים גלובליים.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חזרה – חלק ב': השלימו בעזרת מחסן המילים.</w:t>
      </w:r>
    </w:p>
    <w:p>
      <w:pPr>
        <w:bidi/>
        <w:spacing w:before="0" w:after="40"/>
      </w:pPr>
      <w:r>
        <w:rPr>
          <w:rtl/>
        </w:rPr>
        <w:t>א. גלים ענקיים שנוצרים מרעידה תת-ימית: צונאמי.</w:t>
      </w:r>
    </w:p>
    <w:p>
      <w:pPr>
        <w:bidi/>
        <w:spacing w:before="0" w:after="40"/>
      </w:pPr>
      <w:r>
        <w:rPr>
          <w:rtl/>
        </w:rPr>
        <w:t>ב. רוח עונתית שמביאה גשם להודו בקיץ: מונסון.</w:t>
      </w:r>
    </w:p>
    <w:p>
      <w:pPr>
        <w:bidi/>
        <w:spacing w:before="0" w:after="40"/>
      </w:pPr>
      <w:r>
        <w:rPr>
          <w:rtl/>
        </w:rPr>
        <w:t>ג. מאנדר שנותק הופך לאגם פרסה.</w:t>
      </w:r>
    </w:p>
    <w:p>
      <w:pPr>
        <w:bidi/>
        <w:spacing w:before="0" w:after="40"/>
      </w:pPr>
      <w:r>
        <w:rPr>
          <w:rtl/>
        </w:rPr>
        <w:t>ד. הפיכת קרקע פורייה למדבר: מדבור.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חזרה – חלק ב': נכון או לא נכון? תקנו.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b4530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באל ניניו רוחות הסחר נחלשות.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סכרים מגדילים את כמות הסחף בדלתא.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סכרים עוצרים את הסחף והדלתא עלולה לסגת.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חלק א': הסבירו כיצד תשתית תחבורה יכולה לשמש זרז פיתוח, והציגו השלכה סביבתית אחת שלה.</w:t>
      </w:r>
    </w:p>
    <w:p>
      <w:pPr>
        <w:bidi/>
        <w:spacing w:before="0" w:after="80"/>
      </w:pPr>
      <w:r>
        <w:rPr>
          <w:color w:val="0F7A4F"/>
          <w:rtl/>
        </w:rPr>
        <w:t>תשובה אפשרית: מחברת לשווקים ומוזילה הובלה ← השקעות ועבודה; השלכה: אובדן שטחים פתוחים, זיהום ורעש.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חלק ב': בחרו אסון טבע אחד והשוו את ההתמודדות איתו במדינה מפותחת ובמדינה מתפתחת.</w:t>
      </w:r>
    </w:p>
    <w:p>
      <w:pPr>
        <w:bidi/>
        <w:spacing w:before="0" w:after="80"/>
      </w:pPr>
      <w:r>
        <w:rPr>
          <w:color w:val="0F7A4F"/>
          <w:rtl/>
        </w:rPr>
        <w:t>תשובה אפשרית: למשל רעידת אדמה: יפן – תקני בנייה, התרעה ותרגול; האיטי – בנייה גרועה ושירותי חירום חלשים, ולכן יותר קורבנות.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