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🔑 מחוון – חוברת העבודה בגאוגרפיה לכיתה י'–י"ב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1: מגוון נופים בארץ קטנה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תופעה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התהליך שיצר אותה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 על האדם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שקיעה לאורך השבר ואידוי 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מינרלים, תעשייה ותיירות מרפא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החרמון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הרמה טקטונית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סקי ומקורות מים לירדן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איזו תכונה של ארץ ישראל מאפשרת מסע כזה?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מגוון נופי רב בשטח קטן: מרחקים קצרים בין אזורים שונים מאוד בגובה ובאקלים.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השלכה כלכלית אחת של המגוון הנופי.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תיירות כל השנה באתרים שונים; חקלאות מגוונת – גידולי אקלים קריר בצפון וגידולים טרופיים בערבה.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הסבירו קושי אחד שהמגוון הנופי יוצר לפיתוח.</w:t>
      </w:r>
    </w:p>
    <w:p>
      <w:pPr>
        <w:bidi/>
        <w:spacing w:before="0" w:after="80"/>
      </w:pPr>
      <w:r>
        <w:rPr>
          <w:color w:val="0F7A4F"/>
          <w:rtl/>
        </w:rPr>
        <w:t>תשובה אפשרית: סלילת כבישים ומסילות בהר ובבקע קשה ויקרה; בנייה במדרונות מוגבלת.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המעבר בין רצועות הנוף בישראל הדרגתי ואיטי.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המעבר חד: בשטח קטן יש פערי גובה גדולים.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המים בחרמון מחלחלים בסלע הגיר ויוצאים במעיינות.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2: אקלים ארץ ישראל ומצבים סינופטיים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גורם אקלים והשפעתו.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 בישראל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גובה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ירושלים קרה יותר מתל אביב; שלג בחרמון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מרחק מהים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בחוף – לח ומתון; בפנים הארץ – הפרשי טמפרטורה גדולים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מדבר יהודה ובקע הירדן יבשים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תארו את המגמה בנתונים והסבירו אותה.</w:t>
      </w:r>
    </w:p>
    <w:p>
      <w:pPr>
        <w:bidi/>
        <w:spacing w:before="0" w:after="80"/>
      </w:pPr>
      <w:r>
        <w:rPr>
          <w:color w:val="0F7A4F"/>
          <w:rtl/>
        </w:rPr>
        <w:t>תשובה אפשרית: המשקעים פוחתים מצפון לדרום וממערב למזרח: הצפון קרוב למסלול השקעים הגשומים, הדרום קרוב לחגורת הלחץ הגבוה; המזרח נמצא בצל גשם.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ירושלים, הרחוקה מהים יותר מתל אביב, מקבלת כמות גשם דומה?</w:t>
      </w:r>
    </w:p>
    <w:p>
      <w:pPr>
        <w:bidi/>
        <w:spacing w:before="0" w:after="80"/>
      </w:pPr>
      <w:r>
        <w:rPr>
          <w:color w:val="0F7A4F"/>
          <w:rtl/>
        </w:rPr>
        <w:t>תשובה אפשרית: ירושלים גבוהה: האוויר עולה במדרון, מתקרר ומתעבה לגשם (גשם מחמת הגובה).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רמה ברומטרית בחורף מביאה גשמים כבדים.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רמה בחורף מביאה מזג אוויר יבש וצלול.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בריזה היא רוח מהים אל היבשה בשעות היום.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3: גבולות המדינה ואוכלוסיית 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על פי הנתונים, תארו את הקשר בין מיקום היישוב (מרכז/פריפריה) לאשכול.</w:t>
      </w:r>
    </w:p>
    <w:p>
      <w:pPr>
        <w:bidi/>
        <w:spacing w:before="0" w:after="80"/>
      </w:pPr>
      <w:r>
        <w:rPr>
          <w:color w:val="0F7A4F"/>
          <w:rtl/>
        </w:rPr>
        <w:t>תשובה אפשרית: יישובי המרכז (סביון, רעננה) באשכולות גבוהים; יישובי פריפריה (דימונה, רהט) באשכולות נמוכים. יש יוצאים מן הכלל – בני ברק במרכז באשכול נמוך.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גורם אחד לכך שבני ברק, הנמצאת במרכז, נמצאת באשכול נמוך.</w:t>
      </w:r>
    </w:p>
    <w:p>
      <w:pPr>
        <w:bidi/>
        <w:spacing w:before="0" w:after="80"/>
      </w:pPr>
      <w:r>
        <w:rPr>
          <w:color w:val="0F7A4F"/>
          <w:rtl/>
        </w:rPr>
        <w:t>תשובה אפשרית: אוכלוסייה חרדית – פריון גבוה מאוד, שיעור תעסוקה נמוך יחסית של גברים והכנסה ממוצעת לנפש נמוכה.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מה מלמד מבנה הגילים?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מבנה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הוא מלמד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בסיס רחב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ילודה גבוהה ואוכלוסייה צעירה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צמרת רחבה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תוחלת חיים גבוהה ושיעור מבוגרים גדול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אחרי הסכם השלום עם ירדן נסוגה ישראל מסיני.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הנסיגה מסיני הייתה בעקבות הסכם השלום עם מצרים.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הפריון גבוה במיוחד בחברה החרדית ובחברה הבדואית.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השלכה אחת של אוכלוסייה צעירה על המדינה.</w:t>
      </w:r>
    </w:p>
    <w:p>
      <w:pPr>
        <w:bidi/>
        <w:spacing w:before="0" w:after="80"/>
      </w:pPr>
      <w:r>
        <w:rPr>
          <w:color w:val="0F7A4F"/>
          <w:rtl/>
        </w:rPr>
        <w:t>תשובה אפשרית: צורך ביותר מוסדות חינוך ודיור; כוח עבודה גדול בעתיד.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4: צורות יישוב ותמורות במרחב הכפרי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לפני ואחרי בקיבוץ.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לפני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אחרי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תעסוקה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 בקיבוץ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תעשייה, שירותים ועבודה בחוץ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שימושי קרקע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שדות ומטעים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גם הרחבות, מסחר ותעשייה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הסבירו מדוע קיבוץ סמוך לעיר הסב שדות למסחר.</w:t>
      </w:r>
    </w:p>
    <w:p>
      <w:pPr>
        <w:bidi/>
        <w:spacing w:before="0" w:after="80"/>
      </w:pPr>
      <w:r>
        <w:rPr>
          <w:color w:val="0F7A4F"/>
          <w:rtl/>
        </w:rPr>
        <w:t>תשובה אפשרית: הקרבה לעיר יוצרת ביקוש גבוה וקהל לקוחות גדול; מסחר רווחי יותר מחקלאות.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השוו בין פעילות לא חקלאית ביישוב כפרי במרכז ובגליל.</w:t>
      </w:r>
    </w:p>
    <w:p>
      <w:pPr>
        <w:bidi/>
        <w:spacing w:before="0" w:after="80"/>
      </w:pPr>
      <w:r>
        <w:rPr>
          <w:color w:val="0F7A4F"/>
          <w:rtl/>
        </w:rPr>
        <w:t>תשובה אפשרית: במרכז – מסחר בגלל קרבה לאוכלוסייה; בגליל – תיירות ונופש בגלל נוף ומרחק מהמרכז.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עולי העלייה הרביעית העדיפו להקים קיבוצים.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רבים מהם העדיפו את העיר.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בחיפה התפתחו בתקופת המנדט נמל ותעשייה.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גורם אחד לתהליך ההפרטה בקיבוצים.</w:t>
      </w:r>
    </w:p>
    <w:p>
      <w:pPr>
        <w:bidi/>
        <w:spacing w:before="0" w:after="80"/>
      </w:pPr>
      <w:r>
        <w:rPr>
          <w:color w:val="0F7A4F"/>
          <w:rtl/>
        </w:rPr>
        <w:t>תשובה אפשרית: משבר כלכלי בשנות ה-80; שינוי ערכים – רצון בעצמאות אישית.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5: ערי מטרופולין וירושלים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מאפייני ערי המטרופולין.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מטרופולין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מאפיין בולט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תל 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הגדולה, מרכז כלכלי ועסקי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נמל, תעשייה ואקדמיה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בירה, קדושה לשלוש דתות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שני גורמים לעיור בשולי המטרופולין.</w:t>
      </w:r>
    </w:p>
    <w:p>
      <w:pPr>
        <w:bidi/>
        <w:spacing w:before="0" w:after="80"/>
      </w:pPr>
      <w:r>
        <w:rPr>
          <w:color w:val="0F7A4F"/>
          <w:rtl/>
        </w:rPr>
        <w:t>תשובה אפשרית: מחירי דיור נמוכים יותר מבעיר; איכות חיים ושטחים פתוחים; שיפור תחבורה שמאפשר יוממות.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הציגו בעיה אחת שנוצרת בעקבות עיור השוליים והציעו פתרון.</w:t>
      </w:r>
    </w:p>
    <w:p>
      <w:pPr>
        <w:bidi/>
        <w:spacing w:before="0" w:after="80"/>
      </w:pPr>
      <w:r>
        <w:rPr>
          <w:color w:val="0F7A4F"/>
          <w:rtl/>
        </w:rPr>
        <w:t>תשובה אפשרית: עומסי תנועה – תחבורה ציבורית ורכבות; אובדן שטחים פתוחים – בנייה לגובה ותכנון.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מנהרות הכרמל הקשו על התנועה בחיפה.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הן שיפרו את הנגישות ועקפו את מרכז העיר.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האשכול החברתי-כלכלי של ירושלים נמוך יחסית.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איזה תהליך מתאר המקור?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יוממות – תנועה יומית מיישוב בשולי המטרופולין לעבודה בעיר המרכזית.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6: תמורות ביישובים הערביים והדרוזיים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לפני ואחרי ביישוב הערבי.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לפני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אחרי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תעסוקה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מסחר, שירותים, חינוך ורפואה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בנייה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בתים צמודי קרקע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גם בנייה לגובה ושכונות חדשות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שירותים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מעט, מחוץ ליישוב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מרכזי שירותים ומסחר ביישוב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ציינו שתי תמורות מבניות ביישוב.</w:t>
      </w:r>
    </w:p>
    <w:p>
      <w:pPr>
        <w:bidi/>
        <w:spacing w:before="0" w:after="80"/>
      </w:pPr>
      <w:r>
        <w:rPr>
          <w:color w:val="0F7A4F"/>
          <w:rtl/>
        </w:rPr>
        <w:t>תשובה אפשרית: בנייה לגובה במרכז; אזור תעשייה; פארק – שטח ירוק.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בנייה לגובה מתאימה ליישוב שגדל מהר.</w:t>
      </w:r>
    </w:p>
    <w:p>
      <w:pPr>
        <w:bidi/>
        <w:spacing w:before="0" w:after="80"/>
      </w:pPr>
      <w:r>
        <w:rPr>
          <w:color w:val="0F7A4F"/>
          <w:rtl/>
        </w:rPr>
        <w:t>תשובה אפשרית: מחסור בקרקע פנויה – בנייה לגובה מאפשרת יותר דירות על אותו שטח.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הציגו דרך אחת להתמודדות עם בעיות סביבה ביישוב והסבירו.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חינוך סביבתי – משנה הרגלים; תוכנית מתאר – מקצה שטחים ירוקים; איגוד ערים – טיפול משותף וזול בפסולת.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העיר הערבית לא נותנת שירותים ליישובים שבשוליה.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היא משמשת מרכז שירותים ליישובים הסמוכים.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העיור שינה גם את אורח החיים ביישובים.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7: גלעין מול שוליים – אי-שוויון מרחבי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תארו את התפרוסת שעולה מהנתונים והסבירו גורם אחד לה.</w:t>
      </w:r>
    </w:p>
    <w:p>
      <w:pPr>
        <w:bidi/>
        <w:spacing w:before="0" w:after="80"/>
      </w:pPr>
      <w:r>
        <w:rPr>
          <w:color w:val="0F7A4F"/>
          <w:rtl/>
        </w:rPr>
        <w:t>תשובה אפשרית: צפיפות גבוהה במרכז ונמוכה בצפון ובדרום; גורם: ריכוז מקומות עבודה ושירותים במרכז; הדרום מדברי.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כלי לחיזוק השוליים והסבר.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כיצד הוא מצמצם פערים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הגדלת נגישות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מקצר זמן נסיעה למרכז ומושך תושבים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אזור עדיפות לאומית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הטבות מס ודיור שמושכות תושבים ועסקים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חיזוק באר שבע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מרכז עבודה ושירותים קרוב לתושבי הנגב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פער בחינוך עלול להגדיל את הפער הכלכלי.</w:t>
      </w:r>
    </w:p>
    <w:p>
      <w:pPr>
        <w:bidi/>
        <w:spacing w:before="0" w:after="80"/>
      </w:pPr>
      <w:r>
        <w:rPr>
          <w:color w:val="0F7A4F"/>
          <w:rtl/>
        </w:rPr>
        <w:t>תשובה אפשרית: פחות זכאות לבגרות והשכלה גבוהה ← פחות עבודות איכותיות ← הכנסה נמוכה.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הנגב צפוף באוכלוסייה.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הנגב דליל מאוד.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מסילות ברזל לבאר שבע ולכרמיאל שיפרו את הנגישות לשוליים.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הציעו דרך נוספת לצמצום פערים ונמקו.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הקמת מכללות ובתי חולים בפריפריה – השכלה ותעסוקה קרוב לבית.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8: תמורות בכלכלת 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תארו את התמורה במבנה התעסוקה והסבירו גורם אחד לה.</w:t>
      </w:r>
    </w:p>
    <w:p>
      <w:pPr>
        <w:bidi/>
        <w:spacing w:before="0" w:after="80"/>
      </w:pPr>
      <w:r>
        <w:rPr>
          <w:color w:val="0F7A4F"/>
          <w:rtl/>
        </w:rPr>
        <w:t>תשובה אפשרית: ירידה חדה בחקלאות ועלייה בשירותים; גורם: מיכון וטכנולוגיה חקלאית צמצמו את הצורך בעובדים, ועלייה ברמת החיים הגדילה ביקוש לשירותים.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לפני ואחרי בחקלאות.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לפני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תפיסה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ערך ציוני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ענף כלכלי רווחי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טכנולוגיה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עבודת ידיים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טפטוף, חממות ומיכון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פיתוח מדעי-טכנולוגי תרם לחקלאות בישראל.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טפטוף ומיחזור מים מאפשרים גידול בתנאי מחסור; זנים עמידים וחממות מגדילים יבולים; ייצוא ידע.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הסבירו תמורה אחת בנוף העירוני-המסחרי.</w:t>
      </w:r>
    </w:p>
    <w:p>
      <w:pPr>
        <w:bidi/>
        <w:spacing w:before="0" w:after="80"/>
      </w:pPr>
      <w:r>
        <w:rPr>
          <w:color w:val="0F7A4F"/>
          <w:rtl/>
        </w:rPr>
        <w:t>תשובה אפשרית: ממסחר ברחוב במרכז העיר לקניונים ומרכזים פתוחים בשולי העיר – בגלל רכב פרטי, חניה וקרקע זולה.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התיירות הפנימית בישראל ירדה ואין לה חשיבות.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התיירות הפנימית גדלה והיא מקור פרנסה בפריפריה.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ענף ההייטק תורם חלק גדול מהייצוא.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9: משאבים ותשתיות: אנרגיה, תחבורה ונמלים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מקור אנרגיה – יתרון וחיסרון.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זול וזמין לייבוא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זיהום אוויר רב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גז טבעי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מקומי ומזהם פחות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מתכלה ומרוכז במעט מאגרים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מתחדשת ונקייה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דורשת שטחים ואגירה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הנתונים, הסבירו גורם לעומסי התנועה בישראל.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מספר כלי הרכב גדל פי 4 ואילו אורך הכבישים גדל רק בכמחצית – יותר רכבים על כל ק"מ כביש.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גילוי הגז שינה את מדיניות האנרגיה.</w:t>
      </w:r>
    </w:p>
    <w:p>
      <w:pPr>
        <w:bidi/>
        <w:spacing w:before="0" w:after="80"/>
      </w:pPr>
      <w:r>
        <w:rPr>
          <w:color w:val="0F7A4F"/>
          <w:rtl/>
        </w:rPr>
        <w:t>תשובה אפשרית: מעבר מפחם מיובא לגז מקומי; פחות זיהום; עצמאות אנרגטית וייצוא.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מדוע היה צורך לבנות נמלי ים חדשים?</w:t>
      </w:r>
    </w:p>
    <w:p>
      <w:pPr>
        <w:bidi/>
        <w:spacing w:before="0" w:after="80"/>
      </w:pPr>
      <w:r>
        <w:rPr>
          <w:color w:val="0F7A4F"/>
          <w:rtl/>
        </w:rPr>
        <w:t>תשובה אפשרית: הסחר גדל, הנמלים הישנים היו עמוסים; כמעט כל הסחר עובר 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תחבורה ציבורית מגדילה את עומסי התנועה.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תחבורה ציבורית מפחיתה את מספר הרכבים הפרטיים ואת העומס.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מייצאת גז טבעי למצרים ולירדן.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10: איכות הסביבה ופיתוח בר-קיימא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מפגע – גורם – דרך התמודדות.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מפגע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דרך התמודדות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נחלים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שפכים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טיהור שפכים ושיקום הנחל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תחנות כוח ורכבים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מעבר לגז ולתחבורה ציבורית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אובדן שטחים פתוחים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בנייה מתפשטת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תמ"א 35 – בנייה לגובה ובתוך הערים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מיהו «פרקליט שימור» ובאיזה כלי הוא משתמש?</w:t>
      </w:r>
    </w:p>
    <w:p>
      <w:pPr>
        <w:bidi/>
        <w:spacing w:before="0" w:after="80"/>
      </w:pPr>
      <w:r>
        <w:rPr>
          <w:color w:val="0F7A4F"/>
          <w:rtl/>
        </w:rPr>
        <w:t>תשובה אפשרית: ארגון סביבתי; עתירה לבית המשפט בהסתמך על חוק שמירת הסביבה החופית.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גידול ברמת החיים מגביר את הפגיעה בסביבה.</w:t>
      </w:r>
    </w:p>
    <w:p>
      <w:pPr>
        <w:bidi/>
        <w:spacing w:before="0" w:after="80"/>
      </w:pPr>
      <w:r>
        <w:rPr>
          <w:color w:val="0F7A4F"/>
          <w:rtl/>
        </w:rPr>
        <w:t>תשובה אפשרית: יותר צריכה של מוצרים, אנרגיה ורכבים ← יותר פסולת, זיהום ושימוש בקרקע.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הביאו דוגמה לתיקון משגה מהעבר והסבירו.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חיריה – הר פסולת שהפך לפארק ומרכז מיחזור; הקישון – נחל מזוהם ששוקם.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תמ"א 35 מעודדת פיזור הבנייה בשטחים הפתוחים.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תמ"א 35 מרכזת את הבנייה ושומרת על שטחים פתוחים.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אגמון החולה הוא דוגמה להשבת מים לטבע.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11: תיחום המזרח התיכון והסכמי השלום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הסכם השלום ומה קבע.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הסכם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עיקר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ישראל–מצרים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1979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נסיגה מסיני וגבול מוסכם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ישראל–ירדן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1994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גבול מוסכם והסדרי 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הסכמי אברהם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נורמליזציה וקשרי מסחר ותיירות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קשה לתחום את המזרח התיכון בגבול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המאפיינים הפיזיים והתרבותיים לא חופפים: יש מדינות לא ערביות, מדבר שממשיך לצפון אפריקה, ושיקולים מדיניים שונים.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את חשיבות תעלת סואץ למיקום הגאו-אסטרטגי של החבל.</w:t>
      </w:r>
    </w:p>
    <w:p>
      <w:pPr>
        <w:bidi/>
        <w:spacing w:before="0" w:after="80"/>
      </w:pPr>
      <w:r>
        <w:rPr>
          <w:color w:val="0F7A4F"/>
          <w:rtl/>
        </w:rPr>
        <w:t>תשובה אפשרית: מקצרת את נתיב השיט בין אירופה לאסיה; עובר בה חלק גדול מהסחר העולמי.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הסכמי אברהם נחתמו עם מצרים וירדן.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הם נחתמו עם איחוד האמירויות, בחריין ומרוקו.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רכס הטורוס נמצא בטורקיה.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השפעה אחת של הסכם שלום על הגבול בין המדינות.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הגבול מוסכם ויציב יותר; נפתחים מעברי גבול לתיירות ולמסחר.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12: טבע ואדם במזרח התיכון: מדבר, נהרות ומים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על פי הנתונים, תארו את תפרוסת האוכלוסייה במצרים והסבירו אותה.</w:t>
      </w:r>
    </w:p>
    <w:p>
      <w:pPr>
        <w:bidi/>
        <w:spacing w:before="0" w:after="80"/>
      </w:pPr>
      <w:r>
        <w:rPr>
          <w:color w:val="0F7A4F"/>
          <w:rtl/>
        </w:rPr>
        <w:t>תשובה אפשרית: צפיפות עצומה בעמק הנילוס ובדלתא ושטח ריק ברוב המדינה; הסיבה: רק שם יש מים וקרקע פורייה – השאר מדבר.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מיזם מים והשפעתו.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מיזם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סכר אסואן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אגירה, השקיה וחשמל; הפסקת ההצפות והסחף הפורה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GAP – סכר אטאטורק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טורקיה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השקיה וחשמל בטורקיה; פחות מים בסוריה ובעיראק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נהר שזורם בכמה מדינות עלול לגרום לסכסוך.</w:t>
      </w:r>
    </w:p>
    <w:p>
      <w:pPr>
        <w:bidi/>
        <w:spacing w:before="0" w:after="80"/>
      </w:pPr>
      <w:r>
        <w:rPr>
          <w:color w:val="0F7A4F"/>
          <w:rtl/>
        </w:rPr>
        <w:t>תשובה אפשרית: מדינה במעלה הנהר יכולה לבנות סכרים ולשאוב, ואז פחות מים מגיעים למדינה במורד.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ההתפלה נפוצה בעיקר במדינות הענייות של המזרח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ההתפלה נפוצה בעיקר במדינות המפרץ העשירות.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קנאת היא מערכת עתיקה להובלת מי תהום.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כיצד אקלים מיוחד יכול להיות יתרון כלכלי.</w:t>
      </w:r>
    </w:p>
    <w:p>
      <w:pPr>
        <w:bidi/>
        <w:spacing w:before="0" w:after="80"/>
      </w:pPr>
      <w:r>
        <w:rPr>
          <w:color w:val="0F7A4F"/>
          <w:rtl/>
        </w:rPr>
        <w:t>תשובה אפשרית: שמש וים חם כל השנה מושכים תיירים לערי נופש בים סוף ובמפרץ.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13: אוכלוסייה ויישובים במזרח התיכון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תארו את המגמה בנתונים והסבירו שני גורמים לה.</w:t>
      </w:r>
    </w:p>
    <w:p>
      <w:pPr>
        <w:bidi/>
        <w:spacing w:before="0" w:after="80"/>
      </w:pPr>
      <w:r>
        <w:rPr>
          <w:color w:val="0F7A4F"/>
          <w:rtl/>
        </w:rPr>
        <w:t>תשובה אפשרית: ירידה בכל המדינות, בעיקר באיראן; גורמים: עיור, השכלת נשים, תכנון משפחה ומדיניות ממשלתית.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לחץ דמוגרפי והשלכה.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השלכה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משאבים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מחסור במים ובמזון; יבוא מזון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תשתיות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מחסור בדיור ועומס בתחבורה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חברה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אבטלת צעירים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הנוודות הצטמצמה. ציינו שני גורמים.</w:t>
      </w:r>
    </w:p>
    <w:p>
      <w:pPr>
        <w:bidi/>
        <w:spacing w:before="0" w:after="80"/>
      </w:pPr>
      <w:r>
        <w:rPr>
          <w:color w:val="0F7A4F"/>
          <w:rtl/>
        </w:rPr>
        <w:t>תשובה אפשרית: גבולות מדיניים חוסמים נדידה; מדיניות יישוב קבע; פרנסה חדשה בעיר.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הגירה מהכפר לעיר מקטינה את הערים.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היא מגדילה את הערים ויוצרת זחילה עירונית.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ירידה בתמותה הייתה גורם לגידול המהיר של האוכלוסייה.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בעיה אחת שנוצרת בעיר בעקבות הגירה מהירה מהכפר.</w:t>
      </w:r>
    </w:p>
    <w:p>
      <w:pPr>
        <w:bidi/>
        <w:spacing w:before="0" w:after="80"/>
      </w:pPr>
      <w:r>
        <w:rPr>
          <w:color w:val="0F7A4F"/>
          <w:rtl/>
        </w:rPr>
        <w:t>תשובה אפשרית: שכונות לא מוסדרות, מחסור בתשתיות, צפיפות ואבטלה.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14: כלכלה וגאופוליטיקה במזרח התיכון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גורם לנחשלות ודוגמה.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כוח עבודה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שיעור נמוך של נשים עובדות; השכלה טכנולוגית נמוכה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תשתיות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הפסקות חשמל וכבישים לא סלולים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משטר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שחיתות ומשטר רודני שמרתיעים משקיעים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על פי המקור, תארו את התמורה בדובאי והסבירו גורם אחד לה.</w:t>
      </w:r>
    </w:p>
    <w:p>
      <w:pPr>
        <w:bidi/>
        <w:spacing w:before="0" w:after="80"/>
      </w:pPr>
      <w:r>
        <w:rPr>
          <w:color w:val="0F7A4F"/>
          <w:rtl/>
        </w:rPr>
        <w:t>תשובה אפשרית: מכפר דייגים למוקד סחר ותעופה עולמי; גורם: הון מנפט, מדיניות שמעודדת יזמות ואזור סחר חופשי, מיקום בין אירופה לאסיה.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תיירות יכולה לשמש מנוף לפיתוח.</w:t>
      </w:r>
    </w:p>
    <w:p>
      <w:pPr>
        <w:bidi/>
        <w:spacing w:before="0" w:after="80"/>
      </w:pPr>
      <w:r>
        <w:rPr>
          <w:color w:val="0F7A4F"/>
          <w:rtl/>
        </w:rPr>
        <w:t>תשובה אפשרית: מכניסה מטבע זר, יוצרת עבודה, ומעודדת בניית תשתיות – כבישים, שדות תעופה ומלונות.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חקלאות עתירת ידע מתפתחת בעיקר במדינות העניות.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היא מתפתחת בעיקר במדינות שיש להן הון.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מייצאת גז למצרים ולירדן.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דוגמה לשיתוף פעולה כלכלי בין מדינות באזור והסבירו את תועלתו.</w:t>
      </w:r>
    </w:p>
    <w:p>
      <w:pPr>
        <w:bidi/>
        <w:spacing w:before="0" w:after="80"/>
      </w:pPr>
      <w:r>
        <w:rPr>
          <w:color w:val="0F7A4F"/>
          <w:rtl/>
        </w:rPr>
        <w:t>תשובה אפשרית: ייצוא גז מישראל לירדן – לירדן אנרגיה זולה, לישראל הכנסות; QIZ – מקומות עבודה בירדן וייצוא לארה"ב.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15: מיפוי המרחב והצגתו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חישובי קנה מידה.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בשטח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‪1:50,000‬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‪1:25,000‬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8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יתרון אחד של מפה על פני תצלום אוויר.</w:t>
      </w:r>
    </w:p>
    <w:p>
      <w:pPr>
        <w:bidi/>
        <w:spacing w:before="0" w:after="80"/>
      </w:pPr>
      <w:r>
        <w:rPr>
          <w:color w:val="0F7A4F"/>
          <w:rtl/>
        </w:rPr>
        <w:t>תשובה אפשרית: המפה מכלילה ומדגישה את החשוב, מציגה שמות וסמלים, וגם מידע שלא רואים בתצלום (גבולות, גובה).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כיצד מזהים במפה טופוגרפית מדרון תלול.</w:t>
      </w:r>
    </w:p>
    <w:p>
      <w:pPr>
        <w:bidi/>
        <w:spacing w:before="0" w:after="80"/>
      </w:pPr>
      <w:r>
        <w:rPr>
          <w:color w:val="0F7A4F"/>
          <w:rtl/>
        </w:rPr>
        <w:t>תשובה אפשרית: לפי קווי גובה צפופים – הפרש גובה גדול במרחק קטן.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קווי אורך מקבילים לקו המשווה.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קווי אורך עוברים מקוטב לקוטב; קווי רוחב מקבילים לקו המשווה.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מפת כתמים צובעת כל שטח לפי ערך.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איזו מפה נושאית תתאים להצגת הייצוא מישראל ליעדים שונים?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מפת זרימה – חצים מישראל ליעדים, ועובי החץ לפי ערך הייצוא.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16: הכוחות המעצבים את פני כדור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חלקי הנהר.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מאפיין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צורת נוף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מעלה הנהר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זרימה מהירה וחריצה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עמק V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מהלך תחתון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זרימה איטית ופיתולים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מאנדרים ומישור הצפה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שפך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השקעת סחף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דלתא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אוכלוסייה רבה חיה ליד הרי געש, למרות הסכנה.</w:t>
      </w:r>
    </w:p>
    <w:p>
      <w:pPr>
        <w:bidi/>
        <w:spacing w:before="0" w:after="80"/>
      </w:pPr>
      <w:r>
        <w:rPr>
          <w:color w:val="0F7A4F"/>
          <w:rtl/>
        </w:rPr>
        <w:t>תשובה אפשרית: אדמה געשית פורייה מאוד לחקלאות; תיירות ואנרגיה גאותרמית.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הציגו דרך אחת להתמודדות עם רעידות אדמה.</w:t>
      </w:r>
    </w:p>
    <w:p>
      <w:pPr>
        <w:bidi/>
        <w:spacing w:before="0" w:after="80"/>
      </w:pPr>
      <w:r>
        <w:rPr>
          <w:color w:val="0F7A4F"/>
          <w:rtl/>
        </w:rPr>
        <w:t>תשובה אפשרית: תקני בנייה עמידה ושיפור מבנים ישנים; מערכות התרעה ותרגולים.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סכרים מגבירים תמיד את סכנת ההצפות.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סכרים מווסתים את הזרימה ומפחיתים הצפות, אבל עוצרים סחף.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פיורדים הם עמקים קרחוניים שהוצפו 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השפעה שלילית אחת של פעילות האדם על נהר.</w:t>
      </w:r>
    </w:p>
    <w:p>
      <w:pPr>
        <w:bidi/>
        <w:spacing w:before="0" w:after="80"/>
      </w:pPr>
      <w:r>
        <w:rPr>
          <w:color w:val="0F7A4F"/>
          <w:rtl/>
        </w:rPr>
        <w:t>תשובה אפשרית: זיהום מתעשייה ומחקלאות; שאיבת יתר שמייבשת את הנהר; סכרים שעוצרים את הסחף ופוגעים בדלתא.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17: אזורי אקלים והתחממות כדור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גורם אקלים והשפעתו.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השפעה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רוחב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ככל שמתרחקים מהמשווה – קר יותר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הקטבים קרים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זרמי 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זרם חם מחמם וזרם קר מקרר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מערב אירופה מתונה בזכות הגולפסטרים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בגובה קר יותר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שלג בהרים גבוהים גם בקו המשווה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תארו את המגמה והסבירו גורם אחד לה.</w:t>
      </w:r>
    </w:p>
    <w:p>
      <w:pPr>
        <w:bidi/>
        <w:spacing w:before="0" w:after="80"/>
      </w:pPr>
      <w:r>
        <w:rPr>
          <w:color w:val="0F7A4F"/>
          <w:rtl/>
        </w:rPr>
        <w:t>תשובה אפשרית: עלייה חדה, בעיקר מאז אמצע המאה ה-20; גורם: שריפת דלקים מאובנים ובירוא יערות.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השלכה אחת של ההתחממות על המרחב האנושי.</w:t>
      </w:r>
    </w:p>
    <w:p>
      <w:pPr>
        <w:bidi/>
        <w:spacing w:before="0" w:after="80"/>
      </w:pPr>
      <w:r>
        <w:rPr>
          <w:color w:val="0F7A4F"/>
          <w:rtl/>
        </w:rPr>
        <w:t>תשובה אפשרית: עליית מפלס הים מאיימת על ערי חוף; בצורות פוגעות בחקלאות ומגבירות הגירה.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אפקט החממה כולו נוצר בידי האדם.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אפקט החממה טבעי; האדם מגביר אותו.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בתים על כלונסאות מונעים הפשרה של קרקע קפואה.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כיצד האדם מתמודד עם תנאי מדבר היום? ציינו שתי דרכים.</w:t>
      </w:r>
    </w:p>
    <w:p>
      <w:pPr>
        <w:bidi/>
        <w:spacing w:before="0" w:after="80"/>
      </w:pPr>
      <w:r>
        <w:rPr>
          <w:color w:val="0F7A4F"/>
          <w:rtl/>
        </w:rPr>
        <w:t>תשובה אפשרית: מיזוג אוויר; התפלה; בנייה מותאמת אקלים; השקיה בטפטוף.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18: אוכלוסיות במרחב העולמי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שלבי המעבר הדמוגרפי.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ילודה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תמותה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יורדת – גידול מהיר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יורדת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נמוכה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נמוכה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השוו בין המדינות והסבירו באיזה שלב של המעבר הדמוגרפי נמצאת כל אחת.</w:t>
      </w:r>
    </w:p>
    <w:p>
      <w:pPr>
        <w:bidi/>
        <w:spacing w:before="0" w:after="80"/>
      </w:pPr>
      <w:r>
        <w:rPr>
          <w:color w:val="0F7A4F"/>
          <w:rtl/>
        </w:rPr>
        <w:t>תשובה אפשרית: ניגריה – ילודה גבוהה ואוכלוסייה צעירה, שלב 2–3; יפן – ילודה נמוכה והזדקנות, שלב 4 (ואף ירידה באוכלוסייה).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השפעה אחת של ההגירה על המדינה הקולטת.</w:t>
      </w:r>
    </w:p>
    <w:p>
      <w:pPr>
        <w:bidi/>
        <w:spacing w:before="0" w:after="80"/>
      </w:pPr>
      <w:r>
        <w:rPr>
          <w:color w:val="0F7A4F"/>
          <w:rtl/>
        </w:rPr>
        <w:t>תשובה אפשרית: כוח עבודה חדש לענפים חסרים; מגוון תרבותי; לעיתים לחץ על שירותים ומתחים חברתיים.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צפיפות וריכוז הם אותו מושג.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צפיפות היא מספר תושבים לשטח; ריכוז מתאר את חלוקת האוכלוסייה בשטח.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שינויי אקלים יכולים להיות גורם דחיקה.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מהי בעיה אחת של אוכלוסייה מזדקנת?</w:t>
      </w:r>
    </w:p>
    <w:p>
      <w:pPr>
        <w:bidi/>
        <w:spacing w:before="0" w:after="80"/>
      </w:pPr>
      <w:r>
        <w:rPr>
          <w:color w:val="0F7A4F"/>
          <w:rtl/>
        </w:rPr>
        <w:t>תשובה אפשרית: פחות עובדים מממנים יותר פנסיונרים; הוצאות בריאות גבוהות.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19: המרחב העירוני והמרחב הכפרי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על פי הנתונים, באיזו מדינה יש עיר ראשה?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בתאילנד – בנגקוק גדולה פי כ-9 מהעיר השנייה; בגרמניה יש כמה ערים גדולות בגודל דומה.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השלימו: מפגע בעיר ודרך התמודדות.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מפגע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דרך התמודדות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תחבורה ציבורית ורכב חשמלי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 חום עירוני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עצים, גגות ירוקים ושטחים פתוחים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הרחקת תעשייה, קירות אקוסטיים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מדוע השובל העירוני-כפרי משתנה במהירות.</w:t>
      </w:r>
    </w:p>
    <w:p>
      <w:pPr>
        <w:bidi/>
        <w:spacing w:before="0" w:after="80"/>
      </w:pPr>
      <w:r>
        <w:rPr>
          <w:color w:val="0F7A4F"/>
          <w:rtl/>
        </w:rPr>
        <w:t>תשובה אפשרית: ביקוש לקרקע בשולי העיר למגורים ולמסחר; קרקע זולה יחסית; כבישים חדשים.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במרחב הכפרי במדינות מפותחות כמעט כולם עובדים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יש גם תיירות, מלאכה, תעשייה ועבודה מרחוק.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מגלופוליס היא חיבור של כמה מטרופולינים.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הציגו גורם מיקום אחד של עיר והסבירו.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נמל – סחר ותעשייה; צומת דרכים – מרכז מסחר; מקור מים – תנאי בסיסי ליישוב.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פרק 20: מרחב הפעילות הכלכלית ופיתוח בר-קיימא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מדדי פיתוח.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מדד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מפותחת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מתפתחת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תוחלת חיים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גבוהה (מעל 80)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נמוכה יחסית (כ-60)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מועסקים בחקלאות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 (פחות מ-5%)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רבים (יותר מ-40%)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תמותת תינוקות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מוצר כמו טלפון חכם הוא דוגמה לגלובליזציה בייצור.</w:t>
      </w:r>
    </w:p>
    <w:p>
      <w:pPr>
        <w:bidi/>
        <w:spacing w:before="0" w:after="80"/>
      </w:pPr>
      <w:r>
        <w:rPr>
          <w:color w:val="0F7A4F"/>
          <w:rtl/>
        </w:rPr>
        <w:t>תשובה אפשרית: הוא מתוכנן במדינה אחת, רכיביו מיוצרים בכמה מדינות ומורכב במדינה זולה – ונמכר בכל העולם.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הסבירו שני גורמים לכך שחברות הייטק מתרכזות בפארק מדעי.</w:t>
      </w:r>
    </w:p>
    <w:p>
      <w:pPr>
        <w:bidi/>
        <w:spacing w:before="0" w:after="80"/>
      </w:pPr>
      <w:r>
        <w:rPr>
          <w:color w:val="0F7A4F"/>
          <w:rtl/>
        </w:rPr>
        <w:t>תשובה אפשרית: קרבה לאוניברסיטאות – ידע ועובדים מיומנים; שיתוף פעולה בין חברות; תשתיות משותפות.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פיתוח בר-קיימא פירושו להפסיק כל פיתוח.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פיתוח בר-קיימא הוא פיתוח שלא פוגע ביכולת הדורות הבאים.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HDI משלב הכנסה, בריאות והשכלה.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הביאו דוגמה ליישום פיתוח בר-קיימא בתחום האנרגיה והתעשייה.</w:t>
      </w:r>
    </w:p>
    <w:p>
      <w:pPr>
        <w:bidi/>
        <w:spacing w:before="0" w:after="80"/>
      </w:pPr>
      <w:r>
        <w:rPr>
          <w:color w:val="0F7A4F"/>
          <w:rtl/>
        </w:rPr>
        <w:t>תשובה אפשרית: אנרגיה סולארית; מיחזור וכלכלה מעגלית; מפעלים עם ייצור נקי שמפחית פליטות.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חזרה: השלימו בעזרת מחסן המילים.</w:t>
      </w:r>
    </w:p>
    <w:p>
      <w:pPr>
        <w:bidi/>
        <w:spacing w:before="0" w:after="40"/>
      </w:pPr>
      <w:r>
        <w:rPr>
          <w:rtl/>
        </w:rPr>
        <w:t>א. המקום הנמוך ביותר ביבשה: ים המלח.</w:t>
      </w:r>
    </w:p>
    <w:p>
      <w:pPr>
        <w:bidi/>
        <w:spacing w:before="0" w:after="40"/>
      </w:pPr>
      <w:r>
        <w:rPr>
          <w:rtl/>
        </w:rPr>
        <w:t>ב. אזור יבש ממזרח לרכס הרים נמצא בצל גשם.</w:t>
      </w:r>
    </w:p>
    <w:p>
      <w:pPr>
        <w:bidi/>
        <w:spacing w:before="0" w:after="40"/>
      </w:pPr>
      <w:r>
        <w:rPr>
          <w:rtl/>
        </w:rPr>
        <w:t>ג. האזור המרכזי והמפותח במדינה נקרא גלעין.</w:t>
      </w:r>
    </w:p>
    <w:p>
      <w:pPr>
        <w:bidi/>
        <w:spacing w:before="0" w:after="40"/>
      </w:pPr>
      <w:r>
        <w:rPr>
          <w:rtl/>
        </w:rPr>
        <w:t>ד. כ-95% מתושבי מצרים חיים לאורך הנילוס.</w:t>
      </w:r>
    </w:p>
    <w:p>
      <w:pPr>
        <w:bidi/>
        <w:spacing w:before="0" w:after="40"/>
      </w:pPr>
      <w:r>
        <w:rPr>
          <w:rtl/>
        </w:rPr>
        <w:t>ה. חלוקת העיר לאזורים לפי ייעוד: איזור.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חזרה: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ריבוי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פיתוח שלא פוגע בדורות הבאים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מטרופולין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ילודה פחות תמותה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פיתוח בר-קיימא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עיר הגדולה פי כמה מהשנייה במדינה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עיר ראשה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עיר גלעין ויישובים הקשורים אליה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חזרה: נכון או לא נכון?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הסכם השלום עם מצרים נחתם ב-1979.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המועסקים בישראל עובדים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המועסקים עובדים בשירותים.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קווי גובה צפופים מעידים על מדרון מתון.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קווי גובה צפופים מעידים על מדרון תלול.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תופעה אחת מארץ ישראל ותופעה אחת מהמזרח התיכון שקשורות למחסור במים, והסבירו את דרכי ההתמודדות בכל אחת.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ישראל – התפלה ומים מושבים; מצרים – סכר אסואן והשקיה מהנילוס; מדינות המפרץ – התפלה.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כיצד הגלובליזציה משפיעה על כלכלת ישראל ועל כלכלת המזרח התיכון.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ישראל – הייטק וייצוא, תאגידים בינלאומיים; המזרח התיכון – דובאי כמוקד סחר ותעופה, רשתות וקניונים.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