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חגים ומועדים · כיתה ג'   |   דף עבודה</w:t>
      </w:r>
    </w:p>
    <w:p>
      <w:pPr>
        <w:bidi/>
        <w:spacing w:before="0" w:after="200"/>
        <w:jc w:val="both"/>
      </w:pPr>
      <w:r>
        <w:rPr>
          <w:rFonts w:ascii="Arial" w:hAnsi="Arial" w:cs="Arial"/>
          <w:sz w:val="22"/>
          <w:szCs w:val="22"/>
          <w:rtl/>
        </w:rPr>
        <w:t>שם: ____________________   כיתה: ________   תאריך: __________</w:t>
      </w:r>
    </w:p>
    <w:p>
      <w:pPr>
        <w:bidi/>
        <w:spacing w:before="0" w:after="120"/>
        <w:jc w:val="both"/>
      </w:pPr>
      <w:r>
        <w:rPr>
          <w:rFonts w:ascii="Tahoma" w:hAnsi="Tahoma" w:cs="Tahoma"/>
          <w:b/>
          <w:bCs/>
          <w:color w:val="C2410C"/>
          <w:sz w:val="44"/>
          <w:szCs w:val="44"/>
          <w:rtl/>
        </w:rPr>
        <w:t>שבת: יום מנוחה, מנהגים וערכים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השלימו את המילה המתאימה מן המחסן.</w:t>
      </w:r>
    </w:p>
    <w:p>
      <w:pPr>
        <w:bidi/>
        <w:spacing w:before="0" w:after="80"/>
        <w:jc w:val="both"/>
      </w:pPr>
      <w:r>
        <w:rPr>
          <w:color w:val="C2410C"/>
          <w:sz w:val="24"/>
          <w:szCs w:val="24"/>
          <w:rtl/>
        </w:rPr>
        <w:t>מחסן מילים: הבדלה  |  שבת שלום  |  נרות  |  חלות  |  קידוש</w:t>
      </w:r>
    </w:p>
    <w:p>
      <w:pPr>
        <w:bidi/>
        <w:spacing w:before="0" w:after="60"/>
        <w:jc w:val="both"/>
      </w:pPr>
      <w:r>
        <w:rPr>
          <w:rtl/>
        </w:rPr>
        <w:t>א. ביום שישי לפני השקיעה מדליקים __________ שבת.</w:t>
      </w:r>
    </w:p>
    <w:p>
      <w:pPr>
        <w:bidi/>
        <w:spacing w:before="0" w:after="60"/>
        <w:jc w:val="both"/>
      </w:pPr>
      <w:r>
        <w:rPr>
          <w:rtl/>
        </w:rPr>
        <w:t>ב. על כוס יין או מיץ ענבים עושים __________.</w:t>
      </w:r>
    </w:p>
    <w:p>
      <w:pPr>
        <w:bidi/>
        <w:spacing w:before="0" w:after="60"/>
        <w:jc w:val="both"/>
      </w:pPr>
      <w:r>
        <w:rPr>
          <w:rtl/>
        </w:rPr>
        <w:t>ג. על השולחן מניחים שתי __________.</w:t>
      </w:r>
    </w:p>
    <w:p>
      <w:pPr>
        <w:bidi/>
        <w:spacing w:before="0" w:after="60"/>
        <w:jc w:val="both"/>
      </w:pPr>
      <w:r>
        <w:rPr>
          <w:rtl/>
        </w:rPr>
        <w:t>ד. במוצאי שבת עושים __________.</w:t>
      </w:r>
    </w:p>
    <w:p>
      <w:pPr>
        <w:bidi/>
        <w:spacing w:before="0" w:after="60"/>
        <w:jc w:val="both"/>
      </w:pPr>
      <w:r>
        <w:rPr>
          <w:rtl/>
        </w:rPr>
        <w:t>ה. כשנפגשים בשבת אומרים «__________».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התאימו לכל מושג את ההסבר שלו.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לחם משנה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הערב שבו השבת יוצאת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עונג שבת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הנאה ושמחה ביום השבת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קבלת שבת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שתי חלות על שולחן השבת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הבדלה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טקס שמפריד בין שבת לימי החול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5. מוצאי שבת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שירים ותפילות בכניסת השבת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השלימו את הטבלה.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מנהג</w:t>
            </w:r>
          </w:p>
        </w:tc>
        <w:tc>
          <w:tcPr>
            <w:tcW w:type="dxa" w:w="3326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מתי?</w:t>
            </w:r>
          </w:p>
        </w:tc>
        <w:tc>
          <w:tcPr>
            <w:tcW w:type="dxa" w:w="3326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מה צריך?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הדלקת נרות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קידוש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בסעודת ליל שבת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הבדלה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נכון או לא נכון? תקנו את המשפטים הלא נכונים.</w:t>
      </w:r>
    </w:p>
    <w:p>
      <w:pPr>
        <w:bidi/>
        <w:spacing w:before="0" w:after="60"/>
        <w:jc w:val="both"/>
      </w:pPr>
      <w:r>
        <w:rPr>
          <w:rtl/>
        </w:rPr>
        <w:t>א. השבת מתחילה ביום שבת בבוקר.      נכון / לא נכון</w:t>
      </w:r>
    </w:p>
    <w:p>
      <w:pPr>
        <w:bidi/>
        <w:spacing w:before="0" w:after="60"/>
        <w:jc w:val="both"/>
      </w:pPr>
      <w:r>
        <w:rPr>
          <w:rtl/>
        </w:rPr>
        <w:t>ב. בשבת נוהגים לברך על שתי חלות.      נכון / לא נכון</w:t>
      </w:r>
    </w:p>
    <w:p>
      <w:pPr>
        <w:bidi/>
        <w:spacing w:before="0" w:after="60"/>
        <w:jc w:val="both"/>
      </w:pPr>
      <w:r>
        <w:rPr>
          <w:rtl/>
        </w:rPr>
        <w:t>ג. לפי התורה רק המבוגרים צריכים לנוח בשבת.      נכון / לא נכון</w:t>
      </w:r>
    </w:p>
    <w:p>
      <w:pPr>
        <w:bidi/>
        <w:spacing w:before="0" w:after="60"/>
        <w:jc w:val="both"/>
      </w:pPr>
      <w:r>
        <w:rPr>
          <w:rtl/>
        </w:rPr>
        <w:t>ד. בהבדלה מדליקים נר עם כמה פתילות.      נכון / לא נכון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בחרו את התשובה הנכונה.</w:t>
      </w:r>
    </w:p>
    <w:p>
      <w:pPr>
        <w:bidi/>
        <w:spacing w:before="0" w:after="20"/>
        <w:jc w:val="both"/>
      </w:pPr>
      <w:r>
        <w:rPr>
          <w:rtl/>
        </w:rPr>
        <w:t>א. כמה ימים בשבוע עובדים, לפי התורה?</w:t>
      </w:r>
    </w:p>
    <w:p>
      <w:pPr>
        <w:bidi/>
        <w:spacing w:before="0" w:after="80"/>
        <w:jc w:val="both"/>
      </w:pPr>
      <w:r>
        <w:rPr>
          <w:rtl/>
        </w:rPr>
        <w:t xml:space="preserve">   ○ חמישה      ○ שישה      ○ שבעה</w:t>
      </w:r>
    </w:p>
    <w:p>
      <w:pPr>
        <w:bidi/>
        <w:spacing w:before="0" w:after="20"/>
        <w:jc w:val="both"/>
      </w:pPr>
      <w:r>
        <w:rPr>
          <w:rtl/>
        </w:rPr>
        <w:t>ב. מתי עושים הבדלה?</w:t>
      </w:r>
    </w:p>
    <w:p>
      <w:pPr>
        <w:bidi/>
        <w:spacing w:before="0" w:after="80"/>
        <w:jc w:val="both"/>
      </w:pPr>
      <w:r>
        <w:rPr>
          <w:rtl/>
        </w:rPr>
        <w:t xml:space="preserve">   ○ במוצאי שבת      ○ ביום שישי בבוקר      ○ בצהרי שבת</w:t>
      </w:r>
    </w:p>
    <w:p>
      <w:pPr>
        <w:bidi/>
        <w:spacing w:before="0" w:after="20"/>
        <w:jc w:val="both"/>
      </w:pPr>
      <w:r>
        <w:rPr>
          <w:rtl/>
        </w:rPr>
        <w:t>ג. מה אומרים כשהשבת יוצאת?</w:t>
      </w:r>
    </w:p>
    <w:p>
      <w:pPr>
        <w:bidi/>
        <w:spacing w:before="0" w:after="80"/>
        <w:jc w:val="both"/>
      </w:pPr>
      <w:r>
        <w:rPr>
          <w:rtl/>
        </w:rPr>
        <w:t xml:space="preserve">   ○ חג שמח      ○ שנה טובה      ○ שבוע טוב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מיינו: מה עושים בכניסת השבת ומה ביציאת השבת?</w:t>
      </w:r>
    </w:p>
    <w:p>
      <w:pPr>
        <w:bidi/>
        <w:spacing w:before="0" w:after="80"/>
        <w:jc w:val="both"/>
      </w:pPr>
      <w:r>
        <w:rPr>
          <w:color w:val="C2410C"/>
          <w:sz w:val="24"/>
          <w:szCs w:val="24"/>
          <w:rtl/>
        </w:rPr>
        <w:t>המילים: הדלקת נרות  |  קידוש בליל שבת  |  אומרים «שבת שלום»  |  הבדלה  |  אומרים «שבוע טוב»  |  מריחים בשמים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כניסת השבת</w:t>
            </w:r>
          </w:p>
        </w:tc>
        <w:tc>
          <w:tcPr>
            <w:tcW w:type="dxa" w:w="4989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יציאת השבת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לכל משפט כתבו: «זכר למעשה בראשית» או «זכר ליציאת מצרים».</w:t>
      </w:r>
    </w:p>
    <w:p>
      <w:pPr>
        <w:bidi/>
        <w:spacing w:before="0" w:after="100"/>
        <w:jc w:val="both"/>
      </w:pPr>
      <w:r>
        <w:rPr>
          <w:rtl/>
        </w:rPr>
        <w:t>א. אלוהים ברא את העולם בשישה ימים ונח ביום השביעי.</w:t>
      </w:r>
    </w:p>
    <w:p>
      <w:pPr>
        <w:bidi/>
        <w:spacing w:before="0" w:after="100"/>
        <w:jc w:val="both"/>
      </w:pPr>
      <w:r>
        <w:rPr>
          <w:rtl/>
        </w:rPr>
        <w:t>ב. בני ישראל היו עבדים במצרים ועבדו בלי מנוחה.</w:t>
      </w:r>
    </w:p>
    <w:p>
      <w:pPr>
        <w:bidi/>
        <w:spacing w:before="0" w:after="100"/>
        <w:jc w:val="both"/>
      </w:pPr>
      <w:r>
        <w:rPr>
          <w:rtl/>
        </w:rPr>
        <w:t>ג. בשבת נחים, כמו בסיפור בריאת העולם.</w:t>
      </w:r>
    </w:p>
    <w:p>
      <w:pPr>
        <w:bidi/>
        <w:spacing w:before="0" w:after="100"/>
        <w:jc w:val="both"/>
      </w:pPr>
      <w:r>
        <w:rPr>
          <w:rtl/>
        </w:rPr>
        <w:t>ד. גם העבד נח בשבת, כי גם אנחנו היינו פעם עבדים.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השלימו.</w:t>
      </w:r>
    </w:p>
    <w:p>
      <w:pPr>
        <w:bidi/>
        <w:spacing w:before="0" w:after="60"/>
        <w:jc w:val="both"/>
      </w:pPr>
      <w:r>
        <w:rPr>
          <w:rtl/>
        </w:rPr>
        <w:t>א. השבת מתחילה ביום __________ לפני השקיעה.</w:t>
      </w:r>
    </w:p>
    <w:p>
      <w:pPr>
        <w:bidi/>
        <w:spacing w:before="0" w:after="60"/>
        <w:jc w:val="both"/>
      </w:pPr>
      <w:r>
        <w:rPr>
          <w:rtl/>
        </w:rPr>
        <w:t>ב. השבת נגמרת כשרואים שלושה __________ בשמיים.</w:t>
      </w:r>
    </w:p>
    <w:p>
      <w:pPr>
        <w:bidi/>
        <w:spacing w:before="0" w:after="60"/>
        <w:jc w:val="both"/>
      </w:pPr>
      <w:r>
        <w:rPr>
          <w:rtl/>
        </w:rPr>
        <w:t>ג. שבת היא היום ה__________ בשבוע.</w:t>
      </w:r>
    </w:p>
    <w:p>
      <w:pPr>
        <w:bidi/>
        <w:spacing w:before="120" w:after="40"/>
        <w:jc w:val="center"/>
      </w:pPr>
      <w:r>
        <w:rPr>
          <w:rFonts w:ascii="Tahoma" w:hAnsi="Tahoma" w:cs="Tahoma"/>
          <w:b/>
          <w:bCs/>
          <w:color w:val="C2410C"/>
          <w:sz w:val="30"/>
          <w:szCs w:val="30"/>
          <w:rtl/>
        </w:rPr>
        <w:t>שתי שבתות של עומר</w:t>
      </w:r>
    </w:p>
    <w:p>
      <w:pPr>
        <w:bidi/>
        <w:spacing w:before="0" w:after="80"/>
        <w:jc w:val="both"/>
      </w:pPr>
      <w:r>
        <w:rPr>
          <w:rtl/>
        </w:rPr>
        <w:t>ביום שישי בערב הגיע עומר עם הוריו לבית של סבא וסבתא. סבתא הדליקה נרות, וסבא עשה קידוש על כוס יין. כל המשפחה שרה שירי שבת ואכלה חלה מתוקה שאפתה סבתא.</w:t>
      </w:r>
    </w:p>
    <w:p>
      <w:pPr>
        <w:bidi/>
        <w:spacing w:before="0" w:after="80"/>
        <w:jc w:val="both"/>
      </w:pPr>
      <w:r>
        <w:rPr>
          <w:rtl/>
        </w:rPr>
        <w:t>למחרת בבוקר הזמין אותו איתי, החבר מהכיתה, לטיול עם המשפחה שלו בחורשה. הם ישבו בצל העצים, שיחקו בכדור ואכלו ארוחה גדולה על שמיכה.</w:t>
      </w:r>
    </w:p>
    <w:p>
      <w:pPr>
        <w:bidi/>
        <w:spacing w:before="0" w:after="80"/>
        <w:jc w:val="both"/>
      </w:pPr>
      <w:r>
        <w:rPr>
          <w:rtl/>
        </w:rPr>
        <w:t>בערב, כשחזר הביתה, שאלה אותו אמא: «איך הייתה השבת?» עומר חשב רגע וענה: «היו לי שתי שבתות שונות – אבל בשתיהן נחתי ובשתיהן הייתי עם אנשים שאני אוהב».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ענו לפי הסיפור «שתי שבתות של עומר».</w:t>
      </w:r>
    </w:p>
    <w:p>
      <w:pPr>
        <w:bidi/>
        <w:spacing w:before="0" w:after="20"/>
        <w:jc w:val="both"/>
      </w:pPr>
      <w:r>
        <w:rPr>
          <w:rtl/>
        </w:rPr>
        <w:t>א. מי עשה קידוש?</w:t>
      </w:r>
    </w:p>
    <w:p>
      <w:pPr>
        <w:bidi/>
        <w:spacing w:before="0" w:after="80"/>
        <w:jc w:val="both"/>
      </w:pPr>
      <w:r>
        <w:rPr>
          <w:rtl/>
        </w:rPr>
        <w:t xml:space="preserve">   ○ אבא של עומר      ○ סבא      ○ איתי</w:t>
      </w:r>
    </w:p>
    <w:p>
      <w:pPr>
        <w:bidi/>
        <w:spacing w:before="0" w:after="20"/>
        <w:jc w:val="both"/>
      </w:pPr>
      <w:r>
        <w:rPr>
          <w:rtl/>
        </w:rPr>
        <w:t>ב. לאן יצא עומר בשבת בבוקר?</w:t>
      </w:r>
    </w:p>
    <w:p>
      <w:pPr>
        <w:bidi/>
        <w:spacing w:before="0" w:after="80"/>
        <w:jc w:val="both"/>
      </w:pPr>
      <w:r>
        <w:rPr>
          <w:rtl/>
        </w:rPr>
        <w:t xml:space="preserve">   ○ לטיול בחורשה      ○ לים      ○ לבית הספר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מה היה דומה בשתי השבתות של עומר? כתבו שני דברים.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השבת היא יום מנוחה לכולם. מה הייתם עושים כדי שגם ההורים יוכלו לנוח בשבת?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13. ציירו שולחן שבת: נרות, שתי חלות וכוס קידוש. כתבו ליד כל חפץ את שמו.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14. אתגר: אחד העם כתב: «יותר משישראל שמרו את השבת – שמרה השבת אותם». מה לדעתכם הוא רצה לומר?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color w:val="C2410C"/>
          <w:sz w:val="26"/>
          <w:szCs w:val="26"/>
          <w:rtl/>
        </w:rPr>
        <w:t>15. גזרו את הכרטיסים, והדביקו כל מנהג בעמודה המתאימה: כניסת השבת או צאת השבת.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2494"/>
        <w:gridCol w:w="2494"/>
        <w:gridCol w:w="2494"/>
        <w:gridCol w:w="2494"/>
      </w:tblGrid>
      <w:tr>
        <w:tc>
          <w:tcPr>
            <w:tcW w:type="dxa" w:w="4932"/>
            <w:tcBorders>
              <w:top w:val="single" w:sz="8" w:color="C9CFDB" w:space="0"/>
              <w:left w:val="single" w:sz="8" w:color="C9CFDB" w:space="0"/>
              <w:bottom w:val="single" w:sz="8" w:color="C9CFDB" w:space="0"/>
              <w:right w:val="single" w:sz="8" w:color="C9CFDB" w:space="0"/>
            </w:tcBorders>
            <w:gridSpan w:val="2"/>
            <w:shd w:val="clear" w:color="auto" w:fill="F1F4F9"/>
            <w:vAlign w:val="center"/>
          </w:tcPr>
          <w:p>
            <w:pPr>
              <w:bidi/>
              <w:spacing w:before="40" w:after="4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כניסת השבת – יום שישי</w:t>
            </w:r>
          </w:p>
        </w:tc>
        <w:tc>
          <w:tcPr>
            <w:tcW w:type="dxa" w:w="4932"/>
            <w:tcBorders>
              <w:top w:val="single" w:sz="8" w:color="C9CFDB" w:space="0"/>
              <w:left w:val="single" w:sz="8" w:color="C9CFDB" w:space="0"/>
              <w:bottom w:val="single" w:sz="8" w:color="C9CFDB" w:space="0"/>
              <w:right w:val="single" w:sz="8" w:color="C9CFDB" w:space="0"/>
            </w:tcBorders>
            <w:gridSpan w:val="2"/>
            <w:shd w:val="clear" w:color="auto" w:fill="F1F4F9"/>
            <w:vAlign w:val="center"/>
          </w:tcPr>
          <w:p>
            <w:pPr>
              <w:bidi/>
              <w:spacing w:before="40" w:after="4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צאת השבת – מוצאי שבת</w:t>
            </w:r>
          </w:p>
        </w:tc>
      </w:tr>
      <w:tr>
        <w:trPr>
          <w:trHeight w:val="1360" w:hRule="exact"/>
        </w:trPr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הדביקו כאן</w:t>
            </w:r>
          </w:p>
        </w:tc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הדביקו כאן</w:t>
            </w:r>
          </w:p>
        </w:tc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הדביקו כאן</w:t>
            </w:r>
          </w:p>
        </w:tc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הדביקו כאן</w:t>
            </w:r>
          </w:p>
        </w:tc>
      </w:tr>
      <w:tr>
        <w:trPr>
          <w:trHeight w:val="1360" w:hRule="exact"/>
        </w:trPr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הדביקו כאן</w:t>
            </w:r>
          </w:p>
        </w:tc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הדביקו כאן</w:t>
            </w:r>
          </w:p>
        </w:tc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הדביקו כאן</w:t>
            </w:r>
          </w:p>
        </w:tc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הדביקו כאן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color w:val="C2410C"/>
          <w:sz w:val="26"/>
          <w:szCs w:val="26"/>
          <w:rtl/>
        </w:rPr>
        <w:t>16. התאימו תמונה למשפט: כתבו בריבוע את מספר התמונה.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2494"/>
        <w:gridCol w:w="2494"/>
        <w:gridCol w:w="2494"/>
        <w:gridCol w:w="2494"/>
      </w:tblGrid>
      <w:tr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C2410C"/>
                <w:sz w:val="24"/>
                <w:szCs w:val="24"/>
                <w:rtl/>
              </w:rPr>
              <w:t>1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C2410C"/>
                <w:sz w:val="24"/>
                <w:szCs w:val="24"/>
                <w:rtl/>
              </w:rPr>
              <w:t>2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C2410C"/>
                <w:sz w:val="24"/>
                <w:szCs w:val="24"/>
                <w:rtl/>
              </w:rPr>
              <w:t>3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C2410C"/>
                <w:sz w:val="24"/>
                <w:szCs w:val="24"/>
                <w:rtl/>
              </w:rPr>
              <w:t>4</w:t>
            </w:r>
          </w:p>
        </w:tc>
      </w:tr>
      <w:tr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56"/>
                <w:szCs w:val="56"/>
                <w:rtl/>
              </w:rPr>
              <w:t>🕯️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56"/>
                <w:szCs w:val="56"/>
                <w:rtl/>
              </w:rPr>
              <w:t>🍞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56"/>
                <w:szCs w:val="56"/>
                <w:rtl/>
              </w:rPr>
              <w:t>🌌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56"/>
                <w:szCs w:val="56"/>
                <w:rtl/>
              </w:rPr>
              <w:t>🌳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0" w:after="60"/>
        <w:jc w:val="both"/>
      </w:pPr>
      <w:r>
        <w:rPr>
          <w:sz w:val="25"/>
          <w:szCs w:val="25"/>
          <w:rtl/>
        </w:rPr>
        <w:t>[      ]   יש משפחות שיוצאות בשבת לטיול בטבע.</w:t>
      </w:r>
    </w:p>
    <w:p>
      <w:pPr>
        <w:bidi/>
        <w:spacing w:before="0" w:after="60"/>
        <w:jc w:val="both"/>
      </w:pPr>
      <w:r>
        <w:rPr>
          <w:sz w:val="25"/>
          <w:szCs w:val="25"/>
          <w:rtl/>
        </w:rPr>
        <w:t>[      ]   מברכים על שתי חלות – «לחם משנה».</w:t>
      </w:r>
    </w:p>
    <w:p>
      <w:pPr>
        <w:bidi/>
        <w:spacing w:before="0" w:after="60"/>
        <w:jc w:val="both"/>
      </w:pPr>
      <w:r>
        <w:rPr>
          <w:sz w:val="25"/>
          <w:szCs w:val="25"/>
          <w:rtl/>
        </w:rPr>
        <w:t>[      ]   השבת נגמרת כשרואים שלושה כוכבים בשמיים.</w:t>
      </w:r>
    </w:p>
    <w:p>
      <w:pPr>
        <w:bidi/>
        <w:spacing w:before="0" w:after="60"/>
        <w:jc w:val="both"/>
      </w:pPr>
      <w:r>
        <w:rPr>
          <w:sz w:val="25"/>
          <w:szCs w:val="25"/>
          <w:rtl/>
        </w:rPr>
        <w:t>[      ]   ביום שישי לפני השקיעה מדליקים נרות שבת.</w:t>
      </w:r>
    </w:p>
    <w:p>
      <w:pPr>
        <w:bidi/>
        <w:spacing w:before="0" w:after="80"/>
        <w:jc w:val="both"/>
      </w:pPr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9978"/>
      </w:tblGrid>
      <w:tr>
        <w:tc>
          <w:tcPr>
            <w:tcW w:type="dxa" w:w="9865"/>
            <w:shd w:val="clear" w:color="auto" w:fill="555555"/>
            <w:vAlign w:val="center"/>
          </w:tcPr>
          <w:p>
            <w:pPr>
              <w:bidi/>
              <w:spacing w:before="60" w:after="60"/>
              <w:jc w:val="center"/>
            </w:pPr>
            <w:r>
              <w:rPr>
                <w:b/>
                <w:bCs/>
                <w:color w:val="FFFFFF"/>
                <w:sz w:val="34"/>
                <w:szCs w:val="34"/>
                <w:rtl/>
              </w:rPr>
              <w:t>✂ דף גזירה – שבת: יום מנוחה, מנהגים וערכים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20" w:after="60"/>
        <w:jc w:val="both"/>
      </w:pPr>
      <w:r>
        <w:rPr>
          <w:b/>
          <w:bCs/>
          <w:sz w:val="25"/>
          <w:szCs w:val="25"/>
          <w:rtl/>
        </w:rPr>
        <w:t>✂ גזרו את הכרטיסים לאורך הקו המקווקו והדביקו בעמוד 4, משימה 15.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2494"/>
        <w:gridCol w:w="2494"/>
        <w:gridCol w:w="2494"/>
        <w:gridCol w:w="2494"/>
      </w:tblGrid>
      <w:tr>
        <w:trPr>
          <w:trHeight w:val="1474" w:hRule="exact"/>
        </w:trPr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4"/>
                <w:szCs w:val="24"/>
                <w:rtl/>
              </w:rPr>
              <w:t>«שבוע טוב!»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44"/>
                <w:szCs w:val="44"/>
                <w:rtl/>
              </w:rPr>
              <w:t>✨</w:t>
            </w:r>
          </w:p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4"/>
                <w:szCs w:val="24"/>
                <w:rtl/>
              </w:rPr>
              <w:t>שלושה כוכבים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44"/>
                <w:szCs w:val="44"/>
                <w:rtl/>
              </w:rPr>
              <w:t>🔥</w:t>
            </w:r>
          </w:p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4"/>
                <w:szCs w:val="24"/>
                <w:rtl/>
              </w:rPr>
              <w:t>נר הבדלה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44"/>
                <w:szCs w:val="44"/>
                <w:rtl/>
              </w:rPr>
              <w:t>🍷</w:t>
            </w:r>
          </w:p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4"/>
                <w:szCs w:val="24"/>
                <w:rtl/>
              </w:rPr>
              <w:t>קידוש</w:t>
            </w:r>
          </w:p>
        </w:tc>
      </w:tr>
      <w:tr>
        <w:trPr>
          <w:trHeight w:val="1474" w:hRule="exact"/>
        </w:trPr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44"/>
                <w:szCs w:val="44"/>
                <w:rtl/>
              </w:rPr>
              <w:t>🍞</w:t>
            </w:r>
          </w:p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4"/>
                <w:szCs w:val="24"/>
                <w:rtl/>
              </w:rPr>
              <w:t>שתי חלות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4"/>
                <w:szCs w:val="24"/>
                <w:rtl/>
              </w:rPr>
              <w:t>«שבת שלום!»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44"/>
                <w:szCs w:val="44"/>
                <w:rtl/>
              </w:rPr>
              <w:t>🕯️</w:t>
            </w:r>
          </w:p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4"/>
                <w:szCs w:val="24"/>
                <w:rtl/>
              </w:rPr>
              <w:t>נרות שבת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44"/>
                <w:szCs w:val="44"/>
                <w:rtl/>
              </w:rPr>
              <w:t>🌿</w:t>
            </w:r>
          </w:p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4"/>
                <w:szCs w:val="24"/>
                <w:rtl/>
              </w:rPr>
              <w:t>בשמים</w:t>
            </w:r>
          </w:p>
        </w:tc>
      </w:tr>
    </w:tbl>
    <w:p>
      <w:pPr>
        <w:bidi/>
        <w:spacing w:before="0" w:after="120"/>
        <w:jc w:val="both"/>
      </w:pPr>
    </w:p>
    <w:p>
      <w:pPr>
        <w:bidi/>
        <w:spacing w:before="0" w:after="80"/>
        <w:jc w:val="both"/>
      </w:pPr>
      <w:r>
        <w:br w:type="page"/>
      </w:r>
    </w:p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חגים ומועדים · כיתה ג'   |   דף עבודה – תשובות</w:t>
      </w:r>
    </w:p>
    <w:p>
      <w:pPr>
        <w:bidi/>
        <w:spacing w:before="0" w:after="120"/>
        <w:jc w:val="both"/>
      </w:pPr>
      <w:r>
        <w:rPr>
          <w:rFonts w:ascii="Tahoma" w:hAnsi="Tahoma" w:cs="Tahoma"/>
          <w:b/>
          <w:bCs/>
          <w:color w:val="0F7A4F"/>
          <w:sz w:val="36"/>
          <w:szCs w:val="36"/>
          <w:rtl/>
        </w:rPr>
        <w:t>תשובות – שבת: יום מנוחה, מנהגים וערכים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השלימו את המילה המתאימה מן המחסן.</w:t>
      </w:r>
    </w:p>
    <w:p>
      <w:pPr>
        <w:bidi/>
        <w:spacing w:before="0" w:after="40"/>
        <w:jc w:val="both"/>
      </w:pPr>
      <w:r>
        <w:rPr>
          <w:rtl/>
        </w:rPr>
        <w:t>א. ביום שישי לפני השקיעה מדליקים נרות שבת.</w:t>
      </w:r>
    </w:p>
    <w:p>
      <w:pPr>
        <w:bidi/>
        <w:spacing w:before="0" w:after="40"/>
        <w:jc w:val="both"/>
      </w:pPr>
      <w:r>
        <w:rPr>
          <w:rtl/>
        </w:rPr>
        <w:t>ב. על כוס יין או מיץ ענבים עושים קידוש.</w:t>
      </w:r>
    </w:p>
    <w:p>
      <w:pPr>
        <w:bidi/>
        <w:spacing w:before="0" w:after="40"/>
        <w:jc w:val="both"/>
      </w:pPr>
      <w:r>
        <w:rPr>
          <w:rtl/>
        </w:rPr>
        <w:t>ג. על השולחן מניחים שתי חלות.</w:t>
      </w:r>
    </w:p>
    <w:p>
      <w:pPr>
        <w:bidi/>
        <w:spacing w:before="0" w:after="40"/>
        <w:jc w:val="both"/>
      </w:pPr>
      <w:r>
        <w:rPr>
          <w:rtl/>
        </w:rPr>
        <w:t>ד. במוצאי שבת עושים הבדלה.</w:t>
      </w:r>
    </w:p>
    <w:p>
      <w:pPr>
        <w:bidi/>
        <w:spacing w:before="0" w:after="40"/>
        <w:jc w:val="both"/>
      </w:pPr>
      <w:r>
        <w:rPr>
          <w:rtl/>
        </w:rPr>
        <w:t>ה. כשנפגשים בשבת אומרים «שבת שלום».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התאימו לכל מושג את ההסבר שלו.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לחם משנה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[5] הערב שבו השבת יוצאת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עונג שבת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[2] הנאה ושמחה ביום השבת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קבלת שבת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[1] שתי חלות על שולחן השבת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הבדלה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[4] טקס שמפריד בין שבת לימי החול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5. מוצאי שבת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[3] שירים ותפילות בכניסת השבת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השלימו את הטבלה.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מנהג</w:t>
            </w:r>
          </w:p>
        </w:tc>
        <w:tc>
          <w:tcPr>
            <w:tcW w:type="dxa" w:w="3326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מתי?</w:t>
            </w:r>
          </w:p>
        </w:tc>
        <w:tc>
          <w:tcPr>
            <w:tcW w:type="dxa" w:w="3326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מה צריך?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הדלקת נרות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ביום שישי לפני השקיעה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נרות (לפחות שניים)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קידוש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בסעודת ליל שבת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כוס יין או מיץ ענבים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הבדלה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במוצאי שבת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יין, בשמים ונר עם כמה פתילות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נכון או לא נכון? תקנו את המשפטים הלא נכונים.</w:t>
      </w:r>
    </w:p>
    <w:p>
      <w:pPr>
        <w:bidi/>
        <w:spacing w:before="0" w:after="40"/>
        <w:jc w:val="both"/>
      </w:pPr>
      <w:r>
        <w:rPr>
          <w:rtl/>
        </w:rPr>
        <w:t>א. השבת מתחילה ביום שבת בבוקר. – לא נכון – השבת מתחילה ביום שישי לפני השקיעה</w:t>
      </w:r>
    </w:p>
    <w:p>
      <w:pPr>
        <w:bidi/>
        <w:spacing w:before="0" w:after="40"/>
        <w:jc w:val="both"/>
      </w:pPr>
      <w:r>
        <w:rPr>
          <w:rtl/>
        </w:rPr>
        <w:t>ב. בשבת נוהגים לברך על שתי חלות. – נכון</w:t>
      </w:r>
    </w:p>
    <w:p>
      <w:pPr>
        <w:bidi/>
        <w:spacing w:before="0" w:after="40"/>
        <w:jc w:val="both"/>
      </w:pPr>
      <w:r>
        <w:rPr>
          <w:rtl/>
        </w:rPr>
        <w:t>ג. לפי התורה רק המבוגרים צריכים לנוח בשבת. – לא נכון – לפי התורה כולם נחים – גם העובדים וגם בעלי החיים</w:t>
      </w:r>
    </w:p>
    <w:p>
      <w:pPr>
        <w:bidi/>
        <w:spacing w:before="0" w:after="40"/>
        <w:jc w:val="both"/>
      </w:pPr>
      <w:r>
        <w:rPr>
          <w:rtl/>
        </w:rPr>
        <w:t>ד. בהבדלה מדליקים נר עם כמה פתילות. – נכון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בחרו את התשובה הנכונה.</w:t>
      </w:r>
    </w:p>
    <w:p>
      <w:pPr>
        <w:bidi/>
        <w:spacing w:before="0" w:after="20"/>
        <w:jc w:val="both"/>
      </w:pPr>
      <w:r>
        <w:rPr>
          <w:rtl/>
        </w:rPr>
        <w:t>א. כמה ימים בשבוע עובדים, לפי התורה?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שישה</w:t>
      </w:r>
    </w:p>
    <w:p>
      <w:pPr>
        <w:bidi/>
        <w:spacing w:before="0" w:after="20"/>
        <w:jc w:val="both"/>
      </w:pPr>
      <w:r>
        <w:rPr>
          <w:rtl/>
        </w:rPr>
        <w:t>ב. מתי עושים הבדלה?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במוצאי שבת</w:t>
      </w:r>
    </w:p>
    <w:p>
      <w:pPr>
        <w:bidi/>
        <w:spacing w:before="0" w:after="20"/>
        <w:jc w:val="both"/>
      </w:pPr>
      <w:r>
        <w:rPr>
          <w:rtl/>
        </w:rPr>
        <w:t>ג. מה אומרים כשהשבת יוצאת?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שבוע טוב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מיינו: מה עושים בכניסת השבת ומה ביציאת השבת?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כניסת השבת</w:t>
            </w:r>
          </w:p>
        </w:tc>
        <w:tc>
          <w:tcPr>
            <w:tcW w:type="dxa" w:w="4989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יציאת השבת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הדלקת נרות, קידוש בליל שבת, אומרים «שבת שלום»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הבדלה, אומרים «שבוע טוב», מריחים בשמים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לכל משפט כתבו: «זכר למעשה בראשית» או «זכר ליציאת מצרים».</w:t>
      </w:r>
    </w:p>
    <w:p>
      <w:pPr>
        <w:bidi/>
        <w:spacing w:before="0" w:after="100"/>
        <w:jc w:val="both"/>
      </w:pPr>
      <w:r>
        <w:rPr>
          <w:rtl/>
        </w:rPr>
        <w:t>א. אלוהים ברא את העולם בשישה ימים ונח ביום השביעי.  ← זכר למעשה בראשית</w:t>
      </w:r>
    </w:p>
    <w:p>
      <w:pPr>
        <w:bidi/>
        <w:spacing w:before="0" w:after="100"/>
        <w:jc w:val="both"/>
      </w:pPr>
      <w:r>
        <w:rPr>
          <w:rtl/>
        </w:rPr>
        <w:t>ב. בני ישראל היו עבדים במצרים ועבדו בלי מנוחה.  ← זכר ליציאת מצרים</w:t>
      </w:r>
    </w:p>
    <w:p>
      <w:pPr>
        <w:bidi/>
        <w:spacing w:before="0" w:after="100"/>
        <w:jc w:val="both"/>
      </w:pPr>
      <w:r>
        <w:rPr>
          <w:rtl/>
        </w:rPr>
        <w:t>ג. בשבת נחים, כמו בסיפור בריאת העולם.  ← זכר למעשה בראשית</w:t>
      </w:r>
    </w:p>
    <w:p>
      <w:pPr>
        <w:bidi/>
        <w:spacing w:before="0" w:after="100"/>
        <w:jc w:val="both"/>
      </w:pPr>
      <w:r>
        <w:rPr>
          <w:rtl/>
        </w:rPr>
        <w:t>ד. גם העבד נח בשבת, כי גם אנחנו היינו פעם עבדים.  ← זכר ליציאת מצרים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השלימו.</w:t>
      </w:r>
    </w:p>
    <w:p>
      <w:pPr>
        <w:bidi/>
        <w:spacing w:before="0" w:after="40"/>
        <w:jc w:val="both"/>
      </w:pPr>
      <w:r>
        <w:rPr>
          <w:rtl/>
        </w:rPr>
        <w:t>א. השבת מתחילה ביום שישי לפני השקיעה.</w:t>
      </w:r>
    </w:p>
    <w:p>
      <w:pPr>
        <w:bidi/>
        <w:spacing w:before="0" w:after="40"/>
        <w:jc w:val="both"/>
      </w:pPr>
      <w:r>
        <w:rPr>
          <w:rtl/>
        </w:rPr>
        <w:t>ב. השבת נגמרת כשרואים שלושה כוכבים בשמיים.</w:t>
      </w:r>
    </w:p>
    <w:p>
      <w:pPr>
        <w:bidi/>
        <w:spacing w:before="0" w:after="40"/>
        <w:jc w:val="both"/>
      </w:pPr>
      <w:r>
        <w:rPr>
          <w:rtl/>
        </w:rPr>
        <w:t>ג. שבת היא היום השביעי בשבוע.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ענו לפי הסיפור «שתי שבתות של עומר».</w:t>
      </w:r>
    </w:p>
    <w:p>
      <w:pPr>
        <w:bidi/>
        <w:spacing w:before="0" w:after="20"/>
        <w:jc w:val="both"/>
      </w:pPr>
      <w:r>
        <w:rPr>
          <w:rtl/>
        </w:rPr>
        <w:t>א. מי עשה קידוש?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סבא</w:t>
      </w:r>
    </w:p>
    <w:p>
      <w:pPr>
        <w:bidi/>
        <w:spacing w:before="0" w:after="20"/>
        <w:jc w:val="both"/>
      </w:pPr>
      <w:r>
        <w:rPr>
          <w:rtl/>
        </w:rPr>
        <w:t>ב. לאן יצא עומר בשבת בבוקר?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לטיול בחורשה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מה היה דומה בשתי השבתות של עומר? כתבו שני דברים.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בשתיהן עומר נח, ובשתיהן היה עם אנשים שהוא אוהב (משפחה וחברים).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השבת היא יום מנוחה לכולם. מה הייתם עושים כדי שגם ההורים יוכלו לנוח בשבת?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תשובה אישית, למשל: לעזור בהכנות ביום שישי, לערוך את השולחן, לשחק בשקט, לפנות את הכלים.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13. ציירו שולחן שבת: נרות, שתי חלות וכוס קידוש. כתבו ליד כל חפץ את שמו.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ציור עם נרות (בפמוטים), שתי חלות וכוס קידוש, ושם ליד כל חפץ.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14. אתגר: אחד העם כתב: «יותר משישראל שמרו את השבת – שמרה השבת אותם». מה לדעתכם הוא רצה לומר?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השבת עזרה לעם היהודי להישאר עם אחד: בכל מקום ובכל דור נפגשו המשפחות, נחו ושמרו על המנהגים, וכך שמרו על הקשר ביניהם.</w:t>
      </w:r>
    </w:p>
    <w:p>
      <w:pPr>
        <w:bidi/>
        <w:spacing w:before="160" w:after="60"/>
        <w:jc w:val="both"/>
      </w:pPr>
      <w:r>
        <w:rPr>
          <w:b/>
          <w:bCs/>
          <w:color w:val="C2410C"/>
          <w:sz w:val="26"/>
          <w:szCs w:val="26"/>
          <w:rtl/>
        </w:rPr>
        <w:t>15. גזרו את הכרטיסים, והדביקו כל מנהג בעמודה המתאימה: כניסת השבת או צאת השבת.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2494"/>
        <w:gridCol w:w="2494"/>
        <w:gridCol w:w="2494"/>
        <w:gridCol w:w="2494"/>
      </w:tblGrid>
      <w:tr>
        <w:tc>
          <w:tcPr>
            <w:tcW w:type="dxa" w:w="4932"/>
            <w:tcBorders>
              <w:top w:val="single" w:sz="8" w:color="C9CFDB" w:space="0"/>
              <w:left w:val="single" w:sz="8" w:color="C9CFDB" w:space="0"/>
              <w:bottom w:val="single" w:sz="8" w:color="C9CFDB" w:space="0"/>
              <w:right w:val="single" w:sz="8" w:color="C9CFDB" w:space="0"/>
            </w:tcBorders>
            <w:gridSpan w:val="2"/>
            <w:shd w:val="clear" w:color="auto" w:fill="F1F4F9"/>
            <w:vAlign w:val="center"/>
          </w:tcPr>
          <w:p>
            <w:pPr>
              <w:bidi/>
              <w:spacing w:before="40" w:after="4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כניסת השבת – יום שישי</w:t>
            </w:r>
          </w:p>
        </w:tc>
        <w:tc>
          <w:tcPr>
            <w:tcW w:type="dxa" w:w="4932"/>
            <w:tcBorders>
              <w:top w:val="single" w:sz="8" w:color="C9CFDB" w:space="0"/>
              <w:left w:val="single" w:sz="8" w:color="C9CFDB" w:space="0"/>
              <w:bottom w:val="single" w:sz="8" w:color="C9CFDB" w:space="0"/>
              <w:right w:val="single" w:sz="8" w:color="C9CFDB" w:space="0"/>
            </w:tcBorders>
            <w:gridSpan w:val="2"/>
            <w:shd w:val="clear" w:color="auto" w:fill="F1F4F9"/>
            <w:vAlign w:val="center"/>
          </w:tcPr>
          <w:p>
            <w:pPr>
              <w:bidi/>
              <w:spacing w:before="40" w:after="4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צאת השבת – מוצאי שבת</w:t>
            </w:r>
          </w:p>
        </w:tc>
      </w:tr>
      <w:tr>
        <w:trPr>
          <w:trHeight w:val="1360" w:hRule="exact"/>
        </w:trPr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32"/>
                <w:szCs w:val="32"/>
                <w:rtl/>
              </w:rPr>
              <w:t>🕯️</w:t>
            </w:r>
          </w:p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24"/>
                <w:szCs w:val="24"/>
                <w:rtl/>
              </w:rPr>
              <w:t>נרות שבת</w:t>
            </w:r>
          </w:p>
        </w:tc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32"/>
                <w:szCs w:val="32"/>
                <w:rtl/>
              </w:rPr>
              <w:t>🍞</w:t>
            </w:r>
          </w:p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24"/>
                <w:szCs w:val="24"/>
                <w:rtl/>
              </w:rPr>
              <w:t>שתי חלות</w:t>
            </w:r>
          </w:p>
        </w:tc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32"/>
                <w:szCs w:val="32"/>
                <w:rtl/>
              </w:rPr>
              <w:t>✨</w:t>
            </w:r>
          </w:p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24"/>
                <w:szCs w:val="24"/>
                <w:rtl/>
              </w:rPr>
              <w:t>שלושה כוכבים</w:t>
            </w:r>
          </w:p>
        </w:tc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32"/>
                <w:szCs w:val="32"/>
                <w:rtl/>
              </w:rPr>
              <w:t>🌿</w:t>
            </w:r>
          </w:p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24"/>
                <w:szCs w:val="24"/>
                <w:rtl/>
              </w:rPr>
              <w:t>בשמים</w:t>
            </w:r>
          </w:p>
        </w:tc>
      </w:tr>
      <w:tr>
        <w:trPr>
          <w:trHeight w:val="1360" w:hRule="exact"/>
        </w:trPr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32"/>
                <w:szCs w:val="32"/>
                <w:rtl/>
              </w:rPr>
              <w:t>🍷</w:t>
            </w:r>
          </w:p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24"/>
                <w:szCs w:val="24"/>
                <w:rtl/>
              </w:rPr>
              <w:t>קידוש</w:t>
            </w:r>
          </w:p>
        </w:tc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24"/>
                <w:szCs w:val="24"/>
                <w:rtl/>
              </w:rPr>
              <w:t>«שבת שלום!»</w:t>
            </w:r>
          </w:p>
        </w:tc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32"/>
                <w:szCs w:val="32"/>
                <w:rtl/>
              </w:rPr>
              <w:t>🔥</w:t>
            </w:r>
          </w:p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24"/>
                <w:szCs w:val="24"/>
                <w:rtl/>
              </w:rPr>
              <w:t>נר הבדלה</w:t>
            </w:r>
          </w:p>
        </w:tc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24"/>
                <w:szCs w:val="24"/>
                <w:rtl/>
              </w:rPr>
              <w:t>«שבוע טוב!»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color w:val="C2410C"/>
          <w:sz w:val="26"/>
          <w:szCs w:val="26"/>
          <w:rtl/>
        </w:rPr>
        <w:t>16. התאימו תמונה למשפט: כתבו בריבוע את מספר התמונה.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2494"/>
        <w:gridCol w:w="2494"/>
        <w:gridCol w:w="2494"/>
        <w:gridCol w:w="2494"/>
      </w:tblGrid>
      <w:tr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C2410C"/>
                <w:sz w:val="24"/>
                <w:szCs w:val="24"/>
                <w:rtl/>
              </w:rPr>
              <w:t>1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C2410C"/>
                <w:sz w:val="24"/>
                <w:szCs w:val="24"/>
                <w:rtl/>
              </w:rPr>
              <w:t>2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C2410C"/>
                <w:sz w:val="24"/>
                <w:szCs w:val="24"/>
                <w:rtl/>
              </w:rPr>
              <w:t>3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C2410C"/>
                <w:sz w:val="24"/>
                <w:szCs w:val="24"/>
                <w:rtl/>
              </w:rPr>
              <w:t>4</w:t>
            </w:r>
          </w:p>
        </w:tc>
      </w:tr>
      <w:tr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56"/>
                <w:szCs w:val="56"/>
                <w:rtl/>
              </w:rPr>
              <w:t>🕯️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56"/>
                <w:szCs w:val="56"/>
                <w:rtl/>
              </w:rPr>
              <w:t>🍞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56"/>
                <w:szCs w:val="56"/>
                <w:rtl/>
              </w:rPr>
              <w:t>🌌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56"/>
                <w:szCs w:val="56"/>
                <w:rtl/>
              </w:rPr>
              <w:t>🌳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0" w:after="60"/>
        <w:jc w:val="both"/>
      </w:pPr>
      <w:r>
        <w:rPr>
          <w:b/>
          <w:bCs/>
          <w:color w:val="0F7A4F"/>
          <w:sz w:val="25"/>
          <w:szCs w:val="25"/>
          <w:rtl/>
        </w:rPr>
        <w:t>[ 4 ]   יש משפחות שיוצאות בשבת לטיול בטבע.</w:t>
      </w:r>
    </w:p>
    <w:p>
      <w:pPr>
        <w:bidi/>
        <w:spacing w:before="0" w:after="60"/>
        <w:jc w:val="both"/>
      </w:pPr>
      <w:r>
        <w:rPr>
          <w:b/>
          <w:bCs/>
          <w:color w:val="0F7A4F"/>
          <w:sz w:val="25"/>
          <w:szCs w:val="25"/>
          <w:rtl/>
        </w:rPr>
        <w:t>[ 2 ]   מברכים על שתי חלות – «לחם משנה».</w:t>
      </w:r>
    </w:p>
    <w:p>
      <w:pPr>
        <w:bidi/>
        <w:spacing w:before="0" w:after="60"/>
        <w:jc w:val="both"/>
      </w:pPr>
      <w:r>
        <w:rPr>
          <w:b/>
          <w:bCs/>
          <w:color w:val="0F7A4F"/>
          <w:sz w:val="25"/>
          <w:szCs w:val="25"/>
          <w:rtl/>
        </w:rPr>
        <w:t>[ 3 ]   השבת נגמרת כשרואים שלושה כוכבים בשמיים.</w:t>
      </w:r>
    </w:p>
    <w:p>
      <w:pPr>
        <w:bidi/>
        <w:spacing w:before="0" w:after="60"/>
        <w:jc w:val="both"/>
      </w:pPr>
      <w:r>
        <w:rPr>
          <w:b/>
          <w:bCs/>
          <w:color w:val="0F7A4F"/>
          <w:sz w:val="25"/>
          <w:szCs w:val="25"/>
          <w:rtl/>
        </w:rPr>
        <w:t>[ 1 ]   ביום שישי לפני השקיעה מדליקים נרות שבת.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