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יום הזיכרון ליצחק רבין: הידברות ומחלוקת בדרכי שלום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רבין  |  מילים  |  חשוון  |  ממשלת  |  להצביע</w:t>
      </w:r>
    </w:p>
    <w:p>
      <w:pPr>
        <w:bidi/>
        <w:spacing w:before="0" w:after="60"/>
        <w:jc w:val="both"/>
      </w:pPr>
      <w:r>
        <w:rPr>
          <w:rtl/>
        </w:rPr>
        <w:t>א. יצחק רבין היה ראש __________ ישראל.</w:t>
      </w:r>
    </w:p>
    <w:p>
      <w:pPr>
        <w:bidi/>
        <w:spacing w:before="0" w:after="60"/>
        <w:jc w:val="both"/>
      </w:pPr>
      <w:r>
        <w:rPr>
          <w:rtl/>
        </w:rPr>
        <w:t>ב. יום הזיכרון ליצחק רבין חל בי"ב ב__________.</w:t>
      </w:r>
    </w:p>
    <w:p>
      <w:pPr>
        <w:bidi/>
        <w:spacing w:before="0" w:after="60"/>
        <w:jc w:val="both"/>
      </w:pPr>
      <w:r>
        <w:rPr>
          <w:rtl/>
        </w:rPr>
        <w:t>ג. כשלא מסכימים, מתווכחים ב__________ ולא במכות.</w:t>
      </w:r>
    </w:p>
    <w:p>
      <w:pPr>
        <w:bidi/>
        <w:spacing w:before="0" w:after="60"/>
        <w:jc w:val="both"/>
      </w:pPr>
      <w:r>
        <w:rPr>
          <w:rtl/>
        </w:rPr>
        <w:t>ד. בבחירות כל אזרח יכול ל__________.</w:t>
      </w:r>
    </w:p>
    <w:p>
      <w:pPr>
        <w:bidi/>
        <w:spacing w:before="0" w:after="60"/>
        <w:jc w:val="both"/>
      </w:pPr>
      <w:r>
        <w:rPr>
          <w:rtl/>
        </w:rPr>
        <w:t>ה. הכיכר בתל אביב נקראת היום «כיכר __________».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מחלוקת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לכבד גם את מי שחושב אחרת ממני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הידברות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פגיעה בגוף או במילים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סובלנות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שיחה שבה מקשיבים ומחפשים פתרון יחד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דמוקרטיה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מצב שבו אנשים חושבים דברים שונים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אלימות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שלטון שבו העם בוחר והרוב מחליט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השלימו: מה לא כדאי לעשות, ומה אפשר לעשות במקום?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לא כדאי לעשות?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פתרון בדרכי שלום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ילדים רוצים את אותו הכדור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אומר שהקבוצה שלי גרועה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הכיתה לא מסכימה לאן לצאת לטיול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60"/>
        <w:jc w:val="both"/>
      </w:pPr>
      <w:r>
        <w:rPr>
          <w:rtl/>
        </w:rPr>
        <w:t>א. מותר לא להסכים עם חבר.      נכון / לא נכון</w:t>
      </w:r>
    </w:p>
    <w:p>
      <w:pPr>
        <w:bidi/>
        <w:spacing w:before="0" w:after="60"/>
        <w:jc w:val="both"/>
      </w:pPr>
      <w:r>
        <w:rPr>
          <w:rtl/>
        </w:rPr>
        <w:t>ב. בוויכוח מותר להעליב, אם צודקים.      נכון / לא נכון</w:t>
      </w:r>
    </w:p>
    <w:p>
      <w:pPr>
        <w:bidi/>
        <w:spacing w:before="0" w:after="60"/>
        <w:jc w:val="both"/>
      </w:pPr>
      <w:r>
        <w:rPr>
          <w:rtl/>
        </w:rPr>
        <w:t>ג. יצחק רבין היה ראש ממשלת ישראל.      נכון / לא נכון</w:t>
      </w:r>
    </w:p>
    <w:p>
      <w:pPr>
        <w:bidi/>
        <w:spacing w:before="0" w:after="60"/>
        <w:jc w:val="both"/>
      </w:pPr>
      <w:r>
        <w:rPr>
          <w:rtl/>
        </w:rPr>
        <w:t>ד. בדמוקרטיה רק אדם אחד מחליט על הכול.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הצעד הראשון כשמתחיל ריב?</w:t>
      </w:r>
    </w:p>
    <w:p>
      <w:pPr>
        <w:bidi/>
        <w:spacing w:before="0" w:after="80"/>
        <w:jc w:val="both"/>
      </w:pPr>
      <w:r>
        <w:rPr>
          <w:rtl/>
        </w:rPr>
        <w:t xml:space="preserve">   ○ לצעוק חזק יותר      ○ לעצור ולהירגע      ○ ללכת להתלונן מיד</w:t>
      </w:r>
    </w:p>
    <w:p>
      <w:pPr>
        <w:bidi/>
        <w:spacing w:before="0" w:after="20"/>
        <w:jc w:val="both"/>
      </w:pPr>
      <w:r>
        <w:rPr>
          <w:rtl/>
        </w:rPr>
        <w:t>ב. מה פירוש «סובלנות»?</w:t>
      </w:r>
    </w:p>
    <w:p>
      <w:pPr>
        <w:bidi/>
        <w:spacing w:before="0" w:after="80"/>
        <w:jc w:val="both"/>
      </w:pPr>
      <w:r>
        <w:rPr>
          <w:rtl/>
        </w:rPr>
        <w:t xml:space="preserve">   ○ לכבד גם מי שחושב אחרת      ○ להסכים תמיד עם כולם      ○ לא לדבר עם אף אחד</w:t>
      </w:r>
    </w:p>
    <w:p>
      <w:pPr>
        <w:bidi/>
        <w:spacing w:before="0" w:after="20"/>
        <w:jc w:val="both"/>
      </w:pPr>
      <w:r>
        <w:rPr>
          <w:rtl/>
        </w:rPr>
        <w:t>ג. מתי חל יום הזיכרון ליצחק רבין?</w:t>
      </w:r>
    </w:p>
    <w:p>
      <w:pPr>
        <w:bidi/>
        <w:spacing w:before="0" w:after="80"/>
        <w:jc w:val="both"/>
      </w:pPr>
      <w:r>
        <w:rPr>
          <w:rtl/>
        </w:rPr>
        <w:t xml:space="preserve">   ○ בי"ב בחשוון      ○ בכ"ה בכסלו      ○ בה' באייר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מה עוזר לפתור מחלוקת בשלום, ומה מזיק?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להקשיב עד הסוף  |  לצעוק  |  להציע פתרון  |  להעליב  |  לבקש עזרה ממבוגר  |  לדחוף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עוזר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מזיק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משפט כתבו: «מילים מכבדות» או «מילים פוגעות».</w:t>
      </w:r>
    </w:p>
    <w:p>
      <w:pPr>
        <w:bidi/>
        <w:spacing w:before="0" w:after="100"/>
        <w:jc w:val="both"/>
      </w:pPr>
      <w:r>
        <w:rPr>
          <w:rtl/>
        </w:rPr>
        <w:t>א. «אתה לא מבין כלום!»</w:t>
      </w:r>
    </w:p>
    <w:p>
      <w:pPr>
        <w:bidi/>
        <w:spacing w:before="0" w:after="100"/>
        <w:jc w:val="both"/>
      </w:pPr>
      <w:r>
        <w:rPr>
          <w:rtl/>
        </w:rPr>
        <w:t>ב. «אני חושב אחרת, אפשר להסביר לך למה?»</w:t>
      </w:r>
    </w:p>
    <w:p>
      <w:pPr>
        <w:bidi/>
        <w:spacing w:before="0" w:after="100"/>
        <w:jc w:val="both"/>
      </w:pPr>
      <w:r>
        <w:rPr>
          <w:rtl/>
        </w:rPr>
        <w:t>ג. «רק טיפשים חושבים ככה.»</w:t>
      </w:r>
    </w:p>
    <w:p>
      <w:pPr>
        <w:bidi/>
        <w:spacing w:before="0" w:after="100"/>
        <w:jc w:val="both"/>
      </w:pPr>
      <w:r>
        <w:rPr>
          <w:rtl/>
        </w:rPr>
        <w:t>ד. «בוא ננסה לחשוב יחד על פתרון.»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60"/>
        <w:jc w:val="both"/>
      </w:pPr>
      <w:r>
        <w:rPr>
          <w:rtl/>
        </w:rPr>
        <w:t>א. יצחק רבין נרצח בסוף עצרת למען ה__________.</w:t>
      </w:r>
    </w:p>
    <w:p>
      <w:pPr>
        <w:bidi/>
        <w:spacing w:before="0" w:after="60"/>
        <w:jc w:val="both"/>
      </w:pPr>
      <w:r>
        <w:rPr>
          <w:rtl/>
        </w:rPr>
        <w:t>ב. בדמוקרטיה ה__________ מחליט.</w:t>
      </w:r>
    </w:p>
    <w:p>
      <w:pPr>
        <w:bidi/>
        <w:spacing w:before="0" w:after="60"/>
        <w:jc w:val="both"/>
      </w:pPr>
      <w:r>
        <w:rPr>
          <w:rtl/>
        </w:rPr>
        <w:t>ג. שיחה שבה מקשיבים ומחפשים פתרון נקראת __________.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לאן נצא?</w:t>
      </w:r>
    </w:p>
    <w:p>
      <w:pPr>
        <w:bidi/>
        <w:spacing w:before="0" w:after="80"/>
        <w:jc w:val="both"/>
      </w:pPr>
      <w:r>
        <w:rPr>
          <w:rtl/>
        </w:rPr>
        <w:t>בכיתה ג'2 התכוננו לטיול. יואב רצה לנסוע לחוף הים, ונועה רצתה לטייל בגן החיות. הוויכוח התחיל להתחמם, וכמה ילדים כבר הרימו את הקול.</w:t>
      </w:r>
    </w:p>
    <w:p>
      <w:pPr>
        <w:bidi/>
        <w:spacing w:before="0" w:after="80"/>
        <w:jc w:val="both"/>
      </w:pPr>
      <w:r>
        <w:rPr>
          <w:rtl/>
        </w:rPr>
        <w:t>המורה עצרה את השיחה: «בואו נקשיב. כל מי שיש לו רעיון יסביר אותו בשקט, ואחר כך נצביע». יואב סיפר על הגלים ועל בניית ארמונות חול. נועה סיפרה על הפילים ועל הג'ירפות.</w:t>
      </w:r>
    </w:p>
    <w:p>
      <w:pPr>
        <w:bidi/>
        <w:spacing w:before="0" w:after="80"/>
        <w:jc w:val="both"/>
      </w:pPr>
      <w:r>
        <w:rPr>
          <w:rtl/>
        </w:rPr>
        <w:t>בהצבעה זכה גן החיות. יואב היה קצת מאוכזב, אבל אמר: «הוחלט – אז נהנה ביחד». נועה הציעה: «בהפסקה נבנה ארמון חול בארגז החול של בית הספר». כולם צחקו והסכימו.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«לאן נצא?».</w:t>
      </w:r>
    </w:p>
    <w:p>
      <w:pPr>
        <w:bidi/>
        <w:spacing w:before="0" w:after="20"/>
        <w:jc w:val="both"/>
      </w:pPr>
      <w:r>
        <w:rPr>
          <w:rtl/>
        </w:rPr>
        <w:t>א. מה הציעה המורה כשהוויכוח התחמם?</w:t>
      </w:r>
    </w:p>
    <w:p>
      <w:pPr>
        <w:bidi/>
        <w:spacing w:before="0" w:after="80"/>
        <w:jc w:val="both"/>
      </w:pPr>
      <w:r>
        <w:rPr>
          <w:rtl/>
        </w:rPr>
        <w:t xml:space="preserve">   ○ לבטל את הטיול      ○ להקשיב, להסביר ולהצביע      ○ לשלוח את הילדים הביתה</w:t>
      </w:r>
    </w:p>
    <w:p>
      <w:pPr>
        <w:bidi/>
        <w:spacing w:before="0" w:after="20"/>
        <w:jc w:val="both"/>
      </w:pPr>
      <w:r>
        <w:rPr>
          <w:rtl/>
        </w:rPr>
        <w:t>ב. איזה רעיון זכה בהצבעה?</w:t>
      </w:r>
    </w:p>
    <w:p>
      <w:pPr>
        <w:bidi/>
        <w:spacing w:before="0" w:after="80"/>
        <w:jc w:val="both"/>
      </w:pPr>
      <w:r>
        <w:rPr>
          <w:rtl/>
        </w:rPr>
        <w:t xml:space="preserve">   ○ חוף הים      ○ גן החיות      ○ הפארק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איך הראה יואב שהוא מכבד את ההחלטה, ואיך הראתה נועה שהיא מתחשבת בו?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אילו חבר טוב היה כועס עליכם בגלל מחלוקת במשחק? כתבו שני צעדים.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עצבו כרזה לכיתה: «מתווכחים בכבוד». ציירו וכתבו בה שלושה כללים.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חכמים סיפרו שבית הלל ובית שמאי חלקו זה על זה הרבה, ובכל זאת אמרו על שניהם: «אלו ואלו דברי אלוהים חיים». מה אפשר ללמוד מכך על מחלוקת?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גזרו את הכרטיסים, והדביקו כל התנהגות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מחלוקת בדרכי שלום 👍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לא בדרכי שלום 👎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מתחו קו מכל מושג אל ההסבר שלו.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מחלוקת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כשאנשים חושבים דברים שונים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הידברות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כל אזרח מצביע בפתק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דמוקרטיה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העם בוחר את מי שינהיג אותו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בחירות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מדברים ומקשיבים כדי להבין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יום הזיכרון ליצחק רבין: הידברות ומחלוקת בדרכי שלום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15.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מקשיבים עד הסוף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מאיימים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צועקים ומעליבים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מכבדים דעה אחרת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לא נותנים לאחר לדבר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מצביעים בבחירות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מרביצים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מדברים בנימוס</w:t>
            </w: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יום הזיכרון ליצחק רבין: הידברות ומחלוקת בדרכי שלום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את המילה המתאימה מן המחסן.</w:t>
      </w:r>
    </w:p>
    <w:p>
      <w:pPr>
        <w:bidi/>
        <w:spacing w:before="0" w:after="40"/>
        <w:jc w:val="both"/>
      </w:pPr>
      <w:r>
        <w:rPr>
          <w:rtl/>
        </w:rPr>
        <w:t>א. יצחק רבין היה ראש ממשלת ישראל.</w:t>
      </w:r>
    </w:p>
    <w:p>
      <w:pPr>
        <w:bidi/>
        <w:spacing w:before="0" w:after="40"/>
        <w:jc w:val="both"/>
      </w:pPr>
      <w:r>
        <w:rPr>
          <w:rtl/>
        </w:rPr>
        <w:t>ב. יום הזיכרון ליצחק רבין חל בי"ב בחשוון.</w:t>
      </w:r>
    </w:p>
    <w:p>
      <w:pPr>
        <w:bidi/>
        <w:spacing w:before="0" w:after="40"/>
        <w:jc w:val="both"/>
      </w:pPr>
      <w:r>
        <w:rPr>
          <w:rtl/>
        </w:rPr>
        <w:t>ג. כשלא מסכימים, מתווכחים במילים ולא במכות.</w:t>
      </w:r>
    </w:p>
    <w:p>
      <w:pPr>
        <w:bidi/>
        <w:spacing w:before="0" w:after="40"/>
        <w:jc w:val="both"/>
      </w:pPr>
      <w:r>
        <w:rPr>
          <w:rtl/>
        </w:rPr>
        <w:t>ד. בבחירות כל אזרח יכול להצביע.</w:t>
      </w:r>
    </w:p>
    <w:p>
      <w:pPr>
        <w:bidi/>
        <w:spacing w:before="0" w:after="40"/>
        <w:jc w:val="both"/>
      </w:pPr>
      <w:r>
        <w:rPr>
          <w:rtl/>
        </w:rPr>
        <w:t>ה. הכיכר בתל אביב נקראת היום «כיכר רבין».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לכל מושג את ההסבר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מחלוקת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לכבד גם את מי שחושב אחרת ממני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הידברות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פגיעה בגוף או במילים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סובלנות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שיחה שבה מקשיבים ומחפשים פתרון יחד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דמוקרטיה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מצב שבו אנשים חושבים דברים שונים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אלימות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שלטון שבו העם בוחר והרוב מחליט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השלימו: מה לא כדאי לעשות, ומה אפשר לעשות במקום?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מצב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לא כדאי לעשות?</w:t>
            </w:r>
          </w:p>
        </w:tc>
        <w:tc>
          <w:tcPr>
            <w:tcW w:type="dxa" w:w="3326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פתרון בדרכי שלום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 ילדים רוצים את אותו הכדור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לחטוף ולדחוף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לשחק יחד או בתורות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חבר אומר שהקבוצה שלי גרועה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להעליב אותו בחזרה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לומר בנימוס שאני חושב אחרת ולהסביר למה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הכיתה לא מסכימה לאן לצאת לטיול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לצעוק ולריב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לשמוע את כל ההצעות ולהצביע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נכון או לא נכון? תקנו את המשפטים הלא נכונים.</w:t>
      </w:r>
    </w:p>
    <w:p>
      <w:pPr>
        <w:bidi/>
        <w:spacing w:before="0" w:after="40"/>
        <w:jc w:val="both"/>
      </w:pPr>
      <w:r>
        <w:rPr>
          <w:rtl/>
        </w:rPr>
        <w:t>א. מותר לא להסכים עם חבר. – נכון</w:t>
      </w:r>
    </w:p>
    <w:p>
      <w:pPr>
        <w:bidi/>
        <w:spacing w:before="0" w:after="40"/>
        <w:jc w:val="both"/>
      </w:pPr>
      <w:r>
        <w:rPr>
          <w:rtl/>
        </w:rPr>
        <w:t>ב. בוויכוח מותר להעליב, אם צודקים. – לא נכון – גם כשצודקים מתווכחים בכבוד ובלי להעליב</w:t>
      </w:r>
    </w:p>
    <w:p>
      <w:pPr>
        <w:bidi/>
        <w:spacing w:before="0" w:after="40"/>
        <w:jc w:val="both"/>
      </w:pPr>
      <w:r>
        <w:rPr>
          <w:rtl/>
        </w:rPr>
        <w:t>ג. יצחק רבין היה ראש ממשלת ישראל. – נכון</w:t>
      </w:r>
    </w:p>
    <w:p>
      <w:pPr>
        <w:bidi/>
        <w:spacing w:before="0" w:after="40"/>
        <w:jc w:val="both"/>
      </w:pPr>
      <w:r>
        <w:rPr>
          <w:rtl/>
        </w:rPr>
        <w:t>ד. בדמוקרטיה רק אדם אחד מחליט על הכול. – לא נכון – בדמוקרטיה העם בוחר, והרוב מחליט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מה הצעד הראשון כשמתחיל ריב?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לעצור ולהירגע</w:t>
      </w:r>
    </w:p>
    <w:p>
      <w:pPr>
        <w:bidi/>
        <w:spacing w:before="0" w:after="20"/>
        <w:jc w:val="both"/>
      </w:pPr>
      <w:r>
        <w:rPr>
          <w:rtl/>
        </w:rPr>
        <w:t>ב. מה פירוש «סובלנות»?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לכבד גם מי שחושב אחרת</w:t>
      </w:r>
    </w:p>
    <w:p>
      <w:pPr>
        <w:bidi/>
        <w:spacing w:before="0" w:after="20"/>
        <w:jc w:val="both"/>
      </w:pPr>
      <w:r>
        <w:rPr>
          <w:rtl/>
        </w:rPr>
        <w:t>ג. מתי חל יום הזיכרון ליצחק רבין?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בי"ב בחשוון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מיינו: מה עוזר לפתור מחלוקת בשלום, ומה מזיק?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עוזר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מזיק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להקשיב עד הסוף, להציע פתרון, לבקש עזרה ממבוגר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לצעוק, להעליב, לדחוף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משפט כתבו: «מילים מכבדות» או «מילים פוגעות».</w:t>
      </w:r>
    </w:p>
    <w:p>
      <w:pPr>
        <w:bidi/>
        <w:spacing w:before="0" w:after="100"/>
        <w:jc w:val="both"/>
      </w:pPr>
      <w:r>
        <w:rPr>
          <w:rtl/>
        </w:rPr>
        <w:t>א. «אתה לא מבין כלום!»  ← מילים פוגעות</w:t>
      </w:r>
    </w:p>
    <w:p>
      <w:pPr>
        <w:bidi/>
        <w:spacing w:before="0" w:after="100"/>
        <w:jc w:val="both"/>
      </w:pPr>
      <w:r>
        <w:rPr>
          <w:rtl/>
        </w:rPr>
        <w:t>ב. «אני חושב אחרת, אפשר להסביר לך למה?»  ← מילים מכבדות</w:t>
      </w:r>
    </w:p>
    <w:p>
      <w:pPr>
        <w:bidi/>
        <w:spacing w:before="0" w:after="100"/>
        <w:jc w:val="both"/>
      </w:pPr>
      <w:r>
        <w:rPr>
          <w:rtl/>
        </w:rPr>
        <w:t>ג. «רק טיפשים חושבים ככה.»  ← מילים פוגעות</w:t>
      </w:r>
    </w:p>
    <w:p>
      <w:pPr>
        <w:bidi/>
        <w:spacing w:before="0" w:after="100"/>
        <w:jc w:val="both"/>
      </w:pPr>
      <w:r>
        <w:rPr>
          <w:rtl/>
        </w:rPr>
        <w:t>ד. «בוא ננסה לחשוב יחד על פתרון.»  ← מילים מכבדות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השלימו.</w:t>
      </w:r>
    </w:p>
    <w:p>
      <w:pPr>
        <w:bidi/>
        <w:spacing w:before="0" w:after="40"/>
        <w:jc w:val="both"/>
      </w:pPr>
      <w:r>
        <w:rPr>
          <w:rtl/>
        </w:rPr>
        <w:t>א. יצחק רבין נרצח בסוף עצרת למען השלום.</w:t>
      </w:r>
    </w:p>
    <w:p>
      <w:pPr>
        <w:bidi/>
        <w:spacing w:before="0" w:after="40"/>
        <w:jc w:val="both"/>
      </w:pPr>
      <w:r>
        <w:rPr>
          <w:rtl/>
        </w:rPr>
        <w:t>ב. בדמוקרטיה הרוב מחליט.</w:t>
      </w:r>
    </w:p>
    <w:p>
      <w:pPr>
        <w:bidi/>
        <w:spacing w:before="0" w:after="40"/>
        <w:jc w:val="both"/>
      </w:pPr>
      <w:r>
        <w:rPr>
          <w:rtl/>
        </w:rPr>
        <w:t>ג. שיחה שבה מקשיבים ומחפשים פתרון נקראת הידברות.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ענו לפי הסיפור «לאן נצא?».</w:t>
      </w:r>
    </w:p>
    <w:p>
      <w:pPr>
        <w:bidi/>
        <w:spacing w:before="0" w:after="20"/>
        <w:jc w:val="both"/>
      </w:pPr>
      <w:r>
        <w:rPr>
          <w:rtl/>
        </w:rPr>
        <w:t>א. מה הציעה המורה כשהוויכוח התחמם?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להקשיב, להסביר ולהצביע</w:t>
      </w:r>
    </w:p>
    <w:p>
      <w:pPr>
        <w:bidi/>
        <w:spacing w:before="0" w:after="20"/>
        <w:jc w:val="both"/>
      </w:pPr>
      <w:r>
        <w:rPr>
          <w:rtl/>
        </w:rPr>
        <w:t>ב. איזה רעיון זכה בהצבעה?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גן החיות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איך הראה יואב שהוא מכבד את ההחלטה, ואיך הראתה נועה שהיא מתחשבת בו?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יואב קיבל את תוצאות ההצבעה ואמר שיהנו ביחד; נועה הציעה לבנות ארמון חול בהפסקה, כדי שגם הרעיון שלו יתקיים קצת.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מה הייתם עושים אילו חבר טוב היה כועס עליכם בגלל מחלוקת במשחק? כתבו שני צעדים.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תשובה אישית עם שני צעדים של הידברות, למשל: הייתי נרגע ומקשיב לו, ואחר כך מציע פתרון ששנינו מסכימים עליו.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עצבו כרזה לכיתה: «מתווכחים בכבוד». ציירו וכתבו בה שלושה כללים.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כרזה עם שלושה כללים, למשל: מקשיבים עד הסוף; לא מעליבים; מחפשים פתרון יחד.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אתגר: חכמים סיפרו שבית הלל ובית שמאי חלקו זה על זה הרבה, ובכל זאת אמרו על שניהם: «אלו ואלו דברי אלוהים חיים». מה אפשר ללמוד מכך על מחלוקת?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שגם כשחושבים אחרת, בדעה של השני יכול להיות משהו נכון וחשוב. אפשר לחלוק ועדיין לכבד זה את זה.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גזרו את הכרטיסים, והדביקו כל התנהגות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מחלוקת בדרכי שלום 👍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לא בדרכי שלום 👎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מקשיבים עד הסוף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מדברים בנימוס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צועקים ומעליבים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מאיימים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מכבדים דעה אחרת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מצביעים בבחירות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מרביצים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לא נותנים לאחר לדבר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16. מתחו קו מכל מושג אל ההסבר שלו.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מחלוקת  ←  א. כשאנשים חושבים דברים שונים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הידברות  ←  ד. מדברים ומקשיבים כדי להבין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דמוקרטיה  ←  ג. העם בוחר את מי שינהיג אותו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בחירות  ←  ב. כל אזרח מצביע בפתק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