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חנוכה: חג האורים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חנוכה – הסיפור, הנס והמנהגים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3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מה קרה?</w:t>
      </w:r>
    </w:p>
    <w:p>
      <w:pPr>
        <w:bidi/>
        <w:spacing w:before="0" w:after="20"/>
        <w:jc w:val="both"/>
      </w:pPr>
      <w:r>
        <w:rPr>
          <w:rtl/>
        </w:rPr>
        <w:t>1. אנטיוכוס אסר לשמור מצוות וטימא את בית המקדש.</w:t>
      </w:r>
    </w:p>
    <w:p>
      <w:pPr>
        <w:bidi/>
        <w:spacing w:before="0" w:after="20"/>
        <w:jc w:val="both"/>
      </w:pPr>
      <w:r>
        <w:rPr>
          <w:rtl/>
        </w:rPr>
        <w:t>2. המכבים, בהנהגת יהודה המכבי, ניצחו וחנכו את המקדש מחדש.</w:t>
      </w:r>
    </w:p>
    <w:p>
      <w:pPr>
        <w:bidi/>
        <w:spacing w:before="0" w:after="20"/>
        <w:jc w:val="both"/>
      </w:pPr>
      <w:r>
        <w:rPr>
          <w:rtl/>
        </w:rPr>
        <w:t>3. נס פך השמן: שמן ליום אחד דלק שמונה ימים.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מנהגים וסמלים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הסבר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חנוכייה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מוסיפים נר בכל ערב, ועוד השמש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סביבון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 ג ה פ – «נס גדול היה פה»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לביבות וסופגניות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מטוגנים בשמן, לזכר נס השמן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דמי חנוכה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מתנה קטנה לילדים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ערכים</w:t>
      </w:r>
    </w:p>
    <w:p>
      <w:pPr>
        <w:bidi/>
        <w:spacing w:before="0" w:after="20"/>
        <w:jc w:val="both"/>
      </w:pPr>
      <w:r>
        <w:rPr>
          <w:rtl/>
        </w:rPr>
        <w:t>1. אומץ – מעטים מול רבים.</w:t>
      </w:r>
    </w:p>
    <w:p>
      <w:pPr>
        <w:bidi/>
        <w:spacing w:before="0" w:after="20"/>
        <w:jc w:val="both"/>
      </w:pPr>
      <w:r>
        <w:rPr>
          <w:rtl/>
        </w:rPr>
        <w:t>2. חופש לשמור על המנהגים והאמונה.</w:t>
      </w:r>
    </w:p>
    <w:p>
      <w:pPr>
        <w:bidi/>
        <w:spacing w:before="0" w:after="20"/>
        <w:jc w:val="both"/>
      </w:pPr>
      <w:r>
        <w:rPr>
          <w:rtl/>
        </w:rPr>
        <w:t>3. אור – מפיצים אותו החוצה, לכולם.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חנוכה: כ"ה בכסלו, שמונה ימים. בכל ערב מוסיפים נר אחד, ותמיד מדליקים גם את השמש.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בערב הרביעי של חנוכה מדליקים ___ נרות כולל השמש.</w:t>
      </w:r>
    </w:p>
    <w:p>
      <w:pPr>
        <w:bidi/>
        <w:spacing w:before="0" w:after="20"/>
        <w:jc w:val="both"/>
      </w:pPr>
      <w:r>
        <w:rPr>
          <w:rtl/>
        </w:rPr>
        <w:t>1. בערב הרביעי מדליקים ארבעה נרות.</w:t>
      </w:r>
    </w:p>
    <w:p>
      <w:pPr>
        <w:bidi/>
        <w:spacing w:before="0" w:after="20"/>
        <w:jc w:val="both"/>
      </w:pPr>
      <w:r>
        <w:rPr>
          <w:rtl/>
        </w:rPr>
        <w:t>2. מוסיפים את השמש: ‪4 + 1 = 5‬.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5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השלימו. היעזרו בדף הסיכום:</w:t>
      </w:r>
    </w:p>
    <w:p>
      <w:pPr>
        <w:bidi/>
        <w:spacing w:before="0" w:after="60"/>
        <w:jc w:val="both"/>
      </w:pPr>
      <w:r>
        <w:rPr>
          <w:rtl/>
        </w:rPr>
        <w:t>א. חנוכה מתחיל בכ"ה ב__________.</w:t>
      </w:r>
    </w:p>
    <w:p>
      <w:pPr>
        <w:bidi/>
        <w:spacing w:before="0" w:after="60"/>
        <w:jc w:val="both"/>
      </w:pPr>
      <w:r>
        <w:rPr>
          <w:rtl/>
        </w:rPr>
        <w:t>ב. חנוכה נמשך __________ ימים.</w:t>
      </w:r>
    </w:p>
    <w:p>
      <w:pPr>
        <w:bidi/>
        <w:spacing w:before="0" w:after="60"/>
        <w:jc w:val="both"/>
      </w:pPr>
      <w:r>
        <w:rPr>
          <w:rtl/>
        </w:rPr>
        <w:t>ג. הנר שבעזרתו מדליקים את שאר הנרות נקרא __________.</w:t>
      </w:r>
    </w:p>
    <w:p>
      <w:pPr>
        <w:bidi/>
        <w:spacing w:before="0" w:after="60"/>
        <w:jc w:val="both"/>
      </w:pPr>
      <w:r>
        <w:rPr>
          <w:rtl/>
        </w:rPr>
        <w:t>ד. על הסביבון בישראל כתוב: «נס גדול היה __________».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כסלו · ב. שמונה · ג. שמש · ד. פה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