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חנוכה: חג האורים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חנוכייה  |  שמן  |  אנטיוכוס  |  סופגניות  |  יהודה</w:t>
      </w:r>
    </w:p>
    <w:p>
      <w:pPr>
        <w:bidi/>
        <w:spacing w:before="0" w:after="60"/>
        <w:jc w:val="both"/>
      </w:pPr>
      <w:r>
        <w:rPr>
          <w:rtl/>
        </w:rPr>
        <w:t>א. המלך היווני __________ אסר לשמור את מצוות התורה.</w:t>
      </w:r>
    </w:p>
    <w:p>
      <w:pPr>
        <w:bidi/>
        <w:spacing w:before="0" w:after="60"/>
        <w:jc w:val="both"/>
      </w:pPr>
      <w:r>
        <w:rPr>
          <w:rtl/>
        </w:rPr>
        <w:t>ב. את המכבים הנהיג __________ המכבי.</w:t>
      </w:r>
    </w:p>
    <w:p>
      <w:pPr>
        <w:bidi/>
        <w:spacing w:before="0" w:after="60"/>
        <w:jc w:val="both"/>
      </w:pPr>
      <w:r>
        <w:rPr>
          <w:rtl/>
        </w:rPr>
        <w:t>ג. בבית המקדש מצאו פך אחד של __________ טהור.</w:t>
      </w:r>
    </w:p>
    <w:p>
      <w:pPr>
        <w:bidi/>
        <w:spacing w:before="0" w:after="60"/>
        <w:jc w:val="both"/>
      </w:pPr>
      <w:r>
        <w:rPr>
          <w:rtl/>
        </w:rPr>
        <w:t>ד. בכל ערב מדליקים נרות ב__________.</w:t>
      </w:r>
    </w:p>
    <w:p>
      <w:pPr>
        <w:bidi/>
        <w:spacing w:before="0" w:after="60"/>
        <w:jc w:val="both"/>
      </w:pPr>
      <w:r>
        <w:rPr>
          <w:rtl/>
        </w:rPr>
        <w:t>ה. בחנוכה אוכלים __________ מטוגנות בשמן.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מושג את ההסבר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שמש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משחק שמסובבים, ועליו ארבע אותיות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פך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כד קטן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מכבים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הלוחמים בהנהגת יהודה המכבי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חנוכת המקדש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טיהור בית המקדש והתחלת העבודה בו מחדש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סביבון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הנר שבעזרתו מדליקים את שאר הנרות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השלימו: כמה נרות מדליקים בכל ערב?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ערב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נרות החג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נרות כולל השמש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שלישי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חמישי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שמיני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חנוכה מתחיל בכ"ה בכסלו.      נכון / לא נכון</w:t>
      </w:r>
    </w:p>
    <w:p>
      <w:pPr>
        <w:bidi/>
        <w:spacing w:before="0" w:after="60"/>
        <w:jc w:val="both"/>
      </w:pPr>
      <w:r>
        <w:rPr>
          <w:rtl/>
        </w:rPr>
        <w:t>ב. חנוכה נמשך שבעה ימים.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בכל ערב מוסיפים נר אחד בחנוכייה.      נכון / לא נכון</w:t>
      </w:r>
    </w:p>
    <w:p>
      <w:pPr>
        <w:bidi/>
        <w:spacing w:before="0" w:after="60"/>
        <w:jc w:val="both"/>
      </w:pPr>
      <w:r>
        <w:rPr>
          <w:rtl/>
        </w:rPr>
        <w:t>ד. על הסביבון בישראל כתוב: «נס גדול היה שם».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מדוע אוכלים בחנוכה מאכלים מטוגנים?</w:t>
      </w:r>
    </w:p>
    <w:p>
      <w:pPr>
        <w:bidi/>
        <w:spacing w:before="0" w:after="80"/>
        <w:jc w:val="both"/>
      </w:pPr>
      <w:r>
        <w:rPr>
          <w:rtl/>
        </w:rPr>
        <w:t xml:space="preserve">   ○ כי חורף בחוץ      ○ לזכר נס פך השמן      ○ כי כך ציווה אנטיוכוס</w:t>
      </w:r>
    </w:p>
    <w:p>
      <w:pPr>
        <w:bidi/>
        <w:spacing w:before="0" w:after="20"/>
        <w:jc w:val="both"/>
      </w:pPr>
      <w:r>
        <w:rPr>
          <w:rtl/>
        </w:rPr>
        <w:t>ב. איפה נוהגים להעמיד את החנוכייה?</w:t>
      </w:r>
    </w:p>
    <w:p>
      <w:pPr>
        <w:bidi/>
        <w:spacing w:before="0" w:after="80"/>
        <w:jc w:val="both"/>
      </w:pPr>
      <w:r>
        <w:rPr>
          <w:rtl/>
        </w:rPr>
        <w:t xml:space="preserve">   ○ ליד החלון או הפתח      ○ במקרר      ○ בארון</w:t>
      </w:r>
    </w:p>
    <w:p>
      <w:pPr>
        <w:bidi/>
        <w:spacing w:before="0" w:after="20"/>
        <w:jc w:val="both"/>
      </w:pPr>
      <w:r>
        <w:rPr>
          <w:rtl/>
        </w:rPr>
        <w:t>ג. מה פירוש השם «חנוכה»?</w:t>
      </w:r>
    </w:p>
    <w:p>
      <w:pPr>
        <w:bidi/>
        <w:spacing w:before="0" w:after="80"/>
        <w:jc w:val="both"/>
      </w:pPr>
      <w:r>
        <w:rPr>
          <w:rtl/>
        </w:rPr>
        <w:t xml:space="preserve">   ○ חנוכת בית המקדש מחדש      ○ חנות של נרות      ○ חג של חורף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המילים לפי החג.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חנוכייה  |  סביבון  |  לביבות  |  משלוח מנות  |  מגילת אסתר  |  רעשן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חנוכה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מה מסמלת כל אות על הסביבון בישראל.</w:t>
      </w:r>
    </w:p>
    <w:p>
      <w:pPr>
        <w:bidi/>
        <w:spacing w:before="0" w:after="100"/>
        <w:jc w:val="both"/>
      </w:pPr>
      <w:r>
        <w:rPr>
          <w:rtl/>
        </w:rPr>
        <w:t>א. נ</w:t>
      </w:r>
    </w:p>
    <w:p>
      <w:pPr>
        <w:bidi/>
        <w:spacing w:before="0" w:after="100"/>
        <w:jc w:val="both"/>
      </w:pPr>
      <w:r>
        <w:rPr>
          <w:rtl/>
        </w:rPr>
        <w:t>ב. ג</w:t>
      </w:r>
    </w:p>
    <w:p>
      <w:pPr>
        <w:bidi/>
        <w:spacing w:before="0" w:after="100"/>
        <w:jc w:val="both"/>
      </w:pPr>
      <w:r>
        <w:rPr>
          <w:rtl/>
        </w:rPr>
        <w:t>ג. ה</w:t>
      </w:r>
    </w:p>
    <w:p>
      <w:pPr>
        <w:bidi/>
        <w:spacing w:before="0" w:after="100"/>
        <w:jc w:val="both"/>
      </w:pPr>
      <w:r>
        <w:rPr>
          <w:rtl/>
        </w:rPr>
        <w:t>ד. פ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השלימו.</w:t>
      </w:r>
    </w:p>
    <w:p>
      <w:pPr>
        <w:bidi/>
        <w:spacing w:before="0" w:after="60"/>
        <w:jc w:val="both"/>
      </w:pPr>
      <w:r>
        <w:rPr>
          <w:rtl/>
        </w:rPr>
        <w:t>א. השם «חנוכה» בא מ«__________ בית המקדש».</w:t>
      </w:r>
    </w:p>
    <w:p>
      <w:pPr>
        <w:bidi/>
        <w:spacing w:before="0" w:after="60"/>
        <w:jc w:val="both"/>
      </w:pPr>
      <w:r>
        <w:rPr>
          <w:rtl/>
        </w:rPr>
        <w:t>ב. השמן הספיק ליום אחד, אבל דלק __________ ימים.</w:t>
      </w:r>
    </w:p>
    <w:p>
      <w:pPr>
        <w:bidi/>
        <w:spacing w:before="0" w:after="60"/>
        <w:jc w:val="both"/>
      </w:pPr>
      <w:r>
        <w:rPr>
          <w:rtl/>
        </w:rPr>
        <w:t>ג. בערב הראשון מדליקים נר __________ ועוד השמש.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החנוכייה של דניאל</w:t>
      </w:r>
    </w:p>
    <w:p>
      <w:pPr>
        <w:bidi/>
        <w:spacing w:before="0" w:after="80"/>
        <w:jc w:val="both"/>
      </w:pPr>
      <w:r>
        <w:rPr>
          <w:rtl/>
        </w:rPr>
        <w:t>השנה החליט דניאל להכין חנוכייה בעצמו. הוא אסף שמונה פקקים של בקבוקים, הדביק אותם בשורה ישרה על קרש, והוסיף פקק אחד גבוה יותר בצד – מקום לשמש.</w:t>
      </w:r>
    </w:p>
    <w:p>
      <w:pPr>
        <w:bidi/>
        <w:spacing w:before="0" w:after="80"/>
        <w:jc w:val="both"/>
      </w:pPr>
      <w:r>
        <w:rPr>
          <w:rtl/>
        </w:rPr>
        <w:t>בערב הראשון העמידה המשפחה את החנוכייה על אדן החלון. אבא הדליק את השמש, ודניאל הדליק בעזרתו את הנר הראשון. כולם שרו, ואחר כך אכלו לביבות חמות.</w:t>
      </w:r>
    </w:p>
    <w:p>
      <w:pPr>
        <w:bidi/>
        <w:spacing w:before="0" w:after="80"/>
        <w:jc w:val="both"/>
      </w:pPr>
      <w:r>
        <w:rPr>
          <w:rtl/>
        </w:rPr>
        <w:t>בערב השמיני דלקו כל הנרות. דניאל הביט החוצה וראה שבחלונות של השכנים דולקות חנוכיות רבות. «כל הרחוב מאיר», אמר, «כמו נס קטן».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ענו לפי הסיפור «החנוכייה של דניאל».</w:t>
      </w:r>
    </w:p>
    <w:p>
      <w:pPr>
        <w:bidi/>
        <w:spacing w:before="0" w:after="20"/>
        <w:jc w:val="both"/>
      </w:pPr>
      <w:r>
        <w:rPr>
          <w:rtl/>
        </w:rPr>
        <w:t>א. ממה הכין דניאל את החנוכייה?</w:t>
      </w:r>
    </w:p>
    <w:p>
      <w:pPr>
        <w:bidi/>
        <w:spacing w:before="0" w:after="80"/>
        <w:jc w:val="both"/>
      </w:pPr>
      <w:r>
        <w:rPr>
          <w:rtl/>
        </w:rPr>
        <w:t xml:space="preserve">   ○ מפקקים של בקבוקים      ○ מחימר      ○ מקופסאות</w:t>
      </w:r>
    </w:p>
    <w:p>
      <w:pPr>
        <w:bidi/>
        <w:spacing w:before="0" w:after="20"/>
        <w:jc w:val="both"/>
      </w:pPr>
      <w:r>
        <w:rPr>
          <w:rtl/>
        </w:rPr>
        <w:t>ב. למה היה פקק אחד גבוה יותר?</w:t>
      </w:r>
    </w:p>
    <w:p>
      <w:pPr>
        <w:bidi/>
        <w:spacing w:before="0" w:after="80"/>
        <w:jc w:val="both"/>
      </w:pPr>
      <w:r>
        <w:rPr>
          <w:rtl/>
        </w:rPr>
        <w:t xml:space="preserve">   ○ כדי שיהיה יפה      ○ כי הוא מקום לשמש      ○ כי נשאר פקק מיותר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מדוע העמידה המשפחה את החנוכייה דווקא על אדן החלון? היעזרו במה שלמדתם.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המכבים היו מעטים, ובכל זאת לא ויתרו. ספרו על פעם שלא ויתרתם על משהו חשוב לכם.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ציירו חנוכייה של הערב השישי: סמנו את הנרות הדולקים ואת השמש.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כמה נרות צריך לכל שמונת ימי החנוכה, בלי השמשים? וכמה עם השמשים? כתבו את הדרך.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15. גזרו את כרטיסי סיפור החנוכה, והדביקו אותם לפי סדר האירועים.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2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16. התאימו תמונה למשפט: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🕎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🍩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🥔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אוכלים סופגניות מטוגנות בשמן.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בכל ערב מוסיפים נר אחד בחנוכייה.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השמן מזכיר את נס פך השמן.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מכינים לביבות מתפוחי אדמה.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חנוכה: חג האורים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🧹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טיהרו את בית המקדש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⚔️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המכבים יצאו להילחם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👑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אנטיוכוס אסר לשמור מצוות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🕎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פך השמן דלק שמונה ימים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חנוכה: חג האורים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40"/>
        <w:jc w:val="both"/>
      </w:pPr>
      <w:r>
        <w:rPr>
          <w:rtl/>
        </w:rPr>
        <w:t>א. המלך היווני אנטיוכוס אסר לשמור את מצוות התורה.</w:t>
      </w:r>
    </w:p>
    <w:p>
      <w:pPr>
        <w:bidi/>
        <w:spacing w:before="0" w:after="40"/>
        <w:jc w:val="both"/>
      </w:pPr>
      <w:r>
        <w:rPr>
          <w:rtl/>
        </w:rPr>
        <w:t>ב. את המכבים הנהיג יהודה המכבי.</w:t>
      </w:r>
    </w:p>
    <w:p>
      <w:pPr>
        <w:bidi/>
        <w:spacing w:before="0" w:after="40"/>
        <w:jc w:val="both"/>
      </w:pPr>
      <w:r>
        <w:rPr>
          <w:rtl/>
        </w:rPr>
        <w:t>ג. בבית המקדש מצאו פך אחד של שמן טהור.</w:t>
      </w:r>
    </w:p>
    <w:p>
      <w:pPr>
        <w:bidi/>
        <w:spacing w:before="0" w:after="40"/>
        <w:jc w:val="both"/>
      </w:pPr>
      <w:r>
        <w:rPr>
          <w:rtl/>
        </w:rPr>
        <w:t>ד. בכל ערב מדליקים נרות בחנוכייה.</w:t>
      </w:r>
    </w:p>
    <w:p>
      <w:pPr>
        <w:bidi/>
        <w:spacing w:before="0" w:after="40"/>
        <w:jc w:val="both"/>
      </w:pPr>
      <w:r>
        <w:rPr>
          <w:rtl/>
        </w:rPr>
        <w:t>ה. בחנוכה אוכלים סופגניות מטוגנות בשמן.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מושג את ההסבר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שמש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משחק שמסובבים, ועליו ארבע אותיות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פך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כד קטן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מכבים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הלוחמים בהנהגת יהודה המכבי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חנוכת המקדש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טיהור בית המקדש והתחלת העבודה בו מחדש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סביבון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הנר שבעזרתו מדליקים את שאר הנרות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השלימו: כמה נרות מדליקים בכל ערב?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ערב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נרות החג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נרות כולל השמש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שלישי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חמישי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שמיני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חנוכה מתחיל בכ"ה בכסלו. – נכון</w:t>
      </w:r>
    </w:p>
    <w:p>
      <w:pPr>
        <w:bidi/>
        <w:spacing w:before="0" w:after="40"/>
        <w:jc w:val="both"/>
      </w:pPr>
      <w:r>
        <w:rPr>
          <w:rtl/>
        </w:rPr>
        <w:t>ב. חנוכה נמשך שבעה ימים. – לא נכון – חנוכה נמשך שמונה ימים</w:t>
      </w:r>
    </w:p>
    <w:p>
      <w:pPr>
        <w:bidi/>
        <w:spacing w:before="0" w:after="40"/>
        <w:jc w:val="both"/>
      </w:pPr>
      <w:r>
        <w:rPr>
          <w:rtl/>
        </w:rPr>
        <w:t>ג. בכל ערב מוסיפים נר אחד בחנוכייה. – נכון</w:t>
      </w:r>
    </w:p>
    <w:p>
      <w:pPr>
        <w:bidi/>
        <w:spacing w:before="0" w:after="40"/>
        <w:jc w:val="both"/>
      </w:pPr>
      <w:r>
        <w:rPr>
          <w:rtl/>
        </w:rPr>
        <w:t>ד. על הסביבון בישראל כתוב: «נס גדול היה שם». – לא נכון – על הסביבון בישראל כתוב: «נס גדול היה פה» (נ ג ה פ)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מדוע אוכלים בחנוכה מאכלים מטוגנים?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לזכר נס פך השמן</w:t>
      </w:r>
    </w:p>
    <w:p>
      <w:pPr>
        <w:bidi/>
        <w:spacing w:before="0" w:after="20"/>
        <w:jc w:val="both"/>
      </w:pPr>
      <w:r>
        <w:rPr>
          <w:rtl/>
        </w:rPr>
        <w:t>ב. איפה נוהגים להעמיד את החנוכייה?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ליד החלון או הפתח</w:t>
      </w:r>
    </w:p>
    <w:p>
      <w:pPr>
        <w:bidi/>
        <w:spacing w:before="0" w:after="20"/>
        <w:jc w:val="both"/>
      </w:pPr>
      <w:r>
        <w:rPr>
          <w:rtl/>
        </w:rPr>
        <w:t>ג. מה פירוש השם «חנוכה»?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חנוכת בית המקדש מחדש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המילים לפי החג.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חנוכה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חנוכייה, סביבון, לביבות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משלוח מנות, מגילת אסתר, רעשן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כתבו מה מסמלת כל אות על הסביבון בישראל.</w:t>
      </w:r>
    </w:p>
    <w:p>
      <w:pPr>
        <w:bidi/>
        <w:spacing w:before="0" w:after="100"/>
        <w:jc w:val="both"/>
      </w:pPr>
      <w:r>
        <w:rPr>
          <w:rtl/>
        </w:rPr>
        <w:t>א. נ  ← נס</w:t>
      </w:r>
    </w:p>
    <w:p>
      <w:pPr>
        <w:bidi/>
        <w:spacing w:before="0" w:after="100"/>
        <w:jc w:val="both"/>
      </w:pPr>
      <w:r>
        <w:rPr>
          <w:rtl/>
        </w:rPr>
        <w:t>ב. ג  ← גדול</w:t>
      </w:r>
    </w:p>
    <w:p>
      <w:pPr>
        <w:bidi/>
        <w:spacing w:before="0" w:after="100"/>
        <w:jc w:val="both"/>
      </w:pPr>
      <w:r>
        <w:rPr>
          <w:rtl/>
        </w:rPr>
        <w:t>ג. ה  ← היה</w:t>
      </w:r>
    </w:p>
    <w:p>
      <w:pPr>
        <w:bidi/>
        <w:spacing w:before="0" w:after="100"/>
        <w:jc w:val="both"/>
      </w:pPr>
      <w:r>
        <w:rPr>
          <w:rtl/>
        </w:rPr>
        <w:t>ד. פ  ← פה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השלימו.</w:t>
      </w:r>
    </w:p>
    <w:p>
      <w:pPr>
        <w:bidi/>
        <w:spacing w:before="0" w:after="40"/>
        <w:jc w:val="both"/>
      </w:pPr>
      <w:r>
        <w:rPr>
          <w:rtl/>
        </w:rPr>
        <w:t>א. השם «חנוכה» בא מ«חנוכת בית המקדש».</w:t>
      </w:r>
    </w:p>
    <w:p>
      <w:pPr>
        <w:bidi/>
        <w:spacing w:before="0" w:after="40"/>
        <w:jc w:val="both"/>
      </w:pPr>
      <w:r>
        <w:rPr>
          <w:rtl/>
        </w:rPr>
        <w:t>ב. השמן הספיק ליום אחד, אבל דלק שמונה ימים.</w:t>
      </w:r>
    </w:p>
    <w:p>
      <w:pPr>
        <w:bidi/>
        <w:spacing w:before="0" w:after="40"/>
        <w:jc w:val="both"/>
      </w:pPr>
      <w:r>
        <w:rPr>
          <w:rtl/>
        </w:rPr>
        <w:t>ג. בערב הראשון מדליקים נר אחד ועוד השמש.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ענו לפי הסיפור «החנוכייה של דניאל».</w:t>
      </w:r>
    </w:p>
    <w:p>
      <w:pPr>
        <w:bidi/>
        <w:spacing w:before="0" w:after="20"/>
        <w:jc w:val="both"/>
      </w:pPr>
      <w:r>
        <w:rPr>
          <w:rtl/>
        </w:rPr>
        <w:t>א. ממה הכין דניאל את החנוכייה?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מפקקים של בקבוקים</w:t>
      </w:r>
    </w:p>
    <w:p>
      <w:pPr>
        <w:bidi/>
        <w:spacing w:before="0" w:after="20"/>
        <w:jc w:val="both"/>
      </w:pPr>
      <w:r>
        <w:rPr>
          <w:rtl/>
        </w:rPr>
        <w:t>ב. למה היה פקק אחד גבוה יותר?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הוא מקום לשמש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מדוע העמידה המשפחה את החנוכייה דווקא על אדן החלון? היעזרו במה שלמדתם.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כדי שגם האנשים בחוץ יראו את האור – נוהגים להעמיד את החנוכייה ליד החלון או הפתח כדי לפרסם את הנס.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המכבים היו מעטים, ובכל זאת לא ויתרו. ספרו על פעם שלא ויתרתם על משהו חשוב לכם.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מצב ממשי, מה היה קשה ואיך התמידו (אומץ, התמדה).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ציירו חנוכייה של הערב השישי: סמנו את הנרות הדולקים ואת השמש.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חנוכייה עם שישה נרות דולקים ועוד שמש (בגובה אחר או בצד).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כמה נרות צריך לכל שמונת ימי החנוכה, בלי השמשים? וכמה עם השמשים? כתבו את הדרך.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בלי שמש: ‪1+2+3+4+5+6+7+8 = 36‬ נרות. עם שמש בכל ערב: ‪36 + 8 = 44‬ נרות.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15. גזרו את כרטיסי סיפור החנוכה, והדביקו אותם לפי סדר האירועים.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👑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אנטיוכוס אסר לשמור מצוות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⚔️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המכבים יצאו להילחם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🧹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טיהרו את בית המקדש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🕎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פך השמן דלק שמונה ימים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16. התאימו תמונה למשפט: כתבו בריבוע את מספר התמונה.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🕎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🍩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🥔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אוכלים סופגניות מטוגנות בשמן.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בכל ערב מוסיפים נר אחד בחנוכייה.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השמן מזכיר את נס פך השמן.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מכינים לביבות מתפוחי אדמה.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