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פורים: משלוח מנות ומתנות לאביונים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אסתר  |  בוקר  |  שושן  |  רעשנים  |  אחשוורוש</w:t>
      </w:r>
    </w:p>
    <w:p>
      <w:pPr>
        <w:bidi/>
        <w:spacing w:before="0" w:after="60"/>
        <w:jc w:val="both"/>
      </w:pPr>
      <w:r>
        <w:rPr>
          <w:rtl/>
        </w:rPr>
        <w:t>א. סיפור פורים קרה בעיר __________.</w:t>
      </w:r>
    </w:p>
    <w:p>
      <w:pPr>
        <w:bidi/>
        <w:spacing w:before="0" w:after="60"/>
        <w:jc w:val="both"/>
      </w:pPr>
      <w:r>
        <w:rPr>
          <w:rtl/>
        </w:rPr>
        <w:t>ב. המלך בסיפור היה __________.</w:t>
      </w:r>
    </w:p>
    <w:p>
      <w:pPr>
        <w:bidi/>
        <w:spacing w:before="0" w:after="60"/>
        <w:jc w:val="both"/>
      </w:pPr>
      <w:r>
        <w:rPr>
          <w:rtl/>
        </w:rPr>
        <w:t>ג. המלכה האמיצה הייתה __________.</w:t>
      </w:r>
    </w:p>
    <w:p>
      <w:pPr>
        <w:bidi/>
        <w:spacing w:before="0" w:after="60"/>
        <w:jc w:val="both"/>
      </w:pPr>
      <w:r>
        <w:rPr>
          <w:rtl/>
        </w:rPr>
        <w:t>ד. כשקוראים את שמו של המן, מרעישים ב__________.</w:t>
      </w:r>
    </w:p>
    <w:p>
      <w:pPr>
        <w:bidi/>
        <w:spacing w:before="0" w:after="60"/>
        <w:jc w:val="both"/>
      </w:pPr>
      <w:r>
        <w:rPr>
          <w:rtl/>
        </w:rPr>
        <w:t>ה. את מגילת אסתר קוראים בערב וב__________.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דמות במגילה את מה שעשתה.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רצה להשמיד את היהודים והפיל פור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אסתר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באה אל המלך באומץ וסיפרה לו על התוכנית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מרדכי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מלך פרס, שישב בעיר שושן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אחשוורוש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בן דודה של אסתר, שעזר לה להציל את היהודים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 על מצוות פורים.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למי זה עוזר?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משלוח מנות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מתנות לאביונים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סעודת 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למשפחה – לשמוח יחד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פורים חל בי"ד באדר.      נכון / לא נכון</w:t>
      </w:r>
    </w:p>
    <w:p>
      <w:pPr>
        <w:bidi/>
        <w:spacing w:before="0" w:after="60"/>
        <w:jc w:val="both"/>
      </w:pPr>
      <w:r>
        <w:rPr>
          <w:rtl/>
        </w:rPr>
        <w:t>ב. משלוח מנות שולחים רק לאנשים עניים.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בירושלים חוגגים שושן פורים בט"ו באדר.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המילה «פור» פירושה מסיבה.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סוגי מאכלים לפחות יש במשלוח מנות?</w:t>
      </w:r>
    </w:p>
    <w:p>
      <w:pPr>
        <w:bidi/>
        <w:spacing w:before="0" w:after="80"/>
        <w:jc w:val="both"/>
      </w:pPr>
      <w:r>
        <w:rPr>
          <w:rtl/>
        </w:rPr>
        <w:t xml:space="preserve">   ○ אחד      ○ שניים      ○ עשרה</w:t>
      </w:r>
    </w:p>
    <w:p>
      <w:pPr>
        <w:bidi/>
        <w:spacing w:before="0" w:after="20"/>
        <w:jc w:val="both"/>
      </w:pPr>
      <w:r>
        <w:rPr>
          <w:rtl/>
        </w:rPr>
        <w:t>ב. מה קורה בעדלאידע?</w:t>
      </w:r>
    </w:p>
    <w:p>
      <w:pPr>
        <w:bidi/>
        <w:spacing w:before="0" w:after="80"/>
        <w:jc w:val="both"/>
      </w:pPr>
      <w:r>
        <w:rPr>
          <w:rtl/>
        </w:rPr>
        <w:t xml:space="preserve">   ○ תהלוכה שמחה ברחוב      ○ הדלקת נרות      ○ צום</w:t>
      </w:r>
    </w:p>
    <w:p>
      <w:pPr>
        <w:bidi/>
        <w:spacing w:before="0" w:after="20"/>
        <w:jc w:val="both"/>
      </w:pPr>
      <w:r>
        <w:rPr>
          <w:rtl/>
        </w:rPr>
        <w:t>ג. מתי חלה תענית אסתר?</w:t>
      </w:r>
    </w:p>
    <w:p>
      <w:pPr>
        <w:bidi/>
        <w:spacing w:before="0" w:after="80"/>
        <w:jc w:val="both"/>
      </w:pPr>
      <w:r>
        <w:rPr>
          <w:rtl/>
        </w:rPr>
        <w:t xml:space="preserve">   ○ בי"ג באדר      ○ בכ"ה בכסלו      ○ בט"ו בשבט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משלוח מנות או מתנות לאביונים?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סל עם עוגיות ופירות לחבר מהכיתה  |  כסף לעזרה למשפחה שזקוקה לו  |  שקית ממתקים ומיץ לשכנה  |  תרומת מזון לבית תמחוי  |  מגש עוגות לסבתא  |  כרטיס קנייה לאדם שאין לו די כסף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משלוח מנות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מתנות לאביונים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מתי חל כל יום: י"ג, י"ד או ט"ו באדר.</w:t>
      </w:r>
    </w:p>
    <w:p>
      <w:pPr>
        <w:bidi/>
        <w:spacing w:before="0" w:after="100"/>
        <w:jc w:val="both"/>
      </w:pPr>
      <w:r>
        <w:rPr>
          <w:rtl/>
        </w:rPr>
        <w:t>א. פורים</w:t>
      </w:r>
    </w:p>
    <w:p>
      <w:pPr>
        <w:bidi/>
        <w:spacing w:before="0" w:after="100"/>
        <w:jc w:val="both"/>
      </w:pPr>
      <w:r>
        <w:rPr>
          <w:rtl/>
        </w:rPr>
        <w:t>ב. תענית אסתר</w:t>
      </w:r>
    </w:p>
    <w:p>
      <w:pPr>
        <w:bidi/>
        <w:spacing w:before="0" w:after="100"/>
        <w:jc w:val="both"/>
      </w:pPr>
      <w:r>
        <w:rPr>
          <w:rtl/>
        </w:rPr>
        <w:t>ג. שושן פורים (בירושלים)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60"/>
        <w:jc w:val="both"/>
      </w:pPr>
      <w:r>
        <w:rPr>
          <w:rtl/>
        </w:rPr>
        <w:t>א. החג נקרא «פורים» על שם ה__________ שהפיל המן.</w:t>
      </w:r>
    </w:p>
    <w:p>
      <w:pPr>
        <w:bidi/>
        <w:spacing w:before="0" w:after="60"/>
        <w:jc w:val="both"/>
      </w:pPr>
      <w:r>
        <w:rPr>
          <w:rtl/>
        </w:rPr>
        <w:t>ב. את המגילה קוראים פעמיים: ב__________ ובבוקר.</w:t>
      </w:r>
    </w:p>
    <w:p>
      <w:pPr>
        <w:bidi/>
        <w:spacing w:before="0" w:after="60"/>
        <w:jc w:val="both"/>
      </w:pPr>
      <w:r>
        <w:rPr>
          <w:rtl/>
        </w:rPr>
        <w:t>ג. בפורים הצער נהפך ל__________.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משלוח מנות סודי</w:t>
      </w:r>
    </w:p>
    <w:p>
      <w:pPr>
        <w:bidi/>
        <w:spacing w:before="0" w:after="80"/>
        <w:jc w:val="both"/>
      </w:pPr>
      <w:r>
        <w:rPr>
          <w:rtl/>
        </w:rPr>
        <w:t>השנה הגרילה המורה בכיתה ג' שמות למשלוח מנות. מיכל קיבלה פתק עם השם של עומר, ילד חדש בכיתה שעוד לא הכיר הרבה חברים.</w:t>
      </w:r>
    </w:p>
    <w:p>
      <w:pPr>
        <w:bidi/>
        <w:spacing w:before="0" w:after="80"/>
        <w:jc w:val="both"/>
      </w:pPr>
      <w:r>
        <w:rPr>
          <w:rtl/>
        </w:rPr>
        <w:t>מיכל חשבה מה עומר אוהב. בהפסקות ראתה אותו מצייר כל הזמן, ולכן הכניסה לשקית עפרונות צבעוניים, תפוח ועוגיות שאפתה עם אמא. היא הוסיפה פתק: «פורים שמח! אשמח לצייר איתך בהפסקה».</w:t>
      </w:r>
    </w:p>
    <w:p>
      <w:pPr>
        <w:bidi/>
        <w:spacing w:before="0" w:after="80"/>
        <w:jc w:val="both"/>
      </w:pPr>
      <w:r>
        <w:rPr>
          <w:rtl/>
        </w:rPr>
        <w:t>כשעומר פתח את השקית, הוא חייך חיוך גדול. בהפסקה ישבו שניהם וציירו. מאז הם חברים טובים. «זה היה משלוח המנות הכי טוב שקיבלתי», אמר עומר.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«משלוח מנות סודי».</w:t>
      </w:r>
    </w:p>
    <w:p>
      <w:pPr>
        <w:bidi/>
        <w:spacing w:before="0" w:after="20"/>
        <w:jc w:val="both"/>
      </w:pPr>
      <w:r>
        <w:rPr>
          <w:rtl/>
        </w:rPr>
        <w:t>א. למי הכינה מיכל משלוח מנות?</w:t>
      </w:r>
    </w:p>
    <w:p>
      <w:pPr>
        <w:bidi/>
        <w:spacing w:before="0" w:after="80"/>
        <w:jc w:val="both"/>
      </w:pPr>
      <w:r>
        <w:rPr>
          <w:rtl/>
        </w:rPr>
        <w:t xml:space="preserve">   ○ לחברה הכי טובה שלה      ○ לעומר, ילד חדש בכיתה      ○ למורה</w:t>
      </w:r>
    </w:p>
    <w:p>
      <w:pPr>
        <w:bidi/>
        <w:spacing w:before="0" w:after="20"/>
        <w:jc w:val="both"/>
      </w:pPr>
      <w:r>
        <w:rPr>
          <w:rtl/>
        </w:rPr>
        <w:t>ב. מדוע הכניסה מיכל עפרונות צבעוניים?</w:t>
      </w:r>
    </w:p>
    <w:p>
      <w:pPr>
        <w:bidi/>
        <w:spacing w:before="0" w:after="80"/>
        <w:jc w:val="both"/>
      </w:pPr>
      <w:r>
        <w:rPr>
          <w:rtl/>
        </w:rPr>
        <w:t xml:space="preserve">   ○ כי ראתה שעומר אוהב לצייר      ○ כי לא היו לה ממתקים      ○ כי המורה ביקשה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איך עזר משלוח המנות של מיכל לעומר? קשרו את תשובתכם למטרת המצווה.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למי הייתם רוצים לשלוח משלוח מנות השנה? מה תשימו בו, ומדוע?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ציירו תחפושת לפורים שהייתם רוצים ללבוש, וכתבו למה בחרתם בה.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במגילה כתוב «ונהפוך הוא». הסבירו מה התהפך בסיפור, ותנו דוגמה מהחיים שבה מצב עצוב התהפך לשמח.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גזרו את כרטיסי המצוות, והדביקו כל מצווה ליד התיאור שלה.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קוראים את סיפור אסתר ומרדכי בערב ובבוקר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שולחים לחבר לפחות שני סוגי מאכלים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עוזרים לאנשים שאין להם די כסף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אוכלים ארוחה שמחה עם המשפחה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16.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פור – </w:t>
            </w:r>
            <w:r>
              <w:rPr>
                <w:sz w:val="24"/>
                <w:szCs w:val="24"/>
                <w:rtl/>
              </w:rPr>
              <w:t>גורל – הגרלה שבה בחר המן יום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אביונים – </w:t>
            </w:r>
            <w:r>
              <w:rPr>
                <w:sz w:val="24"/>
                <w:szCs w:val="24"/>
                <w:rtl/>
              </w:rPr>
              <w:t>אנשים עניים שצריכים עזרה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משלוח מנות – </w:t>
            </w:r>
            <w:r>
              <w:rPr>
                <w:sz w:val="24"/>
                <w:szCs w:val="24"/>
                <w:rtl/>
              </w:rPr>
              <w:t>מתנה של מאכלים לחבר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שושן פורים – </w:t>
            </w:r>
            <w:r>
              <w:rPr>
                <w:sz w:val="24"/>
                <w:szCs w:val="24"/>
                <w:rtl/>
              </w:rPr>
              <w:t>פורים בירושלים – בט"ו באדר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בחרו שתי מילים מן הביאורים, וכתבו משפט עם כל אחת מהן.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פורים: משלוח מנות ומתנות לאביונים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4, משימה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🎁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משלוח מנות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🤲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מתנות לאביונים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🍽️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סעודת פורים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📜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מקרא מגילה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פורים: משלוח מנות ומתנות לאביונים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40"/>
        <w:jc w:val="both"/>
      </w:pPr>
      <w:r>
        <w:rPr>
          <w:rtl/>
        </w:rPr>
        <w:t>א. סיפור פורים קרה בעיר שושן.</w:t>
      </w:r>
    </w:p>
    <w:p>
      <w:pPr>
        <w:bidi/>
        <w:spacing w:before="0" w:after="40"/>
        <w:jc w:val="both"/>
      </w:pPr>
      <w:r>
        <w:rPr>
          <w:rtl/>
        </w:rPr>
        <w:t>ב. המלך בסיפור היה אחשוורוש.</w:t>
      </w:r>
    </w:p>
    <w:p>
      <w:pPr>
        <w:bidi/>
        <w:spacing w:before="0" w:after="40"/>
        <w:jc w:val="both"/>
      </w:pPr>
      <w:r>
        <w:rPr>
          <w:rtl/>
        </w:rPr>
        <w:t>ג. המלכה האמיצה הייתה אסתר.</w:t>
      </w:r>
    </w:p>
    <w:p>
      <w:pPr>
        <w:bidi/>
        <w:spacing w:before="0" w:after="40"/>
        <w:jc w:val="both"/>
      </w:pPr>
      <w:r>
        <w:rPr>
          <w:rtl/>
        </w:rPr>
        <w:t>ד. כשקוראים את שמו של המן, מרעישים ברעשנים.</w:t>
      </w:r>
    </w:p>
    <w:p>
      <w:pPr>
        <w:bidi/>
        <w:spacing w:before="0" w:after="40"/>
        <w:jc w:val="both"/>
      </w:pPr>
      <w:r>
        <w:rPr>
          <w:rtl/>
        </w:rPr>
        <w:t>ה. את מגילת אסתר קוראים בערב ובבוקר.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דמות במגילה את מה שעשתה.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רצה להשמיד את היהודים והפיל פור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אסתר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באה אל המלך באומץ וסיפרה לו על התוכנית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מרדכי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מלך פרס, שישב בעיר שושן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אחשוורוש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בן דודה של אסתר, שעזר לה להציל את היהודים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 על מצוות פורים.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מצווה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למי זה עוזר?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משלוח מנות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שולחים לפחות שני מאכלים לחבר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לחברים – מגדיל את האהבה והחברות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מתנות לאביונים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נותנים כסף או מזון לאנשים שזקוקים לכך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לאנשים שאין להם די כסף – שגם להם יהיה חג שמח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סעודת 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אוכלים ארוחה שמחה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למשפחה – לשמוח יחד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פורים חל בי"ד באדר. – נכון</w:t>
      </w:r>
    </w:p>
    <w:p>
      <w:pPr>
        <w:bidi/>
        <w:spacing w:before="0" w:after="40"/>
        <w:jc w:val="both"/>
      </w:pPr>
      <w:r>
        <w:rPr>
          <w:rtl/>
        </w:rPr>
        <w:t>ב. משלוח מנות שולחים רק לאנשים עניים. – לא נכון – משלוח מנות שולחים לחברים; לעניים נותנים מתנות לאביונים</w:t>
      </w:r>
    </w:p>
    <w:p>
      <w:pPr>
        <w:bidi/>
        <w:spacing w:before="0" w:after="40"/>
        <w:jc w:val="both"/>
      </w:pPr>
      <w:r>
        <w:rPr>
          <w:rtl/>
        </w:rPr>
        <w:t>ג. בירושלים חוגגים שושן פורים בט"ו באדר. – נכון</w:t>
      </w:r>
    </w:p>
    <w:p>
      <w:pPr>
        <w:bidi/>
        <w:spacing w:before="0" w:after="40"/>
        <w:jc w:val="both"/>
      </w:pPr>
      <w:r>
        <w:rPr>
          <w:rtl/>
        </w:rPr>
        <w:t>ד. המילה «פור» פירושה מסיבה. – לא נכון – המילה «פור» פירושה גורל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סוגי מאכלים לפחות יש במשלוח מנות?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שניים</w:t>
      </w:r>
    </w:p>
    <w:p>
      <w:pPr>
        <w:bidi/>
        <w:spacing w:before="0" w:after="20"/>
        <w:jc w:val="both"/>
      </w:pPr>
      <w:r>
        <w:rPr>
          <w:rtl/>
        </w:rPr>
        <w:t>ב. מה קורה בעדלאידע?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תהלוכה שמחה ברחוב</w:t>
      </w:r>
    </w:p>
    <w:p>
      <w:pPr>
        <w:bidi/>
        <w:spacing w:before="0" w:after="20"/>
        <w:jc w:val="both"/>
      </w:pPr>
      <w:r>
        <w:rPr>
          <w:rtl/>
        </w:rPr>
        <w:t>ג. מתי חלה תענית אסתר?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בי"ג באדר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משלוח מנות או מתנות לאביונים?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משלוח מנות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מתנות לאביונים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סל עם עוגיות ופירות לחבר מהכיתה, שקית ממתקים ומיץ לשכנה, מגש עוגות לסבתא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כסף לעזרה למשפחה שזקוקה לו, תרומת מזון לבית תמחוי, כרטיס קנייה לאדם שאין לו די כסף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מתי חל כל יום: י"ג, י"ד או ט"ו באדר.</w:t>
      </w:r>
    </w:p>
    <w:p>
      <w:pPr>
        <w:bidi/>
        <w:spacing w:before="0" w:after="100"/>
        <w:jc w:val="both"/>
      </w:pPr>
      <w:r>
        <w:rPr>
          <w:rtl/>
        </w:rPr>
        <w:t>א. פורים  ← י"ד באדר</w:t>
      </w:r>
    </w:p>
    <w:p>
      <w:pPr>
        <w:bidi/>
        <w:spacing w:before="0" w:after="100"/>
        <w:jc w:val="both"/>
      </w:pPr>
      <w:r>
        <w:rPr>
          <w:rtl/>
        </w:rPr>
        <w:t>ב. תענית אסתר  ← י"ג באדר</w:t>
      </w:r>
    </w:p>
    <w:p>
      <w:pPr>
        <w:bidi/>
        <w:spacing w:before="0" w:after="100"/>
        <w:jc w:val="both"/>
      </w:pPr>
      <w:r>
        <w:rPr>
          <w:rtl/>
        </w:rPr>
        <w:t>ג. שושן פורים (בירושלים)  ← ט"ו באדר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40"/>
        <w:jc w:val="both"/>
      </w:pPr>
      <w:r>
        <w:rPr>
          <w:rtl/>
        </w:rPr>
        <w:t>א. החג נקרא «פורים» על שם הפור שהפיל המן.</w:t>
      </w:r>
    </w:p>
    <w:p>
      <w:pPr>
        <w:bidi/>
        <w:spacing w:before="0" w:after="40"/>
        <w:jc w:val="both"/>
      </w:pPr>
      <w:r>
        <w:rPr>
          <w:rtl/>
        </w:rPr>
        <w:t>ב. את המגילה קוראים פעמיים: בערב ובבוקר.</w:t>
      </w:r>
    </w:p>
    <w:p>
      <w:pPr>
        <w:bidi/>
        <w:spacing w:before="0" w:after="40"/>
        <w:jc w:val="both"/>
      </w:pPr>
      <w:r>
        <w:rPr>
          <w:rtl/>
        </w:rPr>
        <w:t>ג. בפורים הצער נהפך לשמחה.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«משלוח מנות סודי».</w:t>
      </w:r>
    </w:p>
    <w:p>
      <w:pPr>
        <w:bidi/>
        <w:spacing w:before="0" w:after="20"/>
        <w:jc w:val="both"/>
      </w:pPr>
      <w:r>
        <w:rPr>
          <w:rtl/>
        </w:rPr>
        <w:t>א. למי הכינה מיכל משלוח מנות?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לעומר, ילד חדש בכיתה</w:t>
      </w:r>
    </w:p>
    <w:p>
      <w:pPr>
        <w:bidi/>
        <w:spacing w:before="0" w:after="20"/>
        <w:jc w:val="both"/>
      </w:pPr>
      <w:r>
        <w:rPr>
          <w:rtl/>
        </w:rPr>
        <w:t>ב. מדוע הכניסה מיכל עפרונות צבעוניים?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ראתה שעומר אוהב לצייר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איך עזר משלוח המנות של מיכל לעומר? קשרו את תשובתכם למטרת המצווה.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עומר, שהיה חדש ולא הכיר חברים, הרגיש רצוי ומצא חברה. מטרת משלוח מנות היא להרבות אהבה וחברות בין אנשים.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למי הייתם רוצים לשלוח משלוח מנות השנה? מה תשימו בו, ומדוע?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למי, לפחות שני מאכלים, והסבר שמתחשב באדם שמקבל.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ציירו תחפושת לפורים שהייתם רוצים ללבוש, וכתבו למה בחרתם בה.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תחפושת ומשפט הסבר.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במגילה כתוב «ונהפוך הוא». הסבירו מה התהפך בסיפור, ותנו דוגמה מהחיים שבה מצב עצוב התהפך לשמח.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היום שבו המן רצה להשמיד את היהודים נהפך ליום של הצלה ושמחה. דוגמה אישית: ילד שהיה בודד בתחילת השנה מצא חבר טוב.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גזרו את כרטיסי המצוות, והדביקו כל מצווה ליד התיאור שלה.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קוראים את סיפור אסתר ומרדכי בערב ובבוקר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📜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מקרא מגילה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שולחים לחבר לפחות שני סוגי מאכלים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🎁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משלוח מנות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עוזרים לאנשים שאין להם די כסף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🤲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מתנות לאביונים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אוכלים ארוחה שמחה עם המשפחה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🍽️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סעודת 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16.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פור – </w:t>
            </w:r>
            <w:r>
              <w:rPr>
                <w:sz w:val="24"/>
                <w:szCs w:val="24"/>
                <w:rtl/>
              </w:rPr>
              <w:t>גורל – הגרלה שבה בחר המן יום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אביונים – </w:t>
            </w:r>
            <w:r>
              <w:rPr>
                <w:sz w:val="24"/>
                <w:szCs w:val="24"/>
                <w:rtl/>
              </w:rPr>
              <w:t>אנשים עניים שצריכים עזרה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משלוח מנות – </w:t>
            </w:r>
            <w:r>
              <w:rPr>
                <w:sz w:val="24"/>
                <w:szCs w:val="24"/>
                <w:rtl/>
              </w:rPr>
              <w:t>מתנה של מאכלים לחבר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שושן פורים – </w:t>
            </w:r>
            <w:r>
              <w:rPr>
                <w:sz w:val="24"/>
                <w:szCs w:val="24"/>
                <w:rtl/>
              </w:rPr>
              <w:t>פורים בירושלים – בט"ו באדר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בחרו שתי מילים מן הביאורים, וכתבו משפט עם כל אחת מהן.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