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ג'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יום ירושלים: העיר ומקומותיה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המילה המתאימה מן המחסן.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מחסן מילים: חומה  |  זהב  |  בירת  |  אייר  |  שלמה</w:t>
      </w:r>
    </w:p>
    <w:p>
      <w:pPr>
        <w:bidi/>
        <w:spacing w:before="0" w:after="60"/>
        <w:jc w:val="both"/>
      </w:pPr>
      <w:r>
        <w:rPr>
          <w:rtl/>
        </w:rPr>
        <w:t>א. ירושלים היא __________ מדינת ישראל.</w:t>
      </w:r>
    </w:p>
    <w:p>
      <w:pPr>
        <w:bidi/>
        <w:spacing w:before="0" w:after="60"/>
        <w:jc w:val="both"/>
      </w:pPr>
      <w:r>
        <w:rPr>
          <w:rtl/>
        </w:rPr>
        <w:t>ב. את בית המקדש הראשון בנה __________ המלך.</w:t>
      </w:r>
    </w:p>
    <w:p>
      <w:pPr>
        <w:bidi/>
        <w:spacing w:before="0" w:after="60"/>
        <w:jc w:val="both"/>
      </w:pPr>
      <w:r>
        <w:rPr>
          <w:rtl/>
        </w:rPr>
        <w:t>ג. יום ירושלים חל בכ"ח ב__________.</w:t>
      </w:r>
    </w:p>
    <w:p>
      <w:pPr>
        <w:bidi/>
        <w:spacing w:before="0" w:after="60"/>
        <w:jc w:val="both"/>
      </w:pPr>
      <w:r>
        <w:rPr>
          <w:rtl/>
        </w:rPr>
        <w:t>ד. סביב העיר העתיקה יש __________ עם שערים.</w:t>
      </w:r>
    </w:p>
    <w:p>
      <w:pPr>
        <w:bidi/>
        <w:spacing w:before="0" w:after="60"/>
        <w:jc w:val="both"/>
      </w:pPr>
      <w:r>
        <w:rPr>
          <w:rtl/>
        </w:rPr>
        <w:t>ה. שיר מוכר על העיר הוא «ירושלים של __________».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לכל מקום בירושלים את התיאור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הכותל המערבי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אחד השערים בחומת העיר העתיקה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הכנסת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חלק מן החומה שהקיפה את הר הבית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שער יפו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בית הנבחרים של ישראל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שוק מחנה יהודה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שוק גדול של פירות, ירקות ותבלינים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העיר העתיקה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השכונה העתיקה המוקפת חומה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שאלה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תשובה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מתי חל יום ירושלים?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באיזו מלחמה אוחדה העיר?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מי עשה את ירושלים לבירה?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כמה רובעים יש בעיר העתיקה?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ירושלים היא בירת מדינת ישראל.      נכון / לא נכון</w:t>
      </w:r>
    </w:p>
    <w:p>
      <w:pPr>
        <w:bidi/>
        <w:spacing w:before="0" w:after="60"/>
        <w:jc w:val="both"/>
      </w:pPr>
      <w:r>
        <w:rPr>
          <w:rtl/>
        </w:rPr>
        <w:t>ב. את בית המקדש הראשון בנה דוד המלך.      נכון / לא נכון</w:t>
      </w:r>
    </w:p>
    <w:p>
      <w:pPr>
        <w:bidi/>
        <w:spacing w:before="0" w:after="60"/>
        <w:jc w:val="both"/>
      </w:pPr>
      <w:r>
        <w:rPr>
          <w:rtl/>
        </w:rPr>
        <w:t>ג. בעיר העתיקה יש רובע ארמני.      נכון / לא נכון</w:t>
      </w:r>
    </w:p>
    <w:p>
      <w:pPr>
        <w:bidi/>
        <w:spacing w:before="0" w:after="60"/>
        <w:jc w:val="both"/>
      </w:pPr>
      <w:r>
        <w:rPr>
          <w:rtl/>
        </w:rPr>
        <w:t>ד. יום ירושלים חל בה' באייר.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באיזו שנה הייתה מלחמת ששת הימים?</w:t>
      </w:r>
    </w:p>
    <w:p>
      <w:pPr>
        <w:bidi/>
        <w:spacing w:before="0" w:after="80"/>
        <w:jc w:val="both"/>
      </w:pPr>
      <w:r>
        <w:rPr>
          <w:rtl/>
        </w:rPr>
        <w:t xml:space="preserve">   ○ 1948      ○ 1967      ○ 1973</w:t>
      </w:r>
    </w:p>
    <w:p>
      <w:pPr>
        <w:bidi/>
        <w:spacing w:before="0" w:after="20"/>
        <w:jc w:val="both"/>
      </w:pPr>
      <w:r>
        <w:rPr>
          <w:rtl/>
        </w:rPr>
        <w:t>ב. באילו חגים עלו לרגל לירושלים?</w:t>
      </w:r>
    </w:p>
    <w:p>
      <w:pPr>
        <w:bidi/>
        <w:spacing w:before="0" w:after="80"/>
        <w:jc w:val="both"/>
      </w:pPr>
      <w:r>
        <w:rPr>
          <w:rtl/>
        </w:rPr>
        <w:t xml:space="preserve">   ○ פסח, שבועות וסוכות      ○ חנוכה ופורים      ○ ראש השנה ויום הכיפורים</w:t>
      </w:r>
    </w:p>
    <w:p>
      <w:pPr>
        <w:bidi/>
        <w:spacing w:before="0" w:after="20"/>
        <w:jc w:val="both"/>
      </w:pPr>
      <w:r>
        <w:rPr>
          <w:rtl/>
        </w:rPr>
        <w:t>ג. מה נמצא בירושלים?</w:t>
      </w:r>
    </w:p>
    <w:p>
      <w:pPr>
        <w:bidi/>
        <w:spacing w:before="0" w:after="80"/>
        <w:jc w:val="both"/>
      </w:pPr>
      <w:r>
        <w:rPr>
          <w:rtl/>
        </w:rPr>
        <w:t xml:space="preserve">   ○ הכנסת      ○ נמל גדול על הים      ○ מכתש רמון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מיינו את המקומות: בתוך חומות העיר העתיקה או מחוץ להן?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המילים: הכותל המערבי  |  הרובע היהודי  |  הרובע הארמני  |  הכנסת  |  שוק מחנה יהודה  |  מוזיאון ישראל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בתוך החומות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מחוץ לחומות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לכל משפט כתבו את שם המקום בירושלים שהוא מתאר.</w:t>
      </w:r>
    </w:p>
    <w:p>
      <w:pPr>
        <w:bidi/>
        <w:spacing w:before="0" w:after="100"/>
        <w:jc w:val="both"/>
      </w:pPr>
      <w:r>
        <w:rPr>
          <w:rtl/>
        </w:rPr>
        <w:t>א. כאן נפגשים חברי הכנסת ומחליטים על חוקי המדינה.</w:t>
      </w:r>
    </w:p>
    <w:p>
      <w:pPr>
        <w:bidi/>
        <w:spacing w:before="0" w:after="100"/>
        <w:jc w:val="both"/>
      </w:pPr>
      <w:r>
        <w:rPr>
          <w:rtl/>
        </w:rPr>
        <w:t>ב. כאן עומדים ליד אבנים גדולות ועתיקות ומתפללים.</w:t>
      </w:r>
    </w:p>
    <w:p>
      <w:pPr>
        <w:bidi/>
        <w:spacing w:before="0" w:after="100"/>
        <w:jc w:val="both"/>
      </w:pPr>
      <w:r>
        <w:rPr>
          <w:rtl/>
        </w:rPr>
        <w:t>ג. כאן קונים פירות, ירקות ותבלינים.</w:t>
      </w:r>
    </w:p>
    <w:p>
      <w:pPr>
        <w:bidi/>
        <w:spacing w:before="0" w:after="100"/>
        <w:jc w:val="both"/>
      </w:pPr>
      <w:r>
        <w:rPr>
          <w:rtl/>
        </w:rPr>
        <w:t>ד. דרכו נכנסים לעיר העתיקה מן המערב, והוא נקרא על שם עיר על חוף הים.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השלימו.</w:t>
      </w:r>
    </w:p>
    <w:p>
      <w:pPr>
        <w:bidi/>
        <w:spacing w:before="0" w:after="60"/>
        <w:jc w:val="both"/>
      </w:pPr>
      <w:r>
        <w:rPr>
          <w:rtl/>
        </w:rPr>
        <w:t>א. במלחמת ששת הימים הגיעו החיילים אל ה__________ המערבי.</w:t>
      </w:r>
    </w:p>
    <w:p>
      <w:pPr>
        <w:bidi/>
        <w:spacing w:before="0" w:after="60"/>
        <w:jc w:val="both"/>
      </w:pPr>
      <w:r>
        <w:rPr>
          <w:rtl/>
        </w:rPr>
        <w:t>ב. «ירושלים הבנויה כעיר ש__________ לה יחדו» (תהילים קכ"ב).</w:t>
      </w:r>
    </w:p>
    <w:p>
      <w:pPr>
        <w:bidi/>
        <w:spacing w:before="0" w:after="60"/>
        <w:jc w:val="both"/>
      </w:pPr>
      <w:r>
        <w:rPr>
          <w:rtl/>
        </w:rPr>
        <w:t>ג. בימי בית המקדש עלו לירושלים __________ פעמים בשנה.</w:t>
      </w:r>
    </w:p>
    <w:p>
      <w:pPr>
        <w:bidi/>
        <w:spacing w:before="120" w:after="40"/>
        <w:jc w:val="center"/>
      </w:pPr>
      <w:r>
        <w:rPr>
          <w:rFonts w:ascii="David" w:hAnsi="David" w:cs="David"/>
          <w:b/>
          <w:bCs/>
          <w:color w:val="9F1239"/>
          <w:sz w:val="30"/>
          <w:szCs w:val="30"/>
          <w:rtl/>
        </w:rPr>
        <w:t>טיול לירושלים</w:t>
      </w:r>
    </w:p>
    <w:p>
      <w:pPr>
        <w:bidi/>
        <w:spacing w:before="0" w:after="80"/>
        <w:jc w:val="both"/>
      </w:pPr>
      <w:r>
        <w:rPr>
          <w:rtl/>
        </w:rPr>
        <w:t>ביום ירושלים יצאה כיתה ג' לטיול בעיר. הם נכנסו לעיר העתיקה דרך שער יפו, והמדריך הראה להם את החומה הגבוהה, הבנויה מאבנים גדולות.</w:t>
      </w:r>
    </w:p>
    <w:p>
      <w:pPr>
        <w:bidi/>
        <w:spacing w:before="0" w:after="80"/>
        <w:jc w:val="both"/>
      </w:pPr>
      <w:r>
        <w:rPr>
          <w:rtl/>
        </w:rPr>
        <w:t>בסמטאות הצרות שמעו שפות רבות: עברית, ערבית, ארמנית ואנגלית. «בעיר הזאת גרים אנשים שונים, וכל אחד מהם אוהב אותה», אמר המדריך.</w:t>
      </w:r>
    </w:p>
    <w:p>
      <w:pPr>
        <w:bidi/>
        <w:spacing w:before="0" w:after="80"/>
        <w:jc w:val="both"/>
      </w:pPr>
      <w:r>
        <w:rPr>
          <w:rtl/>
        </w:rPr>
        <w:t>ליד הכותל המערבי עמדו הילדים בשקט. אריאל כתב על פתק קטן משאלה – שיהיה שלום – והכניס אותו בין האבנים, כמו שנוהגים רבים. בדרך חזרה שרו כולם באוטובוס «ירושלים של זהב».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ענו לפי הסיפור «טיול לירושלים».</w:t>
      </w:r>
    </w:p>
    <w:p>
      <w:pPr>
        <w:bidi/>
        <w:spacing w:before="0" w:after="20"/>
        <w:jc w:val="both"/>
      </w:pPr>
      <w:r>
        <w:rPr>
          <w:rtl/>
        </w:rPr>
        <w:t>א. דרך איזה שער נכנסו לעיר העתיקה?</w:t>
      </w:r>
    </w:p>
    <w:p>
      <w:pPr>
        <w:bidi/>
        <w:spacing w:before="0" w:after="80"/>
        <w:jc w:val="both"/>
      </w:pPr>
      <w:r>
        <w:rPr>
          <w:rtl/>
        </w:rPr>
        <w:t xml:space="preserve">   ○ שער שכם      ○ שער יפו      ○ שער ציון</w:t>
      </w:r>
    </w:p>
    <w:p>
      <w:pPr>
        <w:bidi/>
        <w:spacing w:before="0" w:after="20"/>
        <w:jc w:val="both"/>
      </w:pPr>
      <w:r>
        <w:rPr>
          <w:rtl/>
        </w:rPr>
        <w:t>ב. מה עשה אריאל ליד הכותל?</w:t>
      </w:r>
    </w:p>
    <w:p>
      <w:pPr>
        <w:bidi/>
        <w:spacing w:before="0" w:after="80"/>
        <w:jc w:val="both"/>
      </w:pPr>
      <w:r>
        <w:rPr>
          <w:rtl/>
        </w:rPr>
        <w:t xml:space="preserve">   ○ צילם את החומה      ○ הכניס פתק עם משאלה בין האבנים      ○ קנה מזכרת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לפי הסיפור, מה למדו הילדים על האנשים שגרים בירושלים? הביאו ראיה מן הטקסט.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אילו הייתם מתכננים טיול לירושלים, איזה מקום הייתם רוצים לראות ראשון, ומדוע?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ציירו מפה פשוטה של העיר העתיקה: חומה מרובעת, שני שערים וארבעת הרובעים. כתבו את השמות.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אתגר: בתלמוד הירושלמי נאמר שירושלים היא «עיר שהיא עושה כל ישראל חברים». מה פירוש הדבר? הסבירו בעזרת המנהג לעלות לרגל.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15. גזרו את הכרטיסים, והדביקו כל מקום בירושלים ליד התיאור שלו.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חלק מן החומה שהקיפה את הר הבית, ומתפללים לידו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בית הנבחרים של מדינת ישראל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אחד השערים בחומת העיר העתיקה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שוק גדול וצבעוני בעיר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16. התאימו תמונה למשפט: כתבו בריבוע את מספר התמונה.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👑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🎶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🗓️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🧱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«ירושלים של זהב» הוא שיר מוכר על העיר.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דוד המלך עשה את ירושלים לבירת ממלכתו.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את יום ירושלים מציינים בכ"ח באייר.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סביב העיר העתיקה יש חומה עם שערים.</w:t>
      </w: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דף גזירה – יום ירושלים: העיר ומקומותיה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גזרו את הכרטיסים לאורך הקו המקווקו והדביקו בעמוד 4, משימה 15.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🧱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הכותל המערבי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🍉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מחנה יהודה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🏛️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הכנסת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🚪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שער יפו</w:t>
            </w: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ג'   |   דף עבודה – תשובות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0F7A4F"/>
          <w:sz w:val="36"/>
          <w:szCs w:val="36"/>
          <w:rtl/>
        </w:rPr>
        <w:t>תשובות – יום ירושלים: העיר ומקומותיה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המילה המתאימה מן המחסן.</w:t>
      </w:r>
    </w:p>
    <w:p>
      <w:pPr>
        <w:bidi/>
        <w:spacing w:before="0" w:after="40"/>
        <w:jc w:val="both"/>
      </w:pPr>
      <w:r>
        <w:rPr>
          <w:rtl/>
        </w:rPr>
        <w:t>א. ירושלים היא בירת מדינת ישראל.</w:t>
      </w:r>
    </w:p>
    <w:p>
      <w:pPr>
        <w:bidi/>
        <w:spacing w:before="0" w:after="40"/>
        <w:jc w:val="both"/>
      </w:pPr>
      <w:r>
        <w:rPr>
          <w:rtl/>
        </w:rPr>
        <w:t>ב. את בית המקדש הראשון בנה שלמה המלך.</w:t>
      </w:r>
    </w:p>
    <w:p>
      <w:pPr>
        <w:bidi/>
        <w:spacing w:before="0" w:after="40"/>
        <w:jc w:val="both"/>
      </w:pPr>
      <w:r>
        <w:rPr>
          <w:rtl/>
        </w:rPr>
        <w:t>ג. יום ירושלים חל בכ"ח באייר.</w:t>
      </w:r>
    </w:p>
    <w:p>
      <w:pPr>
        <w:bidi/>
        <w:spacing w:before="0" w:after="40"/>
        <w:jc w:val="both"/>
      </w:pPr>
      <w:r>
        <w:rPr>
          <w:rtl/>
        </w:rPr>
        <w:t>ד. סביב העיר העתיקה יש חומה עם שערים.</w:t>
      </w:r>
    </w:p>
    <w:p>
      <w:pPr>
        <w:bidi/>
        <w:spacing w:before="0" w:after="40"/>
        <w:jc w:val="both"/>
      </w:pPr>
      <w:r>
        <w:rPr>
          <w:rtl/>
        </w:rPr>
        <w:t>ה. שיר מוכר על העיר הוא «ירושלים של זהב».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לכל מקום בירושלים את התיאור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הכותל המערבי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אחד השערים בחומת העיר העתיקה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הכנסת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חלק מן החומה שהקיפה את הר הבית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שער יפו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בית הנבחרים של ישראל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שוק מחנה יהודה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שוק גדול של פירות, ירקות ותבלינים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העיר העתיקה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השכונה העתיקה המוקפת חומה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שאלה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תשובה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מתי חל יום ירושלים?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בכ"ח באייר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באיזו מלחמה אוחדה העיר?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במלחמת ששת הימים (1967)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מי עשה את ירושלים לבירה?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דוד המלך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כמה רובעים יש בעיר העתיקה?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ארבעה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ירושלים היא בירת מדינת ישראל. – נכון</w:t>
      </w:r>
    </w:p>
    <w:p>
      <w:pPr>
        <w:bidi/>
        <w:spacing w:before="0" w:after="40"/>
        <w:jc w:val="both"/>
      </w:pPr>
      <w:r>
        <w:rPr>
          <w:rtl/>
        </w:rPr>
        <w:t>ב. את בית המקדש הראשון בנה דוד המלך. – לא נכון – את בית המקדש הראשון בנה שלמה המלך, בנו של דוד</w:t>
      </w:r>
    </w:p>
    <w:p>
      <w:pPr>
        <w:bidi/>
        <w:spacing w:before="0" w:after="40"/>
        <w:jc w:val="both"/>
      </w:pPr>
      <w:r>
        <w:rPr>
          <w:rtl/>
        </w:rPr>
        <w:t>ג. בעיר העתיקה יש רובע ארמני. – נכון</w:t>
      </w:r>
    </w:p>
    <w:p>
      <w:pPr>
        <w:bidi/>
        <w:spacing w:before="0" w:after="40"/>
        <w:jc w:val="both"/>
      </w:pPr>
      <w:r>
        <w:rPr>
          <w:rtl/>
        </w:rPr>
        <w:t>ד. יום ירושלים חל בה' באייר. – לא נכון – יום ירושלים חל בכ"ח באייר; בה' באייר חל יום העצמאות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באיזו שנה הייתה מלחמת ששת הימים?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1967</w:t>
      </w:r>
    </w:p>
    <w:p>
      <w:pPr>
        <w:bidi/>
        <w:spacing w:before="0" w:after="20"/>
        <w:jc w:val="both"/>
      </w:pPr>
      <w:r>
        <w:rPr>
          <w:rtl/>
        </w:rPr>
        <w:t>ב. באילו חגים עלו לרגל לירושלים?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פסח, שבועות וסוכות</w:t>
      </w:r>
    </w:p>
    <w:p>
      <w:pPr>
        <w:bidi/>
        <w:spacing w:before="0" w:after="20"/>
        <w:jc w:val="both"/>
      </w:pPr>
      <w:r>
        <w:rPr>
          <w:rtl/>
        </w:rPr>
        <w:t>ג. מה נמצא בירושלים?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הכנסת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מיינו את המקומות: בתוך חומות העיר העתיקה או מחוץ להן?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בתוך החומות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מחוץ לחומות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הכותל המערבי, הרובע היהודי, הרובע הארמני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הכנסת, שוק מחנה יהודה, מוזיאון ישראל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לכל משפט כתבו את שם המקום בירושלים שהוא מתאר.</w:t>
      </w:r>
    </w:p>
    <w:p>
      <w:pPr>
        <w:bidi/>
        <w:spacing w:before="0" w:after="100"/>
        <w:jc w:val="both"/>
      </w:pPr>
      <w:r>
        <w:rPr>
          <w:rtl/>
        </w:rPr>
        <w:t>א. כאן נפגשים חברי הכנסת ומחליטים על חוקי המדינה.  ← הכנסת</w:t>
      </w:r>
    </w:p>
    <w:p>
      <w:pPr>
        <w:bidi/>
        <w:spacing w:before="0" w:after="100"/>
        <w:jc w:val="both"/>
      </w:pPr>
      <w:r>
        <w:rPr>
          <w:rtl/>
        </w:rPr>
        <w:t>ב. כאן עומדים ליד אבנים גדולות ועתיקות ומתפללים.  ← הכותל המערבי</w:t>
      </w:r>
    </w:p>
    <w:p>
      <w:pPr>
        <w:bidi/>
        <w:spacing w:before="0" w:after="100"/>
        <w:jc w:val="both"/>
      </w:pPr>
      <w:r>
        <w:rPr>
          <w:rtl/>
        </w:rPr>
        <w:t>ג. כאן קונים פירות, ירקות ותבלינים.  ← שוק מחנה יהודה</w:t>
      </w:r>
    </w:p>
    <w:p>
      <w:pPr>
        <w:bidi/>
        <w:spacing w:before="0" w:after="100"/>
        <w:jc w:val="both"/>
      </w:pPr>
      <w:r>
        <w:rPr>
          <w:rtl/>
        </w:rPr>
        <w:t>ד. דרכו נכנסים לעיר העתיקה מן המערב, והוא נקרא על שם עיר על חוף הים.  ← שער יפו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השלימו.</w:t>
      </w:r>
    </w:p>
    <w:p>
      <w:pPr>
        <w:bidi/>
        <w:spacing w:before="0" w:after="40"/>
        <w:jc w:val="both"/>
      </w:pPr>
      <w:r>
        <w:rPr>
          <w:rtl/>
        </w:rPr>
        <w:t>א. במלחמת ששת הימים הגיעו החיילים אל הכותל המערבי.</w:t>
      </w:r>
    </w:p>
    <w:p>
      <w:pPr>
        <w:bidi/>
        <w:spacing w:before="0" w:after="40"/>
        <w:jc w:val="both"/>
      </w:pPr>
      <w:r>
        <w:rPr>
          <w:rtl/>
        </w:rPr>
        <w:t>ב. «ירושלים הבנויה כעיר שחוברה לה יחדו» (תהילים קכ"ב).</w:t>
      </w:r>
    </w:p>
    <w:p>
      <w:pPr>
        <w:bidi/>
        <w:spacing w:before="0" w:after="40"/>
        <w:jc w:val="both"/>
      </w:pPr>
      <w:r>
        <w:rPr>
          <w:rtl/>
        </w:rPr>
        <w:t>ג. בימי בית המקדש עלו לירושלים שלוש פעמים בשנה.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ענו לפי הסיפור «טיול לירושלים».</w:t>
      </w:r>
    </w:p>
    <w:p>
      <w:pPr>
        <w:bidi/>
        <w:spacing w:before="0" w:after="20"/>
        <w:jc w:val="both"/>
      </w:pPr>
      <w:r>
        <w:rPr>
          <w:rtl/>
        </w:rPr>
        <w:t>א. דרך איזה שער נכנסו לעיר העתיקה?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שער יפו</w:t>
      </w:r>
    </w:p>
    <w:p>
      <w:pPr>
        <w:bidi/>
        <w:spacing w:before="0" w:after="20"/>
        <w:jc w:val="both"/>
      </w:pPr>
      <w:r>
        <w:rPr>
          <w:rtl/>
        </w:rPr>
        <w:t>ב. מה עשה אריאל ליד הכותל?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הכניס פתק עם משאלה בין האבנים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לפי הסיפור, מה למדו הילדים על האנשים שגרים בירושלים? הביאו ראיה מן הטקסט.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שגרים בה אנשים שונים זה מזה וכולם אוהבים אותה. ראיה: הם שמעו בסמטאות שפות רבות, והמדריך אמר זאת.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אילו הייתם מתכננים טיול לירושלים, איזה מקום הייתם רוצים לראות ראשון, ומדוע?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אישית: מקום אמיתי בירושלים והסבר.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ציירו מפה פשוטה של העיר העתיקה: חומה מרובעת, שני שערים וארבעת הרובעים. כתבו את השמות.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מפה עם חומה, שני שערים מסומנים (למשל שער יפו ושער שכם) וארבעה רובעים: היהודי, הנוצרי, המוסלמי והארמני.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אתגר: בתלמוד הירושלמי נאמר שירושלים היא «עיר שהיא עושה כל ישראל חברים». מה פירוש הדבר? הסבירו בעזרת המנהג לעלות לרגל.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כשאנשים מכל הארץ עלו לרגל לירושלים, הם נפגשו, חגגו יחד והתחברו זה לזה. כך העיר חיברה בין אנשים שגרו רחוק זה מזה.</w:t>
      </w: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15. גזרו את הכרטיסים, והדביקו כל מקום בירושלים ליד התיאור שלו.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חלק מן החומה שהקיפה את הר הבית, ומתפללים לידו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🧱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הכותל המערבי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בית הנבחרים של מדינת ישראל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🏛️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הכנסת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אחד השערים בחומת העיר העתיקה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🚪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שער יפו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שוק גדול וצבעוני בעיר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🍉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מחנה יהודה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16. התאימו תמונה למשפט: כתבו בריבוע את מספר התמונה.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👑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🎶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🗓️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🧱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[ 2 ]   «ירושלים של זהב» הוא שיר מוכר על העיר.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[ 1 ]   דוד המלך עשה את ירושלים לבירת ממלכתו.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[ 3 ]   את יום ירושלים מציינים בכ"ח באייר.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[ 4 ]   סביב העיר העתיקה יש חומה עם שערים.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