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חגים ומועדים · כיתה ד'   |   דף סיכום</w:t>
      </w:r>
    </w:p>
    <w:p>
      <w:pPr>
        <w:bidi/>
        <w:spacing w:before="0" w:after="120"/>
        <w:jc w:val="both"/>
      </w:pPr>
      <w:r>
        <w:rPr>
          <w:rFonts w:ascii="Gisha" w:hAnsi="Gisha" w:cs="Gisha"/>
          <w:b/>
          <w:bCs/>
          <w:color w:val="6D28D9"/>
          <w:sz w:val="44"/>
          <w:szCs w:val="44"/>
          <w:rtl/>
        </w:rPr>
        <w:t>ט"ו בשבט: ראש השנה לאילנות ושמירה על הטבע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6D28D9"/>
          <w:sz w:val="24"/>
          <w:szCs w:val="24"/>
          <w:rtl/>
        </w:rPr>
        <w:t>דף סיכום: ט"ו בשבט – מקור, מנהגים וערכים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ag_g4_t03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מה ולמה?</w:t>
      </w:r>
    </w:p>
    <w:p>
      <w:pPr>
        <w:bidi/>
        <w:spacing w:before="0" w:after="20"/>
        <w:jc w:val="both"/>
      </w:pPr>
      <w:r>
        <w:rPr>
          <w:rtl/>
        </w:rPr>
        <w:t>1. ט"ו בשבט – ראש השנה לאילנות (משנה, ראש השנה א).</w:t>
      </w:r>
    </w:p>
    <w:p>
      <w:pPr>
        <w:bidi/>
        <w:spacing w:before="0" w:after="20"/>
        <w:jc w:val="both"/>
      </w:pPr>
      <w:r>
        <w:rPr>
          <w:rtl/>
        </w:rPr>
        <w:t>2. באמצע החורף העצים מתעוררים והשקדייה פורחת.</w:t>
      </w:r>
    </w:p>
    <w:p>
      <w:pPr>
        <w:bidi/>
        <w:spacing w:before="0" w:after="20"/>
        <w:jc w:val="both"/>
      </w:pPr>
      <w:r>
        <w:rPr>
          <w:rtl/>
        </w:rPr>
        <w:t>3. הכנסת הראשונה התכנסה בט"ו בשבט.</w:t>
      </w: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שבעת המינים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דגנים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פירות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חיטה, שעורה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גפן, תאנה, רימון, זית, תמר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◆ מנהגים וערכים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מנהג</w:t>
            </w:r>
          </w:p>
        </w:tc>
        <w:tc>
          <w:tcPr>
            <w:tcW w:type="dxa" w:w="4989"/>
            <w:shd w:val="clear" w:color="auto" w:fill="6d28d9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ערך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נטיעת עצים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אחריות לדורות הבאים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סדר ט"ו בשבט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הודיה על פירות הארץ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חיסכון ומיחזור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בל תשחית – שמירה על הסביבה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זכרו את שבעת המינים בשני חלקים: שני דגנים – חיטה ושעורה, וחמישה פירות – גפן, תאנה, רימון, זית ותמר.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למה הזקן בסיפור של חוני המעגל נטע עץ שיניב פירות רק אחרי שנים רבות?</w:t>
      </w:r>
    </w:p>
    <w:p>
      <w:pPr>
        <w:bidi/>
        <w:spacing w:before="0" w:after="20"/>
        <w:jc w:val="both"/>
      </w:pPr>
      <w:r>
        <w:rPr>
          <w:rtl/>
        </w:rPr>
        <w:t>1. אבותיו נטעו עצים שהוא אוכל מהם.</w:t>
      </w:r>
    </w:p>
    <w:p>
      <w:pPr>
        <w:bidi/>
        <w:spacing w:before="0" w:after="20"/>
        <w:jc w:val="both"/>
      </w:pPr>
      <w:r>
        <w:rPr>
          <w:rtl/>
        </w:rPr>
        <w:t>2. גם הוא רוצה להשאיר עצים לנכדיו.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כדי שהדורות הבאים ייהנו מהעץ – אחריות לדורות הבאים.</w:t>
      </w:r>
    </w:p>
    <w:p>
      <w:pPr>
        <w:bidi/>
        <w:spacing w:before="120" w:after="80"/>
        <w:jc w:val="both"/>
      </w:pPr>
      <w:r>
        <w:rPr>
          <w:rFonts w:ascii="Gisha" w:hAnsi="Gisha" w:cs="Gisha"/>
          <w:b/>
          <w:bCs/>
          <w:color w:val="6D28D9"/>
          <w:sz w:val="28"/>
          <w:szCs w:val="28"/>
          <w:rtl/>
        </w:rPr>
        <w:t>בודקים את עצמנו – השלימו בעזרת הדף:</w:t>
      </w:r>
    </w:p>
    <w:p>
      <w:pPr>
        <w:bidi/>
        <w:spacing w:before="0" w:after="60"/>
        <w:jc w:val="both"/>
      </w:pPr>
      <w:r>
        <w:rPr>
          <w:rtl/>
        </w:rPr>
        <w:t>א. אילן פירושו __________.</w:t>
      </w:r>
    </w:p>
    <w:p>
      <w:pPr>
        <w:bidi/>
        <w:spacing w:before="0" w:after="60"/>
        <w:jc w:val="both"/>
      </w:pPr>
      <w:r>
        <w:rPr>
          <w:rtl/>
        </w:rPr>
        <w:t>ב. שני הדגנים בשבעת המינים הם חיטה ו__________.</w:t>
      </w:r>
    </w:p>
    <w:p>
      <w:pPr>
        <w:bidi/>
        <w:spacing w:before="0" w:after="60"/>
        <w:jc w:val="both"/>
      </w:pPr>
      <w:r>
        <w:rPr>
          <w:rtl/>
        </w:rPr>
        <w:t>ג. נטיעת עץ מלמדת אחריות ל__________ הבאים.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עץ · ב. שעורה · ג. דורות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rkisim" w:hAnsi="Narkisim" w:cs="Narkisim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