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סוכות – חג האסיף: שלוש הרגלים כחגים חקלאיים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סכך  |  אתרוג  |  לולב  |  אושפיזין  |  תורה  |  מצה</w:t>
      </w:r>
    </w:p>
    <w:p>
      <w:pPr>
        <w:bidi/>
        <w:spacing w:before="0" w:after="60"/>
        <w:jc w:val="both"/>
      </w:pPr>
      <w:r>
        <w:rPr>
          <w:rtl/>
        </w:rPr>
        <w:t>א. את גג הסוכה מכסים ב־__________.</w:t>
      </w:r>
    </w:p>
    <w:p>
      <w:pPr>
        <w:bidi/>
        <w:spacing w:before="0" w:after="60"/>
        <w:jc w:val="both"/>
      </w:pPr>
      <w:r>
        <w:rPr>
          <w:rtl/>
        </w:rPr>
        <w:t>ב. הפרי הצהוב שבארבעת המינים הוא ה־__________.</w:t>
      </w:r>
    </w:p>
    <w:p>
      <w:pPr>
        <w:bidi/>
        <w:spacing w:before="0" w:after="60"/>
        <w:jc w:val="both"/>
      </w:pPr>
      <w:r>
        <w:rPr>
          <w:rtl/>
        </w:rPr>
        <w:t>ג. ענף הדקל שבארבעת המינים נקרא __________.</w:t>
      </w:r>
    </w:p>
    <w:p>
      <w:pPr>
        <w:bidi/>
        <w:spacing w:before="0" w:after="60"/>
        <w:jc w:val="both"/>
      </w:pPr>
      <w:r>
        <w:rPr>
          <w:rtl/>
        </w:rPr>
        <w:t>ד. האורחים שמזמינים לסוכה נקראים __________.</w:t>
      </w:r>
    </w:p>
    <w:p>
      <w:pPr>
        <w:bidi/>
        <w:spacing w:before="0" w:after="60"/>
        <w:jc w:val="both"/>
      </w:pPr>
      <w:r>
        <w:rPr>
          <w:rtl/>
        </w:rPr>
        <w:t>ה. בסוף סוכות חוגגים את שמחת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רגל את השם החקלאי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חג הקציר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חג האביב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סוכות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חג האסיף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סוכות חל בט"ו בתשרי.      נכון / לא נכון</w:t>
      </w:r>
    </w:p>
    <w:p>
      <w:pPr>
        <w:bidi/>
        <w:spacing w:before="0" w:after="60"/>
        <w:jc w:val="both"/>
      </w:pPr>
      <w:r>
        <w:rPr>
          <w:rtl/>
        </w:rPr>
        <w:t>ב. הסוכה היא בית קבע עם גג בטון.      נכון / לא נכון</w:t>
      </w:r>
    </w:p>
    <w:p>
      <w:pPr>
        <w:bidi/>
        <w:spacing w:before="0" w:after="60"/>
        <w:jc w:val="both"/>
      </w:pPr>
      <w:r>
        <w:rPr>
          <w:rtl/>
        </w:rPr>
        <w:t>ג. בארבעת המינים יש שני ענפי ערבה.      נכון / לא נכון</w:t>
      </w:r>
    </w:p>
    <w:p>
      <w:pPr>
        <w:bidi/>
        <w:spacing w:before="0" w:after="60"/>
        <w:jc w:val="both"/>
      </w:pPr>
      <w:r>
        <w:rPr>
          <w:rtl/>
        </w:rPr>
        <w:t>ד. שלוש רגלים נקראות כך כי חוגגים אותן שלושה ימים.      נכון / לא נכון</w:t>
      </w:r>
    </w:p>
    <w:p>
      <w:pPr>
        <w:bidi/>
        <w:spacing w:before="0" w:after="60"/>
        <w:jc w:val="both"/>
      </w:pPr>
      <w:r>
        <w:rPr>
          <w:rtl/>
        </w:rPr>
        <w:t>ה. בשמיני עצרת מתחילים להזכיר בתפילה את הגשם.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והסמלים לפי החג.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סוכה  |  מצה  |  ביכורים  |  ארבעה מינים  |  ליל הסדר  |  מגילת 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פסח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שבועות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סוכות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שלוש הרגלים.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קורה בשדה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זיכרון היסטורי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ט"ו בניסן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החיטים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סוכות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הישיבה בסוכות במדבר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מזכירה הישיבה בסוכה?</w:t>
      </w:r>
    </w:p>
    <w:p>
      <w:pPr>
        <w:bidi/>
        <w:spacing w:before="0" w:after="80"/>
        <w:jc w:val="both"/>
      </w:pPr>
      <w:r>
        <w:rPr>
          <w:rtl/>
        </w:rPr>
        <w:t xml:space="preserve">   ○ את בניין בית המקדש      ○ את הסוכות שבהן ישבו בני ישראל במדבר      ○ את מלחמת העצמאות      ○ את חג החנוכה</w:t>
      </w:r>
    </w:p>
    <w:p>
      <w:pPr>
        <w:bidi/>
        <w:spacing w:before="0" w:after="20"/>
        <w:jc w:val="both"/>
      </w:pPr>
      <w:r>
        <w:rPr>
          <w:rtl/>
        </w:rPr>
        <w:t>ב. למה החקלאי שמח במיוחד בסוכות?</w:t>
      </w:r>
    </w:p>
    <w:p>
      <w:pPr>
        <w:bidi/>
        <w:spacing w:before="0" w:after="80"/>
        <w:jc w:val="both"/>
      </w:pPr>
      <w:r>
        <w:rPr>
          <w:rtl/>
        </w:rPr>
        <w:t xml:space="preserve">   ○ כי מתחילה זריעת התפוחים      ○ כי היבול כבר נאסף      ○ כי מתחיל הקיץ      ○ כי אין עבודה בשדה כל השנה</w:t>
      </w:r>
    </w:p>
    <w:p>
      <w:pPr>
        <w:bidi/>
        <w:spacing w:before="0" w:after="20"/>
        <w:jc w:val="both"/>
      </w:pPr>
      <w:r>
        <w:rPr>
          <w:rtl/>
        </w:rPr>
        <w:t>ג. איזה מין מארבעת המינים גדל ליד מים?</w:t>
      </w:r>
    </w:p>
    <w:p>
      <w:pPr>
        <w:bidi/>
        <w:spacing w:before="0" w:after="80"/>
        <w:jc w:val="both"/>
      </w:pPr>
      <w:r>
        <w:rPr>
          <w:rtl/>
        </w:rPr>
        <w:t xml:space="preserve">   ○ אתרוג      ○ לולב      ○ ערבה      ○ הדס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ציירו תכנית של סוכה (מבט מלמעלה): קירות, פתח, שולחן ומקום לאורחים. כתבו ליד הציור ממה עשוי הסכך.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בסוכות נוהגים להזמין אורחים. את מי הייתם מזמינים לסוכה שלכם, ולמה? כתבו שני משפטים.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חג האסיף במושב</w:t>
      </w:r>
    </w:p>
    <w:p>
      <w:pPr>
        <w:bidi/>
        <w:spacing w:before="0" w:after="80"/>
        <w:jc w:val="both"/>
      </w:pPr>
      <w:r>
        <w:rPr>
          <w:rtl/>
        </w:rPr>
        <w:t>במושב של נועם קוטפים בסתיו את אחרוני הרימונים והענבים. השנה החליטה ועדת התרבות לחגוג את חג האסיף בדרך מיוחדת: כל משפחה הביאה לרחבה שבמרכז המושב סל עם משהו מן היבול שלה.</w:t>
      </w:r>
    </w:p>
    <w:p>
      <w:pPr>
        <w:bidi/>
        <w:spacing w:before="0" w:after="80"/>
        <w:jc w:val="both"/>
      </w:pPr>
      <w:r>
        <w:rPr>
          <w:rtl/>
        </w:rPr>
        <w:t>הילדים קישטו עגלה גדולה בענפים, ברימונים ובקלחי תירס. החקלאי הוותיק של המושב סיפר להם שפעם, אחרי האסיף, היו מאחסנים את התבואה בממגורות כדי שיהיה אוכל לכל החורף.</w:t>
      </w:r>
    </w:p>
    <w:p>
      <w:pPr>
        <w:bidi/>
        <w:spacing w:before="0" w:after="80"/>
        <w:jc w:val="both"/>
      </w:pPr>
      <w:r>
        <w:rPr>
          <w:rtl/>
        </w:rPr>
        <w:t>בסוף הערב חילקו חלק מן הסלים למשפחות שקשה להן. «שמחה אמיתית», אמר החקלאי, «היא שמחה שמתחלקים בה». נועם הסתכל על השמים: עננים ראשונים כבר הופיעו, והוא קיווה לגשם טוב.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הקטע, בחרו.</w:t>
      </w:r>
    </w:p>
    <w:p>
      <w:pPr>
        <w:bidi/>
        <w:spacing w:before="0" w:after="20"/>
        <w:jc w:val="both"/>
      </w:pPr>
      <w:r>
        <w:rPr>
          <w:rtl/>
        </w:rPr>
        <w:t>א. מה הביאה כל משפחה לרחבה?</w:t>
      </w:r>
    </w:p>
    <w:p>
      <w:pPr>
        <w:bidi/>
        <w:spacing w:before="0" w:after="80"/>
        <w:jc w:val="both"/>
      </w:pPr>
      <w:r>
        <w:rPr>
          <w:rtl/>
        </w:rPr>
        <w:t xml:space="preserve">   ○ כיסא לסוכה      ○ סל עם משהו מן היבול שלה      ○ לולב ואתרוג      ○ שופר</w:t>
      </w:r>
    </w:p>
    <w:p>
      <w:pPr>
        <w:bidi/>
        <w:spacing w:before="0" w:after="20"/>
        <w:jc w:val="both"/>
      </w:pPr>
      <w:r>
        <w:rPr>
          <w:rtl/>
        </w:rPr>
        <w:t>ב. למה אחסנו פעם את התבואה בממגורות?</w:t>
      </w:r>
    </w:p>
    <w:p>
      <w:pPr>
        <w:bidi/>
        <w:spacing w:before="0" w:after="80"/>
        <w:jc w:val="both"/>
      </w:pPr>
      <w:r>
        <w:rPr>
          <w:rtl/>
        </w:rPr>
        <w:t xml:space="preserve">   ○ כדי למכור אותה בקיץ      ○ כדי שיהיה אוכל לכל החורף      ○ כדי לקשט את העגלה      ○ כי לא היה מקום בבתים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בקטע שני רמזים לכך שהחג חל בסתיו, והסבירו את הקשר לחג האסיף.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פסוק או ביטוי כתבו לאיזה חג הוא מתאים: פסח, שבועות או סוכות.</w:t>
      </w:r>
    </w:p>
    <w:p>
      <w:pPr>
        <w:bidi/>
        <w:spacing w:before="0" w:after="100"/>
        <w:jc w:val="both"/>
      </w:pPr>
      <w:r>
        <w:rPr>
          <w:rtl/>
        </w:rPr>
        <w:t>א. «וחג האסף בצאת השנה»</w:t>
      </w:r>
    </w:p>
    <w:p>
      <w:pPr>
        <w:bidi/>
        <w:spacing w:before="0" w:after="100"/>
        <w:jc w:val="both"/>
      </w:pPr>
      <w:r>
        <w:rPr>
          <w:rtl/>
        </w:rPr>
        <w:t>ב. «בסכת תשבו שבעת ימים»</w:t>
      </w:r>
    </w:p>
    <w:p>
      <w:pPr>
        <w:bidi/>
        <w:spacing w:before="0" w:after="100"/>
        <w:jc w:val="both"/>
      </w:pPr>
      <w:r>
        <w:rPr>
          <w:rtl/>
        </w:rPr>
        <w:t>ג. «שמור את חדש האביב»</w:t>
      </w:r>
    </w:p>
    <w:p>
      <w:pPr>
        <w:bidi/>
        <w:spacing w:before="0" w:after="100"/>
        <w:jc w:val="both"/>
      </w:pPr>
      <w:r>
        <w:rPr>
          <w:rtl/>
        </w:rPr>
        <w:t>ד. «זמן שמחתנו»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לשלושת הרגלים יש גם סיפור היסטורי וגם עונה חקלאית. בחרו רגל אחת והסבירו איך שני הצדדים שלה מתחברים לרעיון אחד.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סוכות – חג האסיף: שלוש הרגלים כחגים חקלאיים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את גג הסוכה מכסים ב־סכך.</w:t>
      </w:r>
    </w:p>
    <w:p>
      <w:pPr>
        <w:bidi/>
        <w:spacing w:before="0" w:after="40"/>
        <w:jc w:val="both"/>
      </w:pPr>
      <w:r>
        <w:rPr>
          <w:rtl/>
        </w:rPr>
        <w:t>ב. הפרי הצהוב שבארבעת המינים הוא ה־אתרוג.</w:t>
      </w:r>
    </w:p>
    <w:p>
      <w:pPr>
        <w:bidi/>
        <w:spacing w:before="0" w:after="40"/>
        <w:jc w:val="both"/>
      </w:pPr>
      <w:r>
        <w:rPr>
          <w:rtl/>
        </w:rPr>
        <w:t>ג. ענף הדקל שבארבעת המינים נקרא לולב.</w:t>
      </w:r>
    </w:p>
    <w:p>
      <w:pPr>
        <w:bidi/>
        <w:spacing w:before="0" w:after="40"/>
        <w:jc w:val="both"/>
      </w:pPr>
      <w:r>
        <w:rPr>
          <w:rtl/>
        </w:rPr>
        <w:t>ד. האורחים שמזמינים לסוכה נקראים אושפיזין.</w:t>
      </w:r>
    </w:p>
    <w:p>
      <w:pPr>
        <w:bidi/>
        <w:spacing w:before="0" w:after="40"/>
        <w:jc w:val="both"/>
      </w:pPr>
      <w:r>
        <w:rPr>
          <w:rtl/>
        </w:rPr>
        <w:t>ה. בסוף סוכות חוגגים את שמחת תורה.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רגל את השם החקלאי שלה.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פסח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חג הקציר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שבועות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חג האביב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סוכות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חג האסיף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סוכות חל בט"ו בתשרי. – נכון</w:t>
      </w:r>
    </w:p>
    <w:p>
      <w:pPr>
        <w:bidi/>
        <w:spacing w:before="0" w:after="40"/>
        <w:jc w:val="both"/>
      </w:pPr>
      <w:r>
        <w:rPr>
          <w:rtl/>
        </w:rPr>
        <w:t>ב. הסוכה היא בית קבע עם גג בטון. – לא נכון – הסוכה היא דירת ארעי, וגגה סכך</w:t>
      </w:r>
    </w:p>
    <w:p>
      <w:pPr>
        <w:bidi/>
        <w:spacing w:before="0" w:after="40"/>
        <w:jc w:val="both"/>
      </w:pPr>
      <w:r>
        <w:rPr>
          <w:rtl/>
        </w:rPr>
        <w:t>ג. בארבעת המינים יש שני ענפי ערבה. – נכון</w:t>
      </w:r>
    </w:p>
    <w:p>
      <w:pPr>
        <w:bidi/>
        <w:spacing w:before="0" w:after="40"/>
        <w:jc w:val="both"/>
      </w:pPr>
      <w:r>
        <w:rPr>
          <w:rtl/>
        </w:rPr>
        <w:t>ד. שלוש רגלים נקראות כך כי חוגגים אותן שלושה ימים. – לא נכון – כי עלו בהן לירושלים ברגל</w:t>
      </w:r>
    </w:p>
    <w:p>
      <w:pPr>
        <w:bidi/>
        <w:spacing w:before="0" w:after="40"/>
        <w:jc w:val="both"/>
      </w:pPr>
      <w:r>
        <w:rPr>
          <w:rtl/>
        </w:rPr>
        <w:t>ה. בשמיני עצרת מתחילים להזכיר בתפילה את הגשם.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המנהגים והסמלים לפי החג.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פסח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שבועות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סוכות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מצה, ליל הסדר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ביכורים, מגילת 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סוכה, ארבעה מינים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טבלת שלוש הרגלים.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חג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תאריך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קורה בשדה</w:t>
            </w:r>
          </w:p>
        </w:tc>
        <w:tc>
          <w:tcPr>
            <w:tcW w:type="dxa" w:w="2494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זיכרון היסטורי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פסח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ט"ו בניסן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תחילת קציר השעורים, אביב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יציאת מצרים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שבועות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ו' בסיוון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קציר החיטים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מתן תורה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סוכות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ט"ו בתשרי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אסיף היבול לפני החורף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הישיבה בסוכות במדבר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מזכירה הישיבה בסוכה?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את הסוכות שבהן ישבו בני ישראל במדבר</w:t>
      </w:r>
    </w:p>
    <w:p>
      <w:pPr>
        <w:bidi/>
        <w:spacing w:before="0" w:after="20"/>
        <w:jc w:val="both"/>
      </w:pPr>
      <w:r>
        <w:rPr>
          <w:rtl/>
        </w:rPr>
        <w:t>ב. למה החקלאי שמח במיוחד בסוכות?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היבול כבר נאסף</w:t>
      </w:r>
    </w:p>
    <w:p>
      <w:pPr>
        <w:bidi/>
        <w:spacing w:before="0" w:after="20"/>
        <w:jc w:val="both"/>
      </w:pPr>
      <w:r>
        <w:rPr>
          <w:rtl/>
        </w:rPr>
        <w:t>ג. איזה מין מארבעת המינים גדל ליד מים?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ערבה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ציירו תכנית של סוכה (מבט מלמעלה): קירות, פתח, שולחן ומקום לאורחים. כתבו ליד הציור ממה עשוי הסכך.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תרשים סוכה עם קירות, פתח, שולחן ומקומות ישיבה, והערה שהסכך עשוי מענפים או מחומר צמחי.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בסוכות נוהגים להזמין אורחים. את מי הייתם מזמינים לסוכה שלכם, ולמה? כתבו שני משפטים.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מנומקת – למשל שכן בודד, חבר חדש, בן משפחה רחוק – עם הסבר הקשור להכנסת אורחים ולשמחה משותפת.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הקטע, בחרו.</w:t>
      </w:r>
    </w:p>
    <w:p>
      <w:pPr>
        <w:bidi/>
        <w:spacing w:before="0" w:after="20"/>
        <w:jc w:val="both"/>
      </w:pPr>
      <w:r>
        <w:rPr>
          <w:rtl/>
        </w:rPr>
        <w:t>א. מה הביאה כל משפחה לרחבה?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סל עם משהו מן היבול שלה</w:t>
      </w:r>
    </w:p>
    <w:p>
      <w:pPr>
        <w:bidi/>
        <w:spacing w:before="0" w:after="20"/>
        <w:jc w:val="both"/>
      </w:pPr>
      <w:r>
        <w:rPr>
          <w:rtl/>
        </w:rPr>
        <w:t>ב. למה אחסנו פעם את התבואה בממגורות?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כדי שיהיה אוכל לכל החורף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מצאו בקטע שני רמזים לכך שהחג חל בסתיו, והסבירו את הקשר לחג האסיף.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רמזים: קוטפים את אחרוני הרימונים והענבים; מופיעים עננים ראשונים ומקווים לגשם. בסתיו מסיימים לאסוף את היבול לפני החורף – לכן זה חג האסיף.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פסוק או ביטוי כתבו לאיזה חג הוא מתאים: פסח, שבועות או סוכות.</w:t>
      </w:r>
    </w:p>
    <w:p>
      <w:pPr>
        <w:bidi/>
        <w:spacing w:before="0" w:after="100"/>
        <w:jc w:val="both"/>
      </w:pPr>
      <w:r>
        <w:rPr>
          <w:rtl/>
        </w:rPr>
        <w:t>א. «וחג האסף בצאת השנה»  ← סוכות</w:t>
      </w:r>
    </w:p>
    <w:p>
      <w:pPr>
        <w:bidi/>
        <w:spacing w:before="0" w:after="100"/>
        <w:jc w:val="both"/>
      </w:pPr>
      <w:r>
        <w:rPr>
          <w:rtl/>
        </w:rPr>
        <w:t>ב. «בסכת תשבו שבעת ימים»  ← סוכות</w:t>
      </w:r>
    </w:p>
    <w:p>
      <w:pPr>
        <w:bidi/>
        <w:spacing w:before="0" w:after="100"/>
        <w:jc w:val="both"/>
      </w:pPr>
      <w:r>
        <w:rPr>
          <w:rtl/>
        </w:rPr>
        <w:t>ג. «שמור את חדש האביב»  ← פסח</w:t>
      </w:r>
    </w:p>
    <w:p>
      <w:pPr>
        <w:bidi/>
        <w:spacing w:before="0" w:after="100"/>
        <w:jc w:val="both"/>
      </w:pPr>
      <w:r>
        <w:rPr>
          <w:rtl/>
        </w:rPr>
        <w:t>ד. «זמן שמחתנו»  ← סוכות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לשלושת הרגלים יש גם סיפור היסטורי וגם עונה חקלאית. בחרו רגל אחת והסבירו איך שני הצדדים שלה מתחברים לרעיון אחד.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סוכות – הסוכה מזכירה את הנדודים במדבר ואת התלות בטבע, והאסיף מזכיר שהיבול אינו מובן מאליו; הרעיון המשותף – הכרת תודה וענווה. או פסח – יציאה לחירות ותחילת האביב: התחדשות.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