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שבועות – חג הקציר והביכורים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מחסן מילים: סיוון  |  בועז  |  מקדש  |  תיקון  |  חלב  |  ניסן</w:t>
      </w:r>
    </w:p>
    <w:p>
      <w:pPr>
        <w:bidi/>
        <w:spacing w:before="0" w:after="60"/>
        <w:jc w:val="both"/>
      </w:pPr>
      <w:r>
        <w:rPr>
          <w:rtl/>
        </w:rPr>
        <w:t>א. שבועות חל בחודש __________.</w:t>
      </w:r>
    </w:p>
    <w:p>
      <w:pPr>
        <w:bidi/>
        <w:spacing w:before="0" w:after="60"/>
        <w:jc w:val="both"/>
      </w:pPr>
      <w:r>
        <w:rPr>
          <w:rtl/>
        </w:rPr>
        <w:t>ב. רות ליקטה שיבולים בשדה של __________.</w:t>
      </w:r>
    </w:p>
    <w:p>
      <w:pPr>
        <w:bidi/>
        <w:spacing w:before="0" w:after="60"/>
        <w:jc w:val="both"/>
      </w:pPr>
      <w:r>
        <w:rPr>
          <w:rtl/>
        </w:rPr>
        <w:t>ג. את הפירות הראשונים הביאו לבית ה־__________.</w:t>
      </w:r>
    </w:p>
    <w:p>
      <w:pPr>
        <w:bidi/>
        <w:spacing w:before="0" w:after="60"/>
        <w:jc w:val="both"/>
      </w:pPr>
      <w:r>
        <w:rPr>
          <w:rtl/>
        </w:rPr>
        <w:t>ד. הלימוד בלילה של שבועות נקרא __________ ליל שבועות.</w:t>
      </w:r>
    </w:p>
    <w:p>
      <w:pPr>
        <w:bidi/>
        <w:spacing w:before="0" w:after="60"/>
        <w:jc w:val="both"/>
      </w:pPr>
      <w:r>
        <w:rPr>
          <w:rtl/>
        </w:rPr>
        <w:t>ה. בשבועות נוהגים לאכול מאכלי __________.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בין המושג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ביכורים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שיבולים שנפלו בזמן הקציר ונשארות לעניים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פאה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פינת השדה שמשאירים לעניים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לקט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הפירות הראשונים שהבשילו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שכחה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עומר ששכחו בשדה ומשאירים לעניים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ספירת העומר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49 הימים שבין פסח לשבועות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תקנו.</w:t>
      </w:r>
    </w:p>
    <w:p>
      <w:pPr>
        <w:bidi/>
        <w:spacing w:before="0" w:after="60"/>
        <w:jc w:val="both"/>
      </w:pPr>
      <w:r>
        <w:rPr>
          <w:rtl/>
        </w:rPr>
        <w:t>א. שבועות חל בו' בסיוון.      נכון / לא נכון</w:t>
      </w:r>
    </w:p>
    <w:p>
      <w:pPr>
        <w:bidi/>
        <w:spacing w:before="0" w:after="60"/>
        <w:jc w:val="both"/>
      </w:pPr>
      <w:r>
        <w:rPr>
          <w:rtl/>
        </w:rPr>
        <w:t>ב. בשבועות קוראים את מגילת אסתר.      נכון / לא נכון</w:t>
      </w:r>
    </w:p>
    <w:p>
      <w:pPr>
        <w:bidi/>
        <w:spacing w:before="0" w:after="60"/>
        <w:jc w:val="both"/>
      </w:pPr>
      <w:r>
        <w:rPr>
          <w:rtl/>
        </w:rPr>
        <w:t>ג. הביכורים הובאו משבעת המינים.      נכון / לא נכון</w:t>
      </w:r>
    </w:p>
    <w:p>
      <w:pPr>
        <w:bidi/>
        <w:spacing w:before="0" w:after="60"/>
        <w:jc w:val="both"/>
      </w:pPr>
      <w:r>
        <w:rPr>
          <w:rtl/>
        </w:rPr>
        <w:t>ד. בארץ ישראל חוגגים את שבועות שבוע שלם.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שבעת המינים: דגנים או פירות.</w:t>
      </w:r>
    </w:p>
    <w:p>
      <w:pPr>
        <w:bidi/>
        <w:spacing w:before="0" w:after="80"/>
        <w:jc w:val="both"/>
      </w:pPr>
      <w:r>
        <w:rPr>
          <w:color w:val="6D28D9"/>
          <w:sz w:val="24"/>
          <w:szCs w:val="24"/>
          <w:rtl/>
        </w:rPr>
        <w:t>המילים: חיטה  |  שעורה  |  גפן  |  תאנה  |  רימון  |  זית  |  תמר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דגנים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br/>
              <w:br/>
              <w:br/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החג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 מזכיר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 מתאים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הקציר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הביכורים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הבאת הפירות הראשונים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זמן מתן תורתנו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תיקון ליל שבועות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מדוע נקרא החג «שבועות»?</w:t>
      </w:r>
    </w:p>
    <w:p>
      <w:pPr>
        <w:bidi/>
        <w:spacing w:before="0" w:after="80"/>
        <w:jc w:val="both"/>
      </w:pPr>
      <w:r>
        <w:rPr>
          <w:rtl/>
        </w:rPr>
        <w:t xml:space="preserve">   ○ כי הוא נמשך שבוע      ○ כי סופרים שבעה שבועות מפסח      ○ כי חוגגים אותו שבע פעמים      ○ כי יש בו שבעה מינים</w:t>
      </w:r>
    </w:p>
    <w:p>
      <w:pPr>
        <w:bidi/>
        <w:spacing w:before="0" w:after="20"/>
        <w:jc w:val="both"/>
      </w:pPr>
      <w:r>
        <w:rPr>
          <w:rtl/>
        </w:rPr>
        <w:t>ב. מה המשותף לפאה, ללקט ולשכחה?</w:t>
      </w:r>
    </w:p>
    <w:p>
      <w:pPr>
        <w:bidi/>
        <w:spacing w:before="0" w:after="80"/>
        <w:jc w:val="both"/>
      </w:pPr>
      <w:r>
        <w:rPr>
          <w:rtl/>
        </w:rPr>
        <w:t xml:space="preserve">   ○ כולם כלי עבודה      ○ כולם חלקים מן הקציר שנשארים לעניים      ○ כולם שמות של חגים      ○ כולם סוגי פירות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רות אומרת לנעמי «עמך עמי». מה לדעתכם המשפט הזה מלמד על רות? כתבו שני משפטים.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ציירו סל ביכורים ובו לפחות ארבעה משבעת המינים. כתבו ליד כל פרי את שמו.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20" w:after="40"/>
        <w:jc w:val="center"/>
      </w:pPr>
      <w:r>
        <w:rPr>
          <w:rFonts w:ascii="Gisha" w:hAnsi="Gisha" w:cs="Gisha"/>
          <w:b/>
          <w:bCs/>
          <w:color w:val="6D28D9"/>
          <w:sz w:val="30"/>
          <w:szCs w:val="30"/>
          <w:rtl/>
        </w:rPr>
        <w:t>תהלוכת הביכורים</w:t>
      </w:r>
    </w:p>
    <w:p>
      <w:pPr>
        <w:bidi/>
        <w:spacing w:before="0" w:after="80"/>
        <w:jc w:val="both"/>
      </w:pPr>
      <w:r>
        <w:rPr>
          <w:rtl/>
        </w:rPr>
        <w:t>במשנה מתוארת העלייה לירושלים עם הביכורים. אנשי העיירות התאספו יחד ויצאו לדרך בבוקר. לפניהם הלך שור שקרניו מצופות זהב ובראשו זר של עלי זית, ונגן חליל ניגן כל הדרך.</w:t>
      </w:r>
    </w:p>
    <w:p>
      <w:pPr>
        <w:bidi/>
        <w:spacing w:before="0" w:after="80"/>
        <w:jc w:val="both"/>
      </w:pPr>
      <w:r>
        <w:rPr>
          <w:rtl/>
        </w:rPr>
        <w:t>החקלאים נשאו את הפירות בסלים – העשירים בסלי כסף וזהב, והעניים בסלי נצרים קלועים. כשהתקרבו לירושלים, יצאו אנשי העיר לקראתם וקיבלו אותם בברכה.</w:t>
      </w:r>
    </w:p>
    <w:p>
      <w:pPr>
        <w:bidi/>
        <w:spacing w:before="0" w:after="80"/>
        <w:jc w:val="both"/>
      </w:pPr>
      <w:r>
        <w:rPr>
          <w:rtl/>
        </w:rPr>
        <w:t>בבית המקדש עמד כל חקלאי, הניח את הסל ואמר דברי תודה על הארץ ועל היבול. לא היה חשוב כמה גדול היה הסל: כל אחד הביא מן הפירות הראשונים שלו, ושמח בהם.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לפי הקטע, בחרו.</w:t>
      </w:r>
    </w:p>
    <w:p>
      <w:pPr>
        <w:bidi/>
        <w:spacing w:before="0" w:after="20"/>
        <w:jc w:val="both"/>
      </w:pPr>
      <w:r>
        <w:rPr>
          <w:rtl/>
        </w:rPr>
        <w:t>א. מה הלך בראש התהלוכה?</w:t>
      </w:r>
    </w:p>
    <w:p>
      <w:pPr>
        <w:bidi/>
        <w:spacing w:before="0" w:after="80"/>
        <w:jc w:val="both"/>
      </w:pPr>
      <w:r>
        <w:rPr>
          <w:rtl/>
        </w:rPr>
        <w:t xml:space="preserve">   ○ סוס לבן      ○ שור שקרניו מצופות זהב      ○ עגלה מלאה ענבים      ○ מקהלת ילדים</w:t>
      </w:r>
    </w:p>
    <w:p>
      <w:pPr>
        <w:bidi/>
        <w:spacing w:before="0" w:after="20"/>
        <w:jc w:val="both"/>
      </w:pPr>
      <w:r>
        <w:rPr>
          <w:rtl/>
        </w:rPr>
        <w:t>ב. במה נשאו העניים את הביכורים?</w:t>
      </w:r>
    </w:p>
    <w:p>
      <w:pPr>
        <w:bidi/>
        <w:spacing w:before="0" w:after="80"/>
        <w:jc w:val="both"/>
      </w:pPr>
      <w:r>
        <w:rPr>
          <w:rtl/>
        </w:rPr>
        <w:t xml:space="preserve">   ○ בסלי זהב      ○ בסלי נצרים קלועים      ○ בשקים גדולים      ○ בכדי חרס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מה לדעתכם מלמד המשפט «לא היה חשוב כמה גדול היה הסל»? הסבירו.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ליד כל משפט ממגילת רות או מן החג כתבו איזה ערך הוא מבטא: «חסד», «נאמנות» או «הודיה».</w:t>
      </w:r>
    </w:p>
    <w:p>
      <w:pPr>
        <w:bidi/>
        <w:spacing w:before="0" w:after="100"/>
        <w:jc w:val="both"/>
      </w:pPr>
      <w:r>
        <w:rPr>
          <w:rtl/>
        </w:rPr>
        <w:t>א. בועז מורה לקוצרים להשאיר שיבולים לרות.</w:t>
      </w:r>
    </w:p>
    <w:p>
      <w:pPr>
        <w:bidi/>
        <w:spacing w:before="0" w:after="100"/>
        <w:jc w:val="both"/>
      </w:pPr>
      <w:r>
        <w:rPr>
          <w:rtl/>
        </w:rPr>
        <w:t>ב. רות אומרת לנעמי: «עמך עמי».</w:t>
      </w:r>
    </w:p>
    <w:p>
      <w:pPr>
        <w:bidi/>
        <w:spacing w:before="0" w:after="100"/>
        <w:jc w:val="both"/>
      </w:pPr>
      <w:r>
        <w:rPr>
          <w:rtl/>
        </w:rPr>
        <w:t>ג. החקלאי מביא את הפרי הראשון לבית המקדש.</w:t>
      </w:r>
    </w:p>
    <w:p>
      <w:pPr>
        <w:bidi/>
        <w:spacing w:before="0" w:after="100"/>
        <w:jc w:val="both"/>
      </w:pPr>
      <w:r>
        <w:rPr>
          <w:rtl/>
        </w:rPr>
        <w:t>ד. ילדי הגן שרים ומודים על היבול.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בשבועות נפגשים שדה, תורה וחסד. בחרו שניים מהם והסבירו איך הם מתחברים זה לזה בחג.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ה'   |   דף עבודה – תשובות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0F7A4F"/>
          <w:sz w:val="36"/>
          <w:szCs w:val="36"/>
          <w:rtl/>
        </w:rPr>
        <w:t>תשובות – שבועות – חג הקציר והביכורים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השלימו בעזרת המחסן.</w:t>
      </w:r>
    </w:p>
    <w:p>
      <w:pPr>
        <w:bidi/>
        <w:spacing w:before="0" w:after="40"/>
        <w:jc w:val="both"/>
      </w:pPr>
      <w:r>
        <w:rPr>
          <w:rtl/>
        </w:rPr>
        <w:t>א. שבועות חל בחודש סיוון.</w:t>
      </w:r>
    </w:p>
    <w:p>
      <w:pPr>
        <w:bidi/>
        <w:spacing w:before="0" w:after="40"/>
        <w:jc w:val="both"/>
      </w:pPr>
      <w:r>
        <w:rPr>
          <w:rtl/>
        </w:rPr>
        <w:t>ב. רות ליקטה שיבולים בשדה של בועז.</w:t>
      </w:r>
    </w:p>
    <w:p>
      <w:pPr>
        <w:bidi/>
        <w:spacing w:before="0" w:after="40"/>
        <w:jc w:val="both"/>
      </w:pPr>
      <w:r>
        <w:rPr>
          <w:rtl/>
        </w:rPr>
        <w:t>ג. את הפירות הראשונים הביאו לבית ה־מקדש.</w:t>
      </w:r>
    </w:p>
    <w:p>
      <w:pPr>
        <w:bidi/>
        <w:spacing w:before="0" w:after="40"/>
        <w:jc w:val="both"/>
      </w:pPr>
      <w:r>
        <w:rPr>
          <w:rtl/>
        </w:rPr>
        <w:t>ד. הלימוד בלילה של שבועות נקרא תיקון ליל שבועות.</w:t>
      </w:r>
    </w:p>
    <w:p>
      <w:pPr>
        <w:bidi/>
        <w:spacing w:before="0" w:after="40"/>
        <w:jc w:val="both"/>
      </w:pPr>
      <w:r>
        <w:rPr>
          <w:rtl/>
        </w:rPr>
        <w:t>ה. בשבועות נוהגים לאכול מאכלי חלב.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התאימו בין המושג להסבר.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ביכורים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שיבולים שנפלו בזמן הקציר ונשארות לעניים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פאה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פינת השדה שמשאירים לעניים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לקט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הפירות הראשונים שהבשילו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שכחה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עומר ששכחו בשדה ומשאירים לעניים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ספירת העומר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49 הימים שבין פסח לשבועות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נכון או לא נכון? תקנו.</w:t>
      </w:r>
    </w:p>
    <w:p>
      <w:pPr>
        <w:bidi/>
        <w:spacing w:before="0" w:after="40"/>
        <w:jc w:val="both"/>
      </w:pPr>
      <w:r>
        <w:rPr>
          <w:rtl/>
        </w:rPr>
        <w:t>א. שבועות חל בו' בסיוון. – נכון</w:t>
      </w:r>
    </w:p>
    <w:p>
      <w:pPr>
        <w:bidi/>
        <w:spacing w:before="0" w:after="40"/>
        <w:jc w:val="both"/>
      </w:pPr>
      <w:r>
        <w:rPr>
          <w:rtl/>
        </w:rPr>
        <w:t>ב. בשבועות קוראים את מגילת אסתר. – לא נכון – קוראים את מגילת רות</w:t>
      </w:r>
    </w:p>
    <w:p>
      <w:pPr>
        <w:bidi/>
        <w:spacing w:before="0" w:after="40"/>
        <w:jc w:val="both"/>
      </w:pPr>
      <w:r>
        <w:rPr>
          <w:rtl/>
        </w:rPr>
        <w:t>ג. הביכורים הובאו משבעת המינים. – נכון</w:t>
      </w:r>
    </w:p>
    <w:p>
      <w:pPr>
        <w:bidi/>
        <w:spacing w:before="0" w:after="40"/>
        <w:jc w:val="both"/>
      </w:pPr>
      <w:r>
        <w:rPr>
          <w:rtl/>
        </w:rPr>
        <w:t>ד. בארץ ישראל חוגגים את שבועות שבוע שלם. – לא נכון – בארץ ישראל חוגגים יום אחד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מיינו את שבעת המינים: דגנים או פירות.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דגנים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חיטה, שעורה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גפן, תאנה, רימון, זית, תמר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השלימו את הטבלה.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שם החג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הוא מזכיר</w:t>
            </w:r>
          </w:p>
        </w:tc>
        <w:tc>
          <w:tcPr>
            <w:tcW w:type="dxa" w:w="3326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 מתאים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הקציר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קציר החיטים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קישוט בשיבולים / חגיגות קציר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חג הביכורים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הבאת הפירות הראשונים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טקס ביכורים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זמן מתן תורתנו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מתן תורה בהר סיני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תיקון ליל שבועות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בחרו את התשובה הנכונה.</w:t>
      </w:r>
    </w:p>
    <w:p>
      <w:pPr>
        <w:bidi/>
        <w:spacing w:before="0" w:after="20"/>
        <w:jc w:val="both"/>
      </w:pPr>
      <w:r>
        <w:rPr>
          <w:rtl/>
        </w:rPr>
        <w:t>א. מדוע נקרא החג «שבועות»?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כי סופרים שבעה שבועות מפסח</w:t>
      </w:r>
    </w:p>
    <w:p>
      <w:pPr>
        <w:bidi/>
        <w:spacing w:before="0" w:after="20"/>
        <w:jc w:val="both"/>
      </w:pPr>
      <w:r>
        <w:rPr>
          <w:rtl/>
        </w:rPr>
        <w:t>ב. מה המשותף לפאה, ללקט ולשכחה?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כולם חלקים מן הקציר שנשארים לעניים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רות אומרת לנעמי «עמך עמי». מה לדעתכם המשפט הזה מלמד על רות? כתבו שני משפטים.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רות נאמנה לנעמי ובוחרת להצטרף לעמה ולא לעזוב אותה בזמן קשה; המשפט מלמד על נאמנות, חסד ובחירה להשתייך.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ציירו סל ביכורים ובו לפחות ארבעה משבעת המינים. כתבו ליד כל פרי את שמו.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ציור סל עם לפחות ארבעה מינים (למשל ענבים, תאנים, רימונים, תמרים) ושמותיהם.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לפי הקטע, בחרו.</w:t>
      </w:r>
    </w:p>
    <w:p>
      <w:pPr>
        <w:bidi/>
        <w:spacing w:before="0" w:after="20"/>
        <w:jc w:val="both"/>
      </w:pPr>
      <w:r>
        <w:rPr>
          <w:rtl/>
        </w:rPr>
        <w:t>א. מה הלך בראש התהלוכה?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שור שקרניו מצופות זהב</w:t>
      </w:r>
    </w:p>
    <w:p>
      <w:pPr>
        <w:bidi/>
        <w:spacing w:before="0" w:after="20"/>
        <w:jc w:val="both"/>
      </w:pPr>
      <w:r>
        <w:rPr>
          <w:rtl/>
        </w:rPr>
        <w:t>ב. במה נשאו העניים את הביכורים?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בסלי נצרים קלועים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מה לדעתכם מלמד המשפט «לא היה חשוב כמה גדול היה הסל»? הסבירו.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שהעיקר הוא הכוונה וההודיה ולא העושר; גם העני וגם העשיר הביאו את הראשון שלהם ושמחו בו, וכולם היו שווים בטקס.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ליד כל משפט ממגילת רות או מן החג כתבו איזה ערך הוא מבטא: «חסד», «נאמנות» או «הודיה».</w:t>
      </w:r>
    </w:p>
    <w:p>
      <w:pPr>
        <w:bidi/>
        <w:spacing w:before="0" w:after="100"/>
        <w:jc w:val="both"/>
      </w:pPr>
      <w:r>
        <w:rPr>
          <w:rtl/>
        </w:rPr>
        <w:t>א. בועז מורה לקוצרים להשאיר שיבולים לרות.  ← חסד</w:t>
      </w:r>
    </w:p>
    <w:p>
      <w:pPr>
        <w:bidi/>
        <w:spacing w:before="0" w:after="100"/>
        <w:jc w:val="both"/>
      </w:pPr>
      <w:r>
        <w:rPr>
          <w:rtl/>
        </w:rPr>
        <w:t>ב. רות אומרת לנעמי: «עמך עמי».  ← נאמנות</w:t>
      </w:r>
    </w:p>
    <w:p>
      <w:pPr>
        <w:bidi/>
        <w:spacing w:before="0" w:after="100"/>
        <w:jc w:val="both"/>
      </w:pPr>
      <w:r>
        <w:rPr>
          <w:rtl/>
        </w:rPr>
        <w:t>ג. החקלאי מביא את הפרי הראשון לבית המקדש.  ← הודיה</w:t>
      </w:r>
    </w:p>
    <w:p>
      <w:pPr>
        <w:bidi/>
        <w:spacing w:before="0" w:after="100"/>
        <w:jc w:val="both"/>
      </w:pPr>
      <w:r>
        <w:rPr>
          <w:rtl/>
        </w:rPr>
        <w:t>ד. ילדי הגן שרים ומודים על היבול.  ← הודיה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אתגר: בשבועות נפגשים שדה, תורה וחסד. בחרו שניים מהם והסבירו איך הם מתחברים זה לזה בחג.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למשל: שדה וחסד – בזמן הקציר מצווים להשאיר פאה, לקט ושכחה לעני, ורות מלקטת בשדה של בועז; תורה וחסד – התורה מצווה על הנתינה, ומגילת רות מראה אותה בפועל.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