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עֲשָׂרָה בְּטֵבֵת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נֵר נְשָׁמָה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44000" cy="67234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54_0.101-0.157-0.914-0.945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67234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בַּעֲשָׂרָה בְּטֵבֵת מַדְלִיקִים נֵר נְשָׁמָה.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עֲשָׂרָה בְּטֵבֵת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חוֹמוֹת יְרוּשָׁלַיִם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4473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-0.127-1.0-0.941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447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אֲנַחְנוּ זוֹכְרִים אֶת יְרוּשָׁלַיִם וּמִתְפַּלְּלִים עָלֶיהָ.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