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עֲשָׂרָה בְּטֵבֵת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יוֹם שֶׁל זִכָּרוֹן וּתְפִלָּה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הַמָּצוֹר עַל יְרוּשָׁלַיִם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יוֹם הַקַּדִּישׁ הַכְּלָלִי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בַּחוֹבֶרֶת הַזֹּאת נִלְמַד עַל עֲשָׂרָה בְּטֵבֵת.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נִשְׁמַע מָה קָרָה לִירוּשָׁלַיִם לִפְנֵי שָׁנִים רַבּוֹת.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גַּם עַל יוֹם הַקַּדִּישׁ הַכְּלָלִי.</w:t>
      </w:r>
    </w:p>
    <w:p>
      <w:pPr>
        <w:bidi/>
        <w:spacing w:before="0" w:after="0" w:line="12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הַמָּצוֹר עַל יְרוּשָׁלַיִם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לִפְנֵי שָׁנִים רַבּוֹת בָּא נְבוּכַדְנֶצַר, מֶלֶךְ בָּבֶל, לִירוּשָׁלַיִם.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הַחַיָּלִים שֶׁלּוֹ הִקִּיפוּ אֶת הָעִיר וְסָגְרוּ אוֹתָהּ. זֶה נִקְרָא מָצוֹר.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אִי אֶפְשָׁר הָיָה לְהָבִיא אֹכֶל וּמַיִם לָעִיר.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הַמָּצוֹר הָיָה הַהַתְחָלָה שֶׁל חֻרְבַּן בֵּית הַמִּקְדָּשׁ, וְלָכֵן הַגְּדוֹלִים צָמִים בַּיּוֹם הַזֶּה.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מָצוֹר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צָבָא סוֹגֵר עִיר מִכָּל הַצְּדָדִים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חֻרְבָּן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כְּשֶׁמַּשֶּׁהוּ נֶהֱרָס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תַּעֲנִית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יוֹם שֶׁלֹּא אוֹכְלִים וְלֹא שׁוֹתִים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«עֲשָׂרָה בְּטֵבֵת, סָמַךְ מֶלֶךְ בָּבֶל, נְבוּכַדְנֶצַר הָרָשָׁע עַל יְרוּשָׁלַיִם וְהֵבִיאָהּ בְּמָצוֹר וּבְמָצוֹק, וּמִזֶּה נִמְשַׁךְ הַחֻרְבָּן»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קכא, סָעִיף 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נְבוּכַדְנֶצַר הָיָה מֶלֶךְ בָּבֶל.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בְּמָצוֹר אֶפְשָׁר לָצֵאת מֵהָעִיר בְּקַלּוּת.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הַמָּצוֹר הָיָה עַל יְרוּשָׁלַיִם.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בַּעֲשָׂרָה בְּטֵבֵת עוֹשִׂים מְסִבָּה.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הַמָּצוֹר עַל יְרוּשָׁלַיִם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עָשָׂה מָצוֹר עַל יְרוּשָׁלַיִם?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מֶלֶךְ בָּבֶל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מֹשֶׁה רַבֵּנוּ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דָּוִד הַמֶּלֶךְ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בְּאֵיזֶה חֹדֶשׁ הִתְחִיל הַמָּצוֹר?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נִיסָן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טֵבֵת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אֲדָר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הַגְּדוֹלִים בַּיּוֹם הַזֶּה?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צָמִים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רוֹקְדִים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מִתְחַפְּשִׂים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הַמָּצוֹר עַל יְרוּשָׁלַיִם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חֻרְבָּן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מָצוֹר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נֵר נְשָׁמָה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קַדִּישׁ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תְּפִלָּה שֶׁאוֹמְרִים לְזֵכֶר מִי שֶׁנִּפְטַר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צָבָא סוֹגֵר עִיר מִכָּל הַצְּדָדִים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נֵר שֶׁדּוֹלֵק לְזִכְרוֹן מִי שֶׁנִּפְטַר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כְּשֶׁמַּשֶּׁהוּ נֶהֱרָס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יוֹם הַקַּדִּישׁ הַכְּלָלִי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בַּשּׁוֹאָה נֶהֶרְגוּ יְהוּדִים רַבִּים מְאוֹד.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עַל רַבִּים מֵהֶם לֹא יוֹדְעִים בְּאֵיזֶה יוֹם הֵם נִפְטְרוּ.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הָרַבָּנוּת הָרָאשִׁית קָבְעָה: בַּעֲשָׂרָה בְּטֵבֵת אוֹמְרִים עֲלֵיהֶם קַדִּישׁ.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מַדְלִיקִים נֵר נְשָׁמָה וְלוֹמְדִים תּוֹרָה. יְלָדִים קְטַנִּים לֹא צָמִים, אֲבָל זוֹכְרִים.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קַדִּישׁ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תְּפִלָּה שֶׁאוֹמְרִים לְזֵכֶר מִי שֶׁנִּפְטַר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נֵר נְשָׁמָה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נֵר שֶׁדּוֹלֵק לְזִכְרוֹן מִי שֶׁנִּפְטַר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שׁוֹאָה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זְמַן קָשֶׁה שֶׁבּוֹ נֶהֶרְגוּ יְהוּדִים רַבִּים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«וְכֵן הַקְּטַנִּים, אַף-עַל-פִּי שֶׁאֵינָם חַיָּבִים לְהִתְעַנּוֹת, מִכָּל מָקוֹם אִם יֵשׁ בָּהֶם דַּעַת לְהִתְאַבֵּל, רָאוּי לְחַנְּכָם»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קכא, סָעִיף 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הַתְאִימוּ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הַמִּלָּה לַהֶסְבֵּר שֶׁלָּהּ.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קַדִּישׁ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אוֹר לְזִכָּרוֹן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נֵר נְשָׁמָה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לֹא אוֹכְלִים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מָצוֹר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תְּפִלָּה לְזֵכֶר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תַּעֲנִית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הָעִיר סְגוּרָה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יוֹם הַקַּדִּישׁ הַכְּלָלִי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קַדִּישׁ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נֵר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זוֹכְרִים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בַּעֲשָׂרָה בְּטֵבֵת אוֹמְרִים ____________ לְזֵכֶר הַנִּפְטָרִים.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מַדְלִיקִים ____________ נְשָׁמָה.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לוֹמְדִים ____________ לְעִלּוּי נִשְׁמָתָם.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יְלָדִים לֹא צָמִים, אֲבָל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עוֹשִׂים בַּיּוֹם הַזֶּה?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מִשְׁפָּט בַּמָּקוֹם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א. אוֹמְרִים קַדִּישׁ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ב. מַדְלִיקִים נֵר נְשָׁמָה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ג. עוֹשִׂים מְסִבָּה גְּדוֹלָה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ד. לוֹמְדִים תּוֹרָה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ה. רָבִים עִם חֲבֵרִים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ו. מִתְחַפְּשִׂים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עוֹשִׂים בַּיּוֹם הַזֶּה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עוֹשִׂים בַּיּוֹם הַזֶּה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יוֹם הַקַּדִּישׁ הַכְּלָלִי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הַצּוֹם מַתְחִיל בַּבֹּקֶר, כְּשֶׁעוֹלֶה הַשַּׁחַר.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בַּעֲשָׂרָה בְּטֵבֵת מַדְלִיקִים נֵר נְשָׁמָה.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בַּצּוֹם אוֹמְרִים סְלִיחוֹת בְּבֵית הַכְּנֶסֶת.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אֲנַחְנוּ זוֹכְרִים אֶת יְרוּשָׁלַיִם וּמִתְפַּלְּלִים עָלֶיהָ.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יוֹם הַקַּדִּישׁ הַכְּלָלִי?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עֲשָׂרָה בְּטֵבֵת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פּוּרִים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חֲנֻכָּה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עַל אֵיזוֹ עִיר הָיָה מָצוֹר?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בָּבֶל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יְרוּשָׁלַיִם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חֶבְרוֹן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אֶת יְרוּשָׁלַיִם הַבְּנוּיָה וְהַשְּׂמֵחָה.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6"/>
                <w:szCs w:val="36"/>
                <w:rtl/>
              </w:rPr>
              <w:t>סִיַּמְתִּי לִלְמֹד אֶת הַיְּחִידָה «עֲשָׂרָה בְּטֵבֵת».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84800" cy="2051061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8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800" cy="20510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נֵר נְשָׁמָה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66400" cy="205164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8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400" cy="2051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חוֹמוֹת יְרוּשָׁלַיִם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52000" cy="2052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שַׁחַר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96400" cy="205125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00" cy="20512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סְלִיחוֹת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לֹא הָיָה אֹכֶל בָּעִיר.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נְבוּכַדְנֶצַר בָּא לִירוּשָׁלַיִם.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בֵּית הַמִּקְדָּשׁ נֶחְרַב.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הַחַיָּלִים סָגְרוּ אֶת הָעִיר.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