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עֲשָׂרָה בְּטֵבֵת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יוֹם שֶׁל זִכָּרוֹן וּתְפִלָּה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הַמָּצוֹר עַל יְרוּשָׁלַיִם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נְבוּכַדְנֶצַר הָיָה מֶלֶךְ בָּבֶל.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בְּמָצוֹר אֶפְשָׁר לָצֵאת מֵהָעִיר בְּקַלּוּת.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הַמָּצוֹר הָיָה עַל יְרוּשָׁלַיִם.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בַּעֲשָׂרָה בְּטֵבֵת עוֹשִׂים מְסִבָּה.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נְבוּכַדְנֶצַר בָּא לִירוּשָׁלַיִם.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הַחַיָּלִים סָגְרוּ אֶת הָעִיר.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לֹא הָיָה אֹכֶל בָּעִיר.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בֵּית הַמִּקְדָּשׁ נֶחְרַב.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עָשָׂה מָצוֹר עַל יְרוּשָׁלַיִם?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מֶלֶךְ בָּבֶל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בְּאֵיזֶה חֹדֶשׁ הִתְחִיל הַמָּצוֹר?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טֵבֵת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עוֹשִׂים הַגְּדוֹלִים בַּיּוֹם הַזֶּה?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צָמִים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צָבָא סוֹגֵר עִיר מִכָּל הַצְּדָדִים  ←  מָצוֹר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כְּשֶׁמַּשֶּׁהוּ נֶהֱרָס  ←  חֻרְבָּן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תְּפִלָּה שֶׁאוֹמְרִים לְזֵכֶר מִי שֶׁנִּפְטַר  ←  קַדִּישׁ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נֵר שֶׁדּוֹלֵק לְזִכְרוֹן מִי שֶׁנִּפְטַר  ←  נֵר נְשָׁמָה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יוֹם הַקַּדִּישׁ הַכְּלָלִי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הַתְאִימוּ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הַמִּלָּה לַהֶסְבֵּר שֶׁלָּהּ.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קַדִּישׁ  ←  תְּפִלָּה לְזֵכֶר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נֵר נְשָׁמָה  ←  אוֹר לְזִכָּרוֹן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מָצוֹר  ←  הָעִיר סְגוּרָה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תַּעֲנִית  ←  לֹא אוֹכְלִים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בַּעֲשָׂרָה בְּטֵבֵת אוֹמְרִים [קַדִּישׁ] לְזֵכֶר הַנִּפְטָרִים.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מַדְלִיקִים [נֵר] נְשָׁמָה.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לוֹמְדִים [תּוֹרָה] לְעִלּוּי נִשְׁמָתָם.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יְלָדִים לֹא צָמִים, אֲבָל [זוֹכְרִים].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עוֹשִׂים בַּיּוֹם הַזֶּה?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מִשְׁפָּט בַּמָּקוֹם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עוֹשִׂים בַּיּוֹם הַזֶּה: אוֹמְרִים קַדִּישׁ · מַדְלִיקִים נֵר נְשָׁמָה · לוֹמְדִים תּוֹרָה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לֹא עוֹשִׂים בַּיּוֹם הַזֶּה: עוֹשִׂים מְסִבָּה גְּדוֹלָה · רָבִים עִם חֲבֵרִים · מִתְחַפְּשִׂים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11abd5bc1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שַׁחַר  ←  הַצּוֹם מַתְחִיל בַּבֹּקֶר, כְּשֶׁעוֹלֶה הַשַּׁחַר.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24000" cy="39443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8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944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נֵר נְשָׁמָה  ←  בַּעֲשָׂרָה בְּטֵבֵת מַדְלִיקִים נֵר נְשָׁמָה.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5600" cy="39463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00" cy="394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סְלִיחוֹת  ←  בַּצּוֹם אוֹמְרִים סְלִיחוֹת בְּבֵית הַכְּנֶסֶת.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9600" cy="39674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8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00" cy="3967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חוֹמוֹת יְרוּשָׁלַיִם  ←  אֲנַחְנוּ זוֹכְרִים אֶת יְרוּשָׁלַיִם וּמִתְפַּלְּלִים עָלֶיהָ.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יוֹם הַקַּדִּישׁ הַכְּלָלִי?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עֲשָׂרָה בְּטֵבֵת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עַל אֵיזוֹ עִיר הָיָה מָצוֹר?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יְרוּשָׁלַיִם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אֶת יְרוּשָׁלַיִם הַבְּנוּיָה וְהַשְּׂמֵחָה.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