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בֵּין אָדָם לַחֲבֵרוֹ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קֻפַּת צְדָקָה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282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113-0.27-0.894-0.791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282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אֲנִי שָׂם מַטְבֵּעַ בְּקֻפַּת הַצְּדָקָה.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בֵּין אָדָם לַחֲבֵרוֹ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30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בֵּין אָדָם לַחֲבֵרוֹ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מַחְזִירִים אֲבֵדָה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903999" cy="66938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64_0.0-0.047-1.0-0.954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66938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מָצָאתִי כַּדּוּר וְהֶחְזַרְתִּי אוֹתוֹ לְחָבֵר.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