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בֵּין אָדָם לַחֲבֵרוֹ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מִצְווֹת שֶׁעוֹשׂוֹת אוֹתָנוּ חֲבֵרִים טוֹבִים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אֱמֶת, אֲבֵדָה וּצְדָקָה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מָצָאתִי כַּדּוּר שֶׁל חָבֵר – אֲנִי מַחְזִיר לוֹ.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מֻתָּר לְשַׁקֵּר כְּשֶׁאַף אֶחָד לֹא רוֹאֶה.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גַּם מַטְבֵּעַ קָטָן לִצְדָקָה הוּא מִצְוָה.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נוֹתְנִים צְדָקָה בְּפָנִים כּוֹעֲסוֹת.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נַעֲשֶׂה?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מָצָאתִי שָׁעוֹן בַּחָצֵר. מָה אֶעֱשֶׂה?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אֲחַפֵּשׂ אֶת בְּעָלָיו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שָׁבַרְתִּי כּוֹס. מָה אֹמַר לְאַבָּא?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אֶת הָאֱמֶת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עָנִי מְבַקֵּשׁ צְדָקָה. מָה נַעֲשֶׂה?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נִתֵּן בְּחִיּוּךְ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מְסַדְּרִים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מָצָאתִי קַלְמָר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רָאִיתִי שֵׁם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חִפַּשְׂתִּי אֶת הַבְּעָלִים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הֶחְזַרְתִּי בְּשִׂמְחָה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חֵפֶץ שֶׁמִּישֶׁהוּ אִבֵּד  ←  אֲבֵדָה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כֶּסֶף אוֹ אֹכֶל שֶׁנּוֹתְנִים לְעָנִי  ←  צְדָקָה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לְסַפֵּר עַל חָבֵר כְּדֵי שֶׁיֵּעָנֵשׁ  ←  הַלְשָׁנָה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לְהִתְנַהֵג יָפֶה וּבְהַעֲרָכָה  ←  כִּבּוּד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לָשׁוֹן טוֹבָה וְלֵב טוֹב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הַחֵלֶק הָרִאשׁוֹן לַחֵלֶק הַשֵּׁנִי.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אַבָּא עָיֵף  ←  לֹא מַרְעִישִׁים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חָבֵר עָצוּב  ←  מְעוֹדְדִים אוֹתוֹ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חָבֵר נָפַל  ←  עוֹזְרִים לוֹ לָקוּם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אִמָּא קוֹרֵאת לִי  ←  אֲנִי בָּא מִיָּד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מְסַפְּרִים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מְסַפְּרִים לַמְּבֻגָּר: יֶלֶד מַרְבִּיץ לְחָבֵר · יֶלֶד עוֹלֶה עַל גָּדֵר גְּבוֹהָה · יֶלֶד מְשַׂחֵק בְּגַפְרוּרִים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לֹא מְסַפְּרִים: חָבֵר שָׁכַח מַחְבֶּרֶת · חָבֵר אָכַל לְאַט · חָבֵר טָעָה בַּתַּרְגִּיל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וְאָהַבְתָּ לְרֵעֲךָ [כָּמוֹךָ].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אֲנִי מְדַבֵּר עִם הוֹרַי [בְּנַחַת].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אֲנִי [עוֹזֵר] לְאַבָּא לְסַדֵּר אֶת הַשֻּׁלְחָן.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[אִמָּא] קוֹרֵאת לִי, וַאֲנִי בָּא מִיָּד.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73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fdbe5f3183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7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אֱמֶת  ←  מְדַבְּרִים רַק אֱמֶת.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78800" cy="3967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6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00" cy="396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קֻפַּת צְדָקָה  ←  אֲנִי שָׂם מַטְבֵּעַ בְּקֻפַּת הַצְּדָקָה.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28400" cy="3959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606f5c3e3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00" cy="3959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מִלָּה טוֹבָה  ←  אוֹמְרִים לְחָבֵר מִלָּה טוֹבָה.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9200" cy="3974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6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0" cy="3974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מַחְזִירִים אֲבֵדָה  ←  מָצָאתִי כַּדּוּר וְהֶחְזַרְתִּי אוֹתוֹ לְחָבֵר.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עִם אֲבֵדָה?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מַחְזִירִים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נוֹתְנִים צְדָקָה?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בְּחִיּוּךְ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תָּמִיד?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רַק אֱמֶת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מְכַבְּדִים אֶת הַהוֹרִים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אֵיךְ אַתֶּם עוֹזְרִים לְאַבָּא אוֹ לְאִמָּא בַּבַּיִת.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