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חֲנֻכָּה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הַחֲנֻכִּיָּה שֶׁלִּי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176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-0.303-1.0-0.83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176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הַנֵּרוֹת דּוֹלְקִים בְּשׁוּרָה יְשָׁרָה.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חֲנֻכָּה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3061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חֲנֻכָּה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פַּךְ הַשֶּׁמֶן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670069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40_0.1-0.116-0.865-0.929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006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הַשֶּׁמֶן מֵהַפַּךְ דָּלַק שְׁמוֹנָה יָמִים.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