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חֲנֻכָּה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חֲנֻכִּיָּה  (חנוכיה)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שַׁמָּשׁ  (שמש)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מַכַּבִּים  (מכבים)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שֶׁמֶן  (שמן)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כִּסְלֵו  (כסלו)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נִסִּים  (ניסים)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מִקְדָּשׁ  (מקדש)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בְּרָכָה  (ברכה)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