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חַג הָאוֹר וְהַנִּסִּים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נֵס פַּךְ הַשֶּׁמֶן וְנִסֵּי הַמִּלְחָמָה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מְנוֹרָה כְּשֵׁרָה וּבִרְכוֹת הַהַדְלָקָה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עַל חַג הַחֲנֻכָּה.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נִשְׁמַע עַל נֵס פַּךְ הַשֶּׁמֶן וְעַל נִצְחוֹן הַמַּכַּבִּים.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אֵיךְ מַדְלִיקִים נֵרוֹת וְאֵילוּ בְּרָכוֹת אוֹמְרִים.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נֵס פַּךְ הַשֶּׁמֶן וְנִסֵּי הַמִּלְחָמָה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הַיְּוָנִים לֹא נָתְנוּ לָנוּ לִלְמֹד תּוֹרָה וְלִשְׁמֹר מִצְוֹת.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הַמַּכַּבִּים הָיוּ מְעַטִּים, אֲבָל הַקָּדוֹשׁ בָּרוּךְ הוּא עָזַר לָהֶם לְנַצֵּחַ.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בַּמִּקְדָּשׁ מָצְאוּ רַק פַּךְ קָטָן שֶׁל שֶׁמֶן טָהוֹר.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הַשֶּׁמֶן הִסְפִּיק לְיוֹם אֶחָד, וְדָלַק שְׁמוֹנָה יָמִים!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פַּךְ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כְּלִי קָטָן לְשֶׁמֶן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טָהוֹר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נָקִי וּמֻתָּר לַמִּקְדָּשׁ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נֵס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דָּבָר מֻפְלָא שֶׁהַקָּדוֹשׁ בָּרוּךְ הוּא עוֹשֶׂה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«וְלֹא מָצְאוּ שֶׁמֶן טָהוֹר בַּמִּקְדָּשׁ אֶלָּא פַּךְ אֶחָד, שֶׁהָיָה מֻנָח בְּחוֹתָמוֹ שֶל כֹּהֵן-גָּדוֹל, וְלֹא הָיָה בוֹ לְהַדְלִיק אֶלָּא יוֹם אֶחָד בִּלְבָד, וְהִדְלִיקוּ מִמֶּנּוּ נֵרוֹת-הַמַּעֲרָכָה שְׁמוֹנָה יָמִים»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קלט,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הַיְּוָנִים רָצוּ שֶׁנִּלְמַד 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הַמַּכַּבִּים נִצְּחוּ אֶת הַיְּוָנִים.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בַּמִּקְדָּשׁ מָצְאוּ הַרְבֵּה שֶׁמֶן.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הַשֶּׁמֶן דָּלַק שְׁמוֹנָה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נֵס פַּךְ הַשֶּׁמֶן וְנִסֵּי הַמִּלְחָמָה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פַּכִּים מָצְאוּ?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פַּךְ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שְׁנֵי פַּכִּים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עֲשָׂרָה פַּכִּים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חֹדֶשׁ מַתְחִילָה חֲנֻכָּה?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כִּסְלֵו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נִיסָן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אֱלוּל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יָמִים דָּלַק הַשֶּׁמֶן?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יוֹם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שִׁבְעָה יָמִים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שְׁמוֹנָה יָמִים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נֵס פַּךְ הַשֶּׁמֶן וְנִסֵּי הַמִּלְחָמָה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בְּכָל לַיְלָה מוֹסִיפִים עוֹד נֵר.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הַנֵּרוֹת דּוֹלְקִים בְּשׁוּרָה יְשָׁרָה.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בַּחֲנֻכָּה אוֹכְלִים סֻפְגָּנִיּוֹת.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הַשֶּׁמֶן מֵהַפַּךְ דָּלַק שְׁמוֹנָה יָמִים.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מְנוֹרָה כְּשֵׁרָה וּבִרְכוֹת הַהַדְלָקָה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אֶת הַנֵּרוֹת שָׂמִים בְּשׁוּרָה יְשָׁרָה, כֻּלָּם בְּאוֹתוֹ גֹּבַהּ.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הַשַּׁמָּשׁ עוֹמֵד בְּמָקוֹם מְיֻחָד, כִּי הוּא רַק עוֹזֵר לְהַדְלִיק.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שֶׁמֶן זַיִת הוּא הֲכִי מְהֻדָּר, כְּמוֹ בַּמִּקְדָּשׁ.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בַּלַּיְלָה הָרִאשׁוֹן מְבָרְכִים שָׁלוֹשׁ בְּרָכוֹת, וּבִשְׁאָר הַלֵּילוֹת שְׁתַּיִם.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שַׁמָּשׁ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הַנֵּר שֶׁמַּדְלִיקִים בּוֹ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מְהֻדָּר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יָפֶה וְטוֹב יוֹתֵר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שֶׁהֶחֱיָנוּ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בְּרָכָה עַל זְמַן חָדָשׁ וְשָׂמֵחַ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«בְּלֵיל רִאשׁוֹן מְבָרֵךְ הַמַּדְלִיק קֹדֶם הַהַדְלָקָה שָׁלֹש בְּרָכוֹת, לְהַדְלִיק, שֶׁעָשָׂה נִסִּים, שֶׁהֶחֱיָנוּ. וּבִשְׁאָר הַלֵּילוֹת, אֵינוֹ מְבָרֵךְ שֶׁהֶחֱיָנוּ.»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קלט, סָעִיף יב)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מִלָּה לַהֶסְבֵּר שֶׁלָּהּ.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שָׁלוֹשׁ בְּרָכוֹת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שֶׁמֶן זַיִת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שְׁנֵי נֵרוֹת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לַיְלָה רִאשׁוֹן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מַדְלִיק אֶת הַנֵּרוֹת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לַיְלָה שֵׁנִי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כְּמוֹ בַּמִּקְדָּשׁ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מְנוֹרָה כְּשֵׁרָה וּבִרְכוֹת הַהַדְלָקָה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מְנוֹרָה כְּשֵׁרָה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נֵרוֹת בְּשׁוּרָה יְשָׁרָה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נֵר גָּבוֹהַּ וְנֵר נָמוּךְ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רֶוַח בֵּין נֵר לְנֵר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נֵרוֹת צְמוּדִים כְּמוֹ מְדוּרָה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שַׁמָּשׁ בְּמָקוֹם מְיֻחָד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שְׁנֵי נֵרוֹת דְּבוּקִים יַחַד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מְנוֹרָה כְּשֵׁרָה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מְנוֹרָה לֹא כְּשֵׁרָה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שָׁלוֹשׁ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שְׁתַּיִם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זַיִת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בַּלַּיְלָה הָרִאשׁוֹן מְבָרְכִים ____________ בְּרָכוֹת.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בַּלַּיְלָה הַשֵּׁנִי מְבָרְכִים ____________ בְּרָכוֹת.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לַיְלָה מוֹסִיפִים עוֹד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הֲכִי מְהֻדָּר לְהַדְלִיק בְּשֶׁמֶן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מְנוֹרָה כְּשֵׁרָה וּבִרְכוֹת הַהַדְלָקָה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7200" cy="898953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ea08e8701c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7200" cy="898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אוֹכְלִים לְבִיבוֹת בְּשֶׁמֶן.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82000" cy="898333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b3cb50a2b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2000" cy="89833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אֶת הַשֶּׁמֶן עוֹשִׂים מִזֵּיתִים.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92800" cy="900991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70ad5b6560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2800" cy="9009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מַדְלִיקִים אֶת הַחֲנֻכִּיָּה לְיַד הַחַלּוֹן.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2400" cy="90132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54972c23c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2400" cy="9013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הַחַשְׁמוֹנָאִים טִהֲרוּ אֶת בֵּית הַמִּקְדָּשׁ.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מְבָרְכִים רַק בַּלַּיְלָה הָרִאשׁוֹן?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שֶׁהֶחֱיָנוּ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לְהַדְלִיק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שֶׁעָשָׂה נִסִּים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אֵיפֹה שָׂמִים אֶת הַחֲנֻכִּיָּה?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בַּמִּטְבָּח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לְיַד הַפֶּתַח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מִתַּחַת לַמִּטָּה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הַצִּיּוּר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חֲנֻכִּיָּה כְּשֵׁרָה בַּלַּיְלָה הַשְּׁלִישִׁי.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«חֲנֻכָּה».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75104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7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751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הַחֲנֻכִּיָּה שֶׁלִּי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30000" cy="205172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7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00" cy="20517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פַּךְ הַשֶּׁמֶן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70000" cy="205118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4cb0c3efe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000" cy="20511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חֲנֻכִּיָּה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84800" cy="2052175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e3f94484f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800" cy="2052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סֻפְגָּנִיּוֹת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מָצְאוּ פַּךְ שֶׁמֶן קָטָן.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הַיְּוָנִים נִכְנְסוּ לַמִּקְדָּשׁ.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הַשֶּׁמֶן דָּלַק שְׁמוֹנָה יָמִים.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הַמַּכַּבִּים נִלְחֲמוּ וְנִצְּחוּ.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