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6"/>
                <w:szCs w:val="36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חֲנֻכָּה – מַחְוֶן לַמּוֹרֶה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color w:val="FFFFFF"/>
                <w:sz w:val="38"/>
                <w:szCs w:val="38"/>
                <w:rtl/>
              </w:rPr>
              <w:t>חַג הָאוֹר וְהַנִּסִּים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Frank Ruhl Libre" w:hAnsi="Frank Ruhl Libre" w:cs="Frank Ruhl Libre" w:eastAsia="Frank Ruhl Libre"/>
          <w:sz w:val="34"/>
          <w:szCs w:val="34"/>
          <w:rtl/>
        </w:rPr>
        <w:t>תשובות לכל המשימות בחוברת, לפי מספרי העמודים. במשימות פתוחות – תשובה אפשרית; מקבלים כל תשובה מנומקת.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: נֵס פַּךְ הַשֶּׁמֶן וְנִסֵּי הַמִּלְחָמָה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6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הַיְּוָנִים רָצוּ שֶׁנִּלְמַד תּוֹרָה.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הַמַּכַּבִּים נִצְּחוּ אֶת הַיְּוָנִים.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בַּמִּקְדָּשׁ מָצְאוּ הַרְבֵּה שֶׁמֶן.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הַשֶּׁמֶן דָּלַק שְׁמוֹנָה יָמִים.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סַדְּרוּ אֶת הַסִּפּוּר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הַיְּוָנִים נִכְנְסוּ לַמִּקְדָּשׁ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הַמַּכַּבִּים נִלְחֲמוּ וְנִצְּחוּ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מָצְאוּ פַּךְ שֶׁמֶן קָטָן · </w:t>
            </w: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– הַשֶּׁמֶן דָּלַק שְׁמוֹנָה יָמִים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כַּמָּה פַּכִּים מָצְאוּ?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פַּךְ אֶחָד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בְּאֵיזֶה חֹדֶשׁ מַתְחִילָה חֲנֻכָּה?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כִּסְלֵו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כַּמָּה יָמִים דָּלַק הַשֶּׁמֶן?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שְׁמוֹנָה יָמִים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9600" cy="39596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4cb0c3efe_33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600" cy="3959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חֲנֻכִּיָּה  ←  בְּכָל לַיְלָה מוֹסִיפִים עוֹד נֵר.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76000" cy="36864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7_col1_70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686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הַחֲנֻכִּיָּה שֶׁלִּי  ←  הַנֵּרוֹת דּוֹלְקִים בְּשׁוּרָה יְשָׁרָה.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500399" cy="397287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2e3f94484f_33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399" cy="3972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סֻפְגָּנִיּוֹת  ←  בַּחֲנֻכָּה אוֹכְלִים סֻפְגָּנִיּוֹת.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295200" cy="39586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1_t07_col2_7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00" cy="3958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פַּךְ הַשֶּׁמֶן  ←  הַשֶּׁמֶן מֵהַפַּךְ דָּלַק שְׁמוֹנָה יָמִים.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: מְנוֹרָה כְּשֵׁרָה וּבִרְכוֹת הַהַדְלָקָה  ·  עַמּוּדִים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7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>–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9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מָה מַתְאִים?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מִתְחוּ קַו בֵּין כָּל מִלָּה לַהֶסְבֵּר שֶׁלָּהּ.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שַׁמָּשׁ  ←  מַדְלִיק אֶת הַנֵּרוֹת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שֶׁמֶן זַיִת  ←  כְּמוֹ בַּמִּקְדָּשׁ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לַיְלָה רִאשׁוֹן  ←  שָׁלוֹשׁ בְּרָכוֹת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לַיְלָה שֵׁנִי  ←  שְׁנֵי נֵרוֹת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מְנוֹרָה כְּשֵׁרָה אוֹ לֹא?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כִּתְבוּ כָּל מִשְׁפָּט בַּטּוּר הַנָּכוֹן.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מְנוֹרָה כְּשֵׁרָה: נֵרוֹת בְּשׁוּרָה יְשָׁרָה · רֶוַח בֵּין נֵר לְנֵר · שַׁמָּשׁ בְּמָקוֹם מְיֻחָד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מְנוֹרָה לֹא כְּשֵׁרָה: נֵר גָּבוֹהַּ וְנֵר נָמוּךְ · נֵרוֹת צְמוּדִים כְּמוֹ מְדוּרָה · שְׁנֵי נֵרוֹת דְּבוּקִים יַחַד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7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בַּחֲרוּ מִלָּה מֵהַמַּחְסָן.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בַּלַּיְלָה הָרִאשׁוֹן מְבָרְכִים [שָׁלוֹשׁ] בְּרָכוֹת.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בַּלַּיְלָה הַשֵּׁנִי מְבָרְכִים [שְׁתַּיִם] בְּרָכוֹת.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בְּכָל לַיְלָה מוֹסִיפִים עוֹד [נֵר].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הֲכִי מְהֻדָּר לְהַדְלִיק בְּשֶׁמֶן [זַיִת].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8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924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ea08e8701c_33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2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←  מַדְלִיקִים אֶת הַחֲנֻכִּיָּה לְיַד הַחַלּוֹן.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88800" cy="39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4b3cb50a2b_33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←  אוֹכְלִים לְבִיבוֹת בְּשֶׁמֶן.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2400" cy="396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70ad5b6560_3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←  הַחַשְׁמוֹנָאִים טִהֲרוּ אֶת בֵּית הַמִּקְדָּשׁ.</w:t>
            </w:r>
          </w:p>
          <w:p>
            <w:pPr>
              <w:bidi/>
              <w:spacing w:before="0" w:after="0"/>
              <w:jc w:val="both"/>
            </w:pPr>
            <w:r>
              <w:drawing>
                <wp:inline xmlns:a="http://schemas.openxmlformats.org/drawingml/2006/main" xmlns:pic="http://schemas.openxmlformats.org/drawingml/2006/picture">
                  <wp:extent cx="396000" cy="3828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254972c23c_33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82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 ←  אֶת הַשֶּׁמֶן עוֹשִׂים מִזֵּיתִים.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0" w:after="0" w:line="20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rtl/>
              </w:rPr>
              <w:t xml:space="preserve">מָה לָמַדְנוּ?  ·  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rtl/>
              </w:rPr>
              <w:t>10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מְבָרְכִים רַק בַּלַּיְלָה הָרִאשׁוֹן?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שֶׁהֶחֱיָנוּ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אֵיפֹה שָׂמִים אֶת הַחֲנֻכִּיָּה?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לְיַד הַפֶּתַח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הַצִּיּוּר שֶׁלִּי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צַיְּרוּ חֲנֻכִּיָּה כְּשֵׁרָה בַּלַּיְלָה הַשְּׁלִישִׁי.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תשובה אישית.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