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פֶּסַח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בְּדִיקַת חָמֵץ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1374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26-0.251-0.945-0.84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1374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בּוֹדְקִים חָמֵץ בְּנֵר, בְּנוֹצָה וּבְכַף.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פֶּסַח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530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פֶּסַח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שֻׁלְחַן הַסֵּדֶר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2811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83-0.209-0.986-0.811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281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עַל הַשֻּׁלְחָן יֵשׁ מַצּוֹת, כּוֹס וְהַגָּדָה.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פֶּסַח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304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