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Frank Ruhl Libre" w:hAnsi="Frank Ruhl Libre" w:cs="Frank Ruhl Libre" w:eastAsia="Frank Ruhl Libre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פֶּסַח</w:t>
            </w:r>
          </w:p>
        </w:tc>
      </w:tr>
    </w:tbl>
    <w:p>
      <w:pPr>
        <w:bidi/>
        <w:spacing w:before="0" w:after="0" w:line="12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b/>
                <w:bCs/>
                <w:sz w:val="32"/>
                <w:szCs w:val="32"/>
                <w:rtl/>
              </w:rPr>
              <w:t>שֵׁם: ______________________</w:t>
            </w:r>
          </w:p>
        </w:tc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b/>
                <w:bCs/>
                <w:sz w:val="32"/>
                <w:szCs w:val="32"/>
                <w:rtl/>
              </w:rPr>
              <w:t xml:space="preserve">תַּאֲרִיךְ: ____________   צִיּוּן: ______ / </w:t>
            </w: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100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בְּנֵי יִשְׂרָאֵל הָיוּ עֲבָדִים בְּמִצְרַיִם.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בּוֹדְקִים חָמֵץ בְּאוֹר הַיּוֹם.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לִפְנֵי הַבְּדִיקָה מְבָרְכִים עַל בִּעוּר חָמֵץ.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אֶת הָאֲפִיקוֹמָן אוֹכְלִים בִּתְחִלַּת הַסֵּדֶר.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בַּמֶּה בּוֹדְקִים חָמֵץ?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בְּנֵר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בְּמַיִם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בְּשׁוֹפָר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מָתַי שׂוֹרְפִים אֶת הֶחָמֵץ?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בְּסוֹף פֶּסַח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בְּעֶרֶב פֶּסַח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בְּשָׁבוּעוֹת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לָמָּה אוֹכְלִים מַצָּה?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כִּי הִיא מְתוּקָה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כִּי הִיא גְּדוֹלָה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כִּי יָצְאוּ מַהֵר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מִי שׁוֹאֵל מַה נִּשְׁתַּנָּה?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הַיְּלָדִים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הַשְּׁכֵנִים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אַף אֶחָד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ג. מִתְחוּ קַו: מָתַי עוֹשִׂים?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מתחו קו מכל מילה אל ההסבר המתאים.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בּוֹדְקִים חָמֵץ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בְּסוֹף הַסְּעוּדָה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שׂוֹרְפִים חָמֵץ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בַּלַּיְלָה בְּנֵר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קוֹרְאִים בַּהַגָּדָה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בְּלֵיל הַסֵּדֶר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אוֹכְלִים אֲפִיקוֹמָן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בְּעֶרֶב פֶּסַח בַּבֹּקֶר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4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עֲבָדִים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חָמֵץ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מָרוֹר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כּוֹסוֹת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בְּמִצְרַיִם הָיִינוּ ____________ לְפַרְעֹה.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בְּפֶסַח אָסוּר לֶאֱכוֹל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____________ הוּא יָרָק מַר.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בְּלֵיל הַסֵּדֶר שׁוֹתִים אַרְבַּע ____________.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ה. עֲנוּ בְּמִשְׁפָּט שָׁלֵם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לָמָּה נוֹתְנִים לַיְּלָדִים אֱגוֹזִים וּשְׁקֵדִים בְּלֵיל הַסֵּדֶר?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12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B8902F"/>
          <w:sz w:val="40"/>
          <w:szCs w:val="40"/>
          <w:rtl/>
        </w:rPr>
        <w:t>בְּהַצְלָחָה!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Frank Ruhl Libre" w:hAnsi="Frank Ruhl Libre" w:cs="Frank Ruhl Libre" w:eastAsia="Frank Ruhl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