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פֶּסַח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ץ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פֶּסַח  (פסח)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מַצָּה  (מצה)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חָמֵץ  (חמץ)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הַגָּדָה  (הגדה)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מָרוֹר  (מרור)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מִצְרַיִם  (מצרים)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אֲפִיקוֹמָן  (אפיקומן)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חֵרוּת  (חרות)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