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פֶּסַח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חַג הַחֵרוּת – יָצָאנוּ מִמִּצְרַיִם!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חָמֵץ, מַצָּה וּבְדִיקַת חָמֵץ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לֵיל הַסֵּדֶר וּמַה נִּשְׁתַּנָּה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עַל חַג הַפֶּסַח.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עַל יְצִיאַת מִצְרַיִם, עַל חָמֵץ וְעַל מַצָּה.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גַּם עַל בְּדִיקַת חָמֵץ וְעַל לֵיל הַסֵּדֶר.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חָמֵץ, מַצָּה וּבְדִיקַת חָמֵץ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בְּנֵי יִשְׂרָאֵל הָיוּ עֲבָדִים בְּמִצְרַיִם, וְה' הוֹצִיא אוֹתָם לְחֵרוּת.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הֵם יָצְאוּ מַהֵר, וְהַבָּצֵק לֹא הִסְפִּיק לִתְפּוֹחַ. כָּךְ הָיְתָה לָהֶם מַצָּה.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בְּפֶסַח אָסוּר לֶאֱכוֹל חָמֵץ, וְאוֹכְלִים מַצָּה.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בַּלַּיְלָה שֶׁלִּפְנֵי פֶּסַח אַבָּא מְבָרֵךְ וּבוֹדֵק חָמֵץ בְּנֵר. בַּבֹּקֶר שׂוֹרְפִים אֶת הֶחָמֵץ.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חָמֵץ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מַאֲכָל מִקֶּמַח שֶׁתָּפַח, כְּמוֹ לֶחֶם וּפִיתָה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חֵרוּת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לִהְיוֹת חָפְשִׁיִּים, לֹא עֲבָדִים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בִּעוּר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שׂוֹרְפִים אֶת הֶחָמֵץ וּמְסַלְּקִים אוֹתוֹ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«בַּלַּיְלָה שֶׁלִּפְנֵי עֶרֶב פֶּסַח בּוֹדְקִין אֶת הֶחָמֵץ. וְחַיָּבִין לִבְדּוֹק מִיָּד בִּתְחִלַּת הַלָּיְלָה.»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קיא,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בְּפֶסַח אוֹכְלִים מַצָּה.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בְּפֶסַח מֻתָּר לֶאֱכוֹל לֶחֶם.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בּוֹדְקִים חָמֵץ בַּלַּיְלָה שֶׁלִּפְנֵי פֶּסַח.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בְּנֵי יִשְׂרָאֵל יָצְאוּ מִמִּצְרַיִם לְאַט לְאַט.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חָמֵץ, מַצָּה וּבְדִיקַת חָמֵץ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אָסוּר וּמָה מֻתָּר?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מַאֲכָל בַּמָּקוֹם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לֶחֶם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מַצָּה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לַחְמָנִיָּה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פִּיתָה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בֵּיצָה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אָסוּר בְּפֶסַח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מֻתָּר בְּפֶסַח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סֵדֶר בְּדִיקַת חָמֵץ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חָמֵץ, מַצָּה וּבְדִיקַת חָמֵץ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הַגָּדָה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חֵרוּת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חָמֵץ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מָרוֹר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סֵפֶר שֶׁקּוֹרְאִים בְּלֵיל הַסֵּדֶר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מַאֲכָל מִקֶּמַח שֶׁתָּפַח, כְּמוֹ לֶחֶם וּפִיתָה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יָרָק מַר, זֵכֶר לָעַבְדוּת הַקָּשָׁה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לִהְיוֹת חָפְשִׁיִּים, לֹא עֲבָדִים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לֵיל הַסֵּדֶר וּמַה נִּשְׁתַּנָּה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בְּלֵיל הַסֵּדֶר כָּל הַמִּשְׁפָּחָה יוֹשֶׁבֶת סְבִיב שֻׁלְחָן חֲגִיגִי.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קוֹרְאִים בַּהַגָּדָה וּמְסַפְּרִים עַל יְצִיאַת מִצְרַיִם.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הַיְּלָדִים שׁוֹאֲלִים: מַה נִּשְׁתַּנָּה הַלַּיְלָה הַזֶּה?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אוֹכְלִים מַצָּה וּמָרוֹר, שׁוֹתִים אַרְבַּע כּוֹסוֹת, וּבַסּוֹף אוֹכְלִים אֲפִיקוֹמָן.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הַגָּדָה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סֵפֶר שֶׁקּוֹרְאִים בְּלֵיל הַסֵּדֶר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מָרוֹר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יָרָק מַר, זֵכֶר לָעַבְדוּת הַקָּשָׁה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הֲסִבָּה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יְשִׁיבָה נוֹחָה, נִשְׁעָנִים עַל צַד שְׂמֹאל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«וּמִצְוָה לְחַלֵּק לְתִינוֹקוֹת שְׁקֵדִים וֶאֱגוֹזִים וְכַדּוֹמֶה, כְּדֵי שֶׁיִּרְאוּ שִׁנּוּי וְיִשְׁאֲלוּ, וְעַל יְדֵי זֶה יִתְעוֹרְרוּ לִשְׁאוֹל גַּם כֵּן עַל מַצָּה וּמָרוֹר וַהֲסִבָּה.»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קיט,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שׁוֹאֲלִים הַיְּלָדִים בְּלֵיל הַסֵּדֶר?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מַה נִּשְׁתַּנָּה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מָה הַשָּׁעָה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מִי בָּא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כּוֹסוֹת שׁוֹתִים בְּלֵיל הַסֵּדֶר?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אַרְבַּע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חָמֵשׁ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אוֹכְלִים בְּסוֹף הַסְּעוּדָה?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מָרוֹר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כַּרְפַּס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אֲפִיקוֹמָן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לֵיל הַסֵּדֶר וּמַה נִּשְׁתַּנָּה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זֶה מַזְכִּיר לָנוּ?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הַמַּאֲכָל לַזֵּכֶר שֶׁלּוֹ.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מַצָּה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דּוֹמָה לַטִּיט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מָרוֹר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זֵכֶר לַחֵרוּת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חֲרֹסֶת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יָצְאוּ מַהֵר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אַרְבַּע כּוֹסוֹת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הָעַבְדוּת הָיְתָה מָרָה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הַמִּלָּה הַחֲסֵרָה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מַצָּה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הַגָּדָה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שׁוֹאֲלִים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נִשְׁעָנִים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הַסֵּפֶר שֶׁל לֵיל הַסֵּדֶר נִקְרָא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הַיְּלָדִים ____________ מַה נִּשְׁתַּנָּה.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בְּפֶסַח אוֹכְלִים ____________ וְלֹא לֶחֶם.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בַּהֲסִבָּה ____________ עַל צַד שְׂמֹאל.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לֵיל הַסֵּדֶר וּמַה נִּשְׁתַּנָּה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בְּלֵיל הַסֵּדֶר אוֹכְלִים מָרוֹר.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בּוֹדְקִים חָמֵץ בְּנֵר, בְּנוֹצָה וּבְכַף.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בְּבֹקֶר עֶרֶב פֶּסַח שׂוֹרְפִים אֶת הֶחָמֵץ.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עַל הַשֻּׁלְחָן יֵשׁ מַצּוֹת, כּוֹס וְהַגָּדָה.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בְּלֵיל הַסֵּדֶר קוֹרְאִים בַּהַגָּדָה.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אֶת הֶחָמֵץ שׂוֹרְפִים בְּעֶרֶב פֶּסַח בַּבֹּקֶר.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הַמָּרוֹר הוּא מַאֲכָל מָתוֹק.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בְּפֶסַח אוֹכְלִים פִּיתָה.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שֻׁלְחַן הַסֵּדֶר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שֻׁלְחַן הַסֵּדֶר שֶׁלָּכֶם: מַצּוֹת, כּוֹסוֹת וְהַגָּדָה.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«פֶּסַח».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52400" cy="2052859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2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400" cy="20528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בְּדִיקַת חָמֵץ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76800" cy="2052206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2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00" cy="20522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שֻׁלְחַן הַסֵּדֶר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60400" cy="2052763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d7f5d96b95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400" cy="20527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מָרוֹר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23600" cy="2052827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00" cy="2052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שְׂרֵפָה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סֵדֶר בְּדִיקַת חָמֵץ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בּוֹדְקִים חָמֵץ בְּנֵר בְּכָל הַחֲדָרִים.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מְנַקִּים אֶת הַבַּיִת הֵיטֵב.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בַּבֹּקֶר שׂוֹרְפִים אֶת הֶחָמֵץ.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בַּלַּיְלָה מְבָרְכִים עַל בִּעוּר חָמֵץ.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