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פֶּסַח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חַג הַחֵרוּת – יָצָאנוּ מִמִּצְרַיִם!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חָמֵץ, מַצָּה וּבְדִיקַת חָמֵץ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בְּפֶסַח אוֹכְלִים מַצָּה.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בְּפֶסַח מֻתָּר לֶאֱכוֹל לֶחֶם.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בּוֹדְקִים חָמֵץ בַּלַּיְלָה שֶׁלִּפְנֵי פֶּסַח.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בְּנֵי יִשְׂרָאֵל יָצְאוּ מִמִּצְרַיִם לְאַט לְאַט.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אָסוּר וּמָה מֻתָּר?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מַאֲכָל בַּמָּקוֹם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אָסוּר בְּפֶסַח: לֶחֶם · לַחְמָנִיָּה · פִּיתָה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מֻתָּר בְּפֶסַח: מַצָּה · תַּפּוּחַ · בֵּיצָה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סֵדֶר בְּדִיקַת חָמֵץ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מְנַקִּים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מְבָרְכִים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בּוֹדְקִים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שׂוֹרְפִים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מַאֲכָל מִקֶּמַח שֶׁתָּפַח, כְּמוֹ לֶחֶם וּפִיתָה  ←  חָמֵץ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לִהְיוֹת חָפְשִׁיִּים, לֹא עֲבָדִים  ←  חֵרוּת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סֵפֶר שֶׁקּוֹרְאִים בְּלֵיל הַסֵּדֶר  ←  הַגָּדָה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יָרָק מַר, זֵכֶר לָעַבְדוּת הַקָּשָׁה  ←  מָרוֹר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לֵיל הַסֵּדֶר וּמַה נִּשְׁתַּנָּה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שׁוֹאֲלִים הַיְּלָדִים בְּלֵיל הַסֵּדֶר?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מַה נִּשְׁתַּנָּה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כּוֹסוֹת שׁוֹתִים בְּלֵיל הַסֵּדֶר?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אַרְבַּע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אוֹכְלִים בְּסוֹף הַסְּעוּדָה?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אֲפִיקוֹמָן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זֶה מַזְכִּיר לָנוּ?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הַמַּאֲכָל לַזֵּכֶר שֶׁלּוֹ.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מַצָּה  ←  יָצְאוּ מַהֵר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מָרוֹר  ←  הָעַבְדוּת הָיְתָה מָרָה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חֲרֹסֶת  ←  דּוֹמָה לַטִּיט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אַרְבַּע כּוֹסוֹת  ←  זֵכֶר לַחֵרוּת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הַמִּלָּה הַחֲסֵרָה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הַסֵּפֶר שֶׁל לֵיל הַסֵּדֶר נִקְרָא [הַגָּדָה].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הַיְּלָדִים [שׁוֹאֲלִים] מַה נִּשְׁתַּנָּה.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בְּפֶסַח אוֹכְלִים [מַצָּה] וְלֹא לֶחֶם.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בַּהֲסִבָּה [נִשְׁעָנִים] עַל צַד שְׂמֹאל.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8400" cy="39460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7f5d96b95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00" cy="3946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מָרוֹר  ←  בְּלֵיל הַסֵּדֶר אוֹכְלִים מָרוֹר.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93200" cy="39667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2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" cy="3966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בְּדִיקַת חָמֵץ  ←  בּוֹדְקִים חָמֵץ בְּנֵר, בְּנוֹצָה וּבְכַף.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132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שְׂרֵפָה  ←  בְּבֹקֶר עֶרֶב פֶּסַח שׂוֹרְפִים אֶת הֶחָמֵץ.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78800" cy="3967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2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00" cy="396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שֻׁלְחַן הַסֵּדֶר  ←  עַל הַשֻּׁלְחָן יֵשׁ מַצּוֹת, כּוֹס וְהַגָּדָה.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בְּלֵיל הַסֵּדֶר קוֹרְאִים בַּהַגָּדָה.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אֶת הֶחָמֵץ שׂוֹרְפִים בְּעֶרֶב פֶּסַח בַּבֹּקֶר.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הַמָּרוֹר הוּא מַאֲכָל מָתוֹק.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בְּפֶסַח אוֹכְלִים פִּיתָה.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שֻׁלְחַן הַסֵּדֶר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שֻׁלְחַן הַסֵּדֶר שֶׁלָּכֶם: מַצּוֹת, כּוֹסוֹת וְהַגָּדָה.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