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פּוּרִים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FFFFFF"/>
                <w:sz w:val="38"/>
                <w:szCs w:val="38"/>
                <w:rtl/>
              </w:rPr>
              <w:t>חַג הַנֵּס וְהַשִּׂמְחָה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David Libre" w:hAnsi="David Libre" w:cs="David Libre" w:eastAsia="David Libre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: סִפּוּר הַמְּגִלָּה וּקְרִיאָתָהּ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: מִשְׁלוֹחַ מָנוֹת וּמַתָּנוֹת לָאֶבְיוֹנִים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E67E22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David Libre" w:hAnsi="David Libre" w:cs="David Libre" w:eastAsia="David Libre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בַּחוֹבֶרֶת הַזֹּאת נִלְמַד עַל חַג הַפּוּרִים.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נִשְׁמַע אֶת סִפּוּר הַמְּגִלָּה וְנִלְמַד אֶת הַבְּרָכוֹת.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נִלְמַד גַּם אֵיךְ שׁוֹלְחִים מָנוֹת וְנוֹתְנִים מַתָּנוֹת לָעֲנִיִּים.</w:t>
      </w:r>
    </w:p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סִפּוּר הַמְּגִלָּה וּקְרִיאָתָהּ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E86DE"/>
                <w:sz w:val="38"/>
                <w:szCs w:val="38"/>
                <w:rtl/>
              </w:rPr>
              <w:t xml:space="preserve">✦ </w:t>
            </w:r>
            <w:r>
              <w:rPr>
                <w:rFonts w:ascii="David Libre" w:hAnsi="David Libre" w:cs="David Libre" w:eastAsia="David Libre"/>
                <w:b/>
                <w:bCs/>
                <w:color w:val="2E86DE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הָמָן הָרָשָׁע רָצָה לַהֲרֹג אֶת כָּל הַיְּהוּדִים.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הַיְּהוּדִים הִתְפַּלְּלוּ, וְהַקָּדוֹשׁ בָּרוּךְ הוּא הִצִּיל אוֹתָם.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בְּפוּרִים שׁוֹמְעִים אֶת הַמְּגִלָּה פַּעֲמַיִם: בַּלַּיְלָה וּבַיּוֹם.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לִפְנֵי הַקְּרִיאָה מְבָרְכִים שָׁלֹשׁ בְּרָכוֹת, וְשׁוֹמְעִים כָּל מִלָּה.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2E86DE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E86DE"/>
                    <w:left w:val="dashed" w:sz="8" w:space="0" w:color="2E86DE"/>
                    <w:bottom w:val="dashed" w:sz="8" w:space="0" w:color="2E86DE"/>
                    <w:right w:val="dashed" w:sz="8" w:space="0" w:color="2E86DE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מְגִלָּה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סֵפֶר מְגֻלְגָּל שֶׁכָּתוּב בּוֹ סִפּוּר פּוּרִים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נֵס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דָּבָר מֻפְלָא שֶׁה' עוֹשֶׂה לָנוּ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רַעֲשָׁן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כְּלִי שֶׁמַּרְעִישִׁים בּוֹ כְּשֶׁשּׁוֹמְעִים אֶת הַשֵּׁם הָמָן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«הַקּוֹרֵא אֶת הַמְּגִלָּה בֵּין בַּיּוֹם וּבֵין בַּלַּיְלָה, מְבָרֵךְ לְפָנֶיהָ שָׁלֹשׁ בְּרָכוֹת, "עַל מִקְרָא מְגִלָּה", "שֶׁעָשָׂה נִסִּים" וְ"שֶׁהֶחֱיָנוּ".»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(קִצּוּר שֻׁלְחָן עָרוּךְ, סִימָן קמא, סָעִיף יא)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הָמָן רָצָה לַעֲזֹר לַיְּהוּדִים.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מָרְדֳּכַי הָיָה יְהוּדִי צַדִּיק.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שׁוֹמְעִים אֶת הַמְּגִלָּה בַּלַּיְלָה וּבַיּוֹם.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לִפְנֵי הַמְּגִלָּה מְבָרְכִים בְּרָכָה אַחַת.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סִפּוּר הַמְּגִלָּה וּקְרִיאָתָהּ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בְּרָכוֹת מְבָרְכִים לִפְנֵי הַמְּגִלָּה?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אַחַת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שְׁתַּיִם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שָׁלֹשׁ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עוֹשִׂים כְּשֶׁקּוֹרְאִים אֶת הַמְּגִלָּה?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מְשַׂחֲקִים בַּחוּץ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שׁוֹמְעִים כָּל מִלָּה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יְשֵׁנִים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אֵיזוֹ בְּרָכָה מְבָרְכִים לִפְנֵי הַמְּגִלָּה?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שֶׁעָשָׂה נִסִּים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הַמּוֹצִיא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בּוֹרֵא פְּרִי הָעֵץ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סִפּוּר הַמְּגִלָּה וּקְרִיאָתָהּ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שׁוֹמְעִים קְרִיאַת מְגִלָּה בַּלַּיְלָה וּבַבֹּקֶר.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בְּפוּרִים מַרְעִישִׁים כְּשֶׁשּׁוֹמְעִים אֶת הַשֵּׁם הָמָן.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נוֹתְנִים מַתָּנוֹת לָאֶבְיוֹנִים.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אֲנִי שׁוֹלֵחַ מָנוֹת לְחָבֵר שֶׁלִּי בְּשִׂמְחָה.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מִשְׁלוֹחַ מָנוֹת וּמַתָּנוֹת לָאֶבְיוֹנִים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E67E22"/>
                <w:sz w:val="38"/>
                <w:szCs w:val="38"/>
                <w:rtl/>
              </w:rPr>
              <w:t xml:space="preserve">✦ </w:t>
            </w:r>
            <w:r>
              <w:rPr>
                <w:rFonts w:ascii="David Libre" w:hAnsi="David Libre" w:cs="David Libre" w:eastAsia="David Libre"/>
                <w:b/>
                <w:bCs/>
                <w:color w:val="E67E22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בְּפוּרִים, בַּיּוֹם, שׁוֹלְחִים מִשְׁלוֹחַ מָנוֹת לְחָבֵר.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בְּמִשְׁלוֹחַ מָנוֹת יֵשׁ לְפָחוֹת שְׁנֵי מִינֵי אֹכֶל.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נוֹתְנִים גַּם מַתָּנוֹת לָאֶבְיוֹנִים: מַתָּנָה לִשְׁנֵי עֲנִיִּים.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כָּךְ כֻּלָּם שְׂמֵחִים, וְיֵשׁ אַהֲבָה בְּעַם יִשְׂרָאֵל.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E67E22"/>
                    <w:left w:val="dashed" w:sz="8" w:space="0" w:color="E67E22"/>
                    <w:bottom w:val="dashed" w:sz="8" w:space="0" w:color="E67E22"/>
                    <w:right w:val="dashed" w:sz="8" w:space="0" w:color="E67E22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מָנוֹת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מִינֵי אֹכֶל מוּכָנִים לַאֲכִילָה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אֶבְיוֹנִים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אֲנָשִׁים עֲנִיִּים מְאוֹד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רֵעַ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חָבֵר טוֹב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«גַּם מַתָּנוֹת לָאֶבְיוֹנִים וּמָנוֹת לְרֵעֵהוּ צָרִיךְ לִהְיוֹת בַּיּוֹם»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(קִצּוּר שֻׁלְחָן עָרוּךְ, סִימָן קמב, סָעִיף ה)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עוֹשִׂים בְּכָל מִצְוָה?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הַמִּצְוָה לַהֶסְבֵּר.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מִשְׁלוֹחַ מָנוֹת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כֶּסֶף לְעָנִי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מַתָּנוֹת לָאֶבְיוֹנִים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אוֹכְלִים בְּשִׂמְחָה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קְרִיאַת הַמְּגִלָּה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אֹכֶל לְחָבֵר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סְעוּדַת פּוּרִים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שׁוֹמְעִים כָּל מִלָּה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מִשְׁלוֹחַ מָנוֹת וּמַתָּנוֹת לָאֶבְיוֹנִים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מִיְּנוּ לְפִי הַמִּצְוָה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כָּל מַתָּנָה מִתַּחַת לַכּוֹתֶרֶת הַנְּכוֹנָה.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א. עוּגָה וּמִיץ לְחָבֵר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ב. כֶּסֶף לְאִישׁ עָנִי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ג. שׁוֹקוֹלָד וְתַפּוּחַ לַשָּׁכֵן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ד. אֹכֶל לְמִשְׁפָּחָה עֲנִיָּה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ה. שְׁנֵי מִינֵי מַאֲכָל לָרֵעַ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ו. מַתָּנָה לִשְׁנֵי עֲנִיִּים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מִשְׁלוֹחַ מָנוֹת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מַתָּנוֹת לָאֶבְיוֹנִים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בַּחֲרוּ מִלָּה מֵהַמַּחְסָן.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עֲנִיִּים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בַּיּוֹם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חָבֵר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שְׁנֵי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יוֹסִי הוּא ____________ שֶׁלִּי, וַאֲנִי שׁוֹלֵחַ לוֹ מָנוֹת.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בַּמִּשְׁלוֹחַ יֵשׁ ____________ מִינֵי אֹכֶל.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מַתָּנוֹת לָאֶבְיוֹנִים נוֹתְנִים לִשְׁנֵי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אֶת הַמִּצְווֹת הָאֵלֶּה עוֹשִׂים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מִשְׁלוֹחַ מָנוֹת וּמַתָּנוֹת לָאֶבְיוֹנִים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02691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57b33ed75a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0269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4"/>
                      <w:szCs w:val="34"/>
                      <w:rtl/>
                    </w:rPr>
                    <w:t>אוֹכְלִים סְעוּדַת פּוּרִים.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788509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bf99567e7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78850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4"/>
                      <w:szCs w:val="34"/>
                      <w:rtl/>
                    </w:rPr>
                    <w:t>מָרְדֳּכַי רָכַב עַל הַסּוּס שֶׁל הַמֶּלֶךְ.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87782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d119761df9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8778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4"/>
                      <w:szCs w:val="34"/>
                      <w:rtl/>
                    </w:rPr>
                    <w:t>בְּפוּרִים מִתְחַפְּשִׂים וּשְׂמֵחִים.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53200" cy="89954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37b70a036a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3200" cy="89954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4"/>
                      <w:szCs w:val="34"/>
                      <w:rtl/>
                    </w:rPr>
                    <w:t>מָרְדֳּכַי לָבַשׁ בִּגְדֵי מַלְכוּת.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בְּאֵיזֶה חֹדֶשׁ חָל פּוּרִים?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תִּשְׁרֵי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אֲדָר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נִיסָן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הִצִּיל אֶת הַיְּהוּדִים?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הָמָן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אֲחַשְׁוֵרוֹשׁ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הַקָּדוֹשׁ בָּרוּךְ הוּא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הַמִּשְׁלוֹחַ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צַיְּרוּ מִשְׁלוֹחַ מָנוֹת שֶׁתִּרְצוּ לִשְׁלֹחַ, וְכִתְבוּ לְמִי.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סִיַּמְתִּי לִלְמֹד אֶת הַיְּחִידָה «פּוּרִים».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704137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1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70413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רַעֲשָׁן וְאָזְנֵי הָמָן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40400" cy="2051782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1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400" cy="205178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מִשְׁלוֹחַ מָנוֹת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3600" cy="2052142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da7298642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600" cy="20521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מְגִלָּה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3600" cy="2052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28a37c39c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600" cy="20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מַטְבְּעוֹת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  ·  סַדְּרוּ אֶת הַסִּפּוּר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הַיְּהוּדִים צָמוּ וְהִתְפַּלְּלוּ לַה'.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אֲחַשְׁוֵרוֹשׁ הָיָה מֶלֶךְ גָּדוֹל.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הָמָן נֶעֱנַשׁ, וְהַיְּהוּדִים שָׂמְחוּ.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הָמָן רָצָה לַהֲרֹג אֶת הַיְּהוּדִים.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