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פּוּרִים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FFFFFF"/>
                <w:sz w:val="38"/>
                <w:szCs w:val="38"/>
                <w:rtl/>
              </w:rPr>
              <w:t>חַג הַנֵּס וְהַשִּׂמְחָה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: סִפּוּר הַמְּגִלָּה וּקְרִיאָתָהּ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הָמָן רָצָה לַעֲזֹר לַיְּהוּדִים.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מָרְדֳּכַי הָיָה יְהוּדִי צַדִּיק.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שׁוֹמְעִים אֶת הַמְּגִלָּה בַּלַּיְלָה וּבַיּוֹם.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לִפְנֵי הַמְּגִלָּה מְבָרְכִים בְּרָכָה אַחַת.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סַדְּרוּ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אֲחַשְׁוֵרוֹשׁ הָיָה מֶלֶךְ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הָמָן רָצָה לַהֲרֹג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הַיְּהוּדִים הִתְפַּלְּלוּ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הַיְּהוּדִים שָׂמְחוּ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כַּמָּה בְּרָכוֹת מְבָרְכִים לִפְנֵי הַמְּגִלָּה?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שָׁלֹשׁ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עוֹשִׂים כְּשֶׁקּוֹרְאִים אֶת הַמְּגִלָּה?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שׁוֹמְעִים כָּל מִלָּה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אֵיזוֹ בְּרָכָה מְבָרְכִים לִפְנֵי הַמְּגִלָּה?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שֶׁעָשָׂה נִסִּים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17600" cy="39608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da7298642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" cy="3960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מְגִלָּה  ←  שׁוֹמְעִים קְרִיאַת מְגִלָּה בַּלַּיְלָה וּבַבֹּקֶר.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76000" cy="35876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1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5876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רַעֲשָׁן וְאָזְנֵי הָמָן  ←  בְּפוּרִים מַרְעִישִׁים כְּשֶׁשּׁוֹמְעִים אֶת הַשֵּׁם הָמָן.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81600" cy="39475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28a37c39c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600" cy="394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מַטְבְּעוֹת  ←  נוֹתְנִים מַתָּנוֹת לָאֶבְיוֹנִים.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74400" cy="39589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1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400" cy="3958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מִשְׁלוֹחַ מָנוֹת  ←  אֲנִי שׁוֹלֵחַ מָנוֹת לְחָבֵר שֶׁלִּי בְּשִׂמְחָה.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: מִשְׁלוֹחַ מָנוֹת וּמַתָּנוֹת לָאֶבְיוֹנִים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מָה עוֹשִׂים בְּכָל מִצְוָה?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בֵּין הַמִּצְוָה לַהֶסְבֵּר.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מִשְׁלוֹחַ מָנוֹת  ←  אֹכֶל לְחָבֵר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מַתָּנוֹת לָאֶבְיוֹנִים  ←  כֶּסֶף לְעָנִי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קְרִיאַת הַמְּגִלָּה  ←  שׁוֹמְעִים כָּל מִלָּה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סְעוּדַת פּוּרִים  ←  אוֹכְלִים בְּשִׂמְחָה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מִיְּנוּ לְפִי הַמִּצְוָה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כָּל מַתָּנָה מִתַּחַת לַכּוֹתֶרֶת הַנְּכוֹנָה.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מִשְׁלוֹחַ מָנוֹת: עוּגָה וּמִיץ לְחָבֵר · שׁוֹקוֹלָד וְתַפּוּחַ לַשָּׁכֵן · שְׁנֵי מִינֵי מַאֲכָל לָרֵעַ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מַתָּנוֹת לָאֶבְיוֹנִים: כֶּסֶף לְאִישׁ עָנִי · אֹכֶל לְמִשְׁפָּחָה עֲנִיָּה · מַתָּנָה לִשְׁנֵי עֲנִיִּים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בַּחֲרוּ מִלָּה מֵהַמַּחְסָן.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יוֹסִי הוּא [חָבֵר] שֶׁלִּי, וַאֲנִי שׁוֹלֵחַ לוֹ מָנוֹת.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בַּמִּשְׁלוֹחַ יֵשׁ [שְׁנֵי] מִינֵי אֹכֶל.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מַתָּנוֹת לָאֶבְיוֹנִים נוֹתְנִים לִשְׁנֵי [עֲנִיִּים].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אֶת הַמִּצְווֹת הָאֵלֶּה עוֹשִׂים [בַּיּוֹם].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396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57b33ed75a_33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3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←  בְּפוּרִים מִתְחַפְּשִׂים וּשְׂמֵחִים.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336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bf99567e7_33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3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←  אוֹכְלִים סְעוּדַת פּוּרִים.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75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d119761df9_3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75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←  מָרְדֳּכַי לָבַשׁ בִּגְדֵי מַלְכוּת.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74400" cy="394735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37b70a036a_33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400" cy="3947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←  מָרְדֳּכַי רָכַב עַל הַסּוּס שֶׁל הַמֶּלֶךְ.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בְּאֵיזֶה חֹדֶשׁ חָל פּוּרִים?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אֲדָר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מִי הִצִּיל אֶת הַיְּהוּדִים?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הַקָּדוֹשׁ בָּרוּךְ הוּא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הַמִּשְׁלוֹחַ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צַיְּרוּ מִשְׁלוֹחַ מָנוֹת שֶׁתִּרְצוּ לִשְׁלֹחַ, וְכִתְבוּ לְמִי.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