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רֹאשׁ הַשָּׁנָה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FFFFFF"/>
                <w:sz w:val="38"/>
                <w:szCs w:val="38"/>
                <w:rtl/>
              </w:rPr>
              <w:t>שָׁנָה טוֹבָה וּמְתוּקָה!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David Libre" w:hAnsi="David Libre" w:cs="David Libre" w:eastAsia="David Libre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: תְּקִיעַת שׁוֹפָר וְיוֹם הַדִּין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: סִימָנִים, בְּרָכוֹת וְתַשְׁלִיךְ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E67E22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David Libre" w:hAnsi="David Libre" w:cs="David Libre" w:eastAsia="David Libre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בַּחוֹבֶרֶת הַזֹּאת נִלְמַד עַל רֹאשׁ הַשָּׁנָה.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נִלְמַד עַל קוֹל הַשּׁוֹפָר וְעַל יוֹם הַדִּין.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נִלְמַד גַּם עַל סִימָנִים טוֹבִים, בְּרָכוֹת וְתַשְׁלִיךְ.</w:t>
      </w:r>
    </w:p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תְּקִיעַת שׁוֹפָר וְיוֹם הַדִּין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E86DE"/>
                <w:sz w:val="38"/>
                <w:szCs w:val="38"/>
                <w:rtl/>
              </w:rPr>
              <w:t xml:space="preserve">✦ </w:t>
            </w:r>
            <w:r>
              <w:rPr>
                <w:rFonts w:ascii="David Libre" w:hAnsi="David Libre" w:cs="David Libre" w:eastAsia="David Libre"/>
                <w:b/>
                <w:bCs/>
                <w:color w:val="2E86DE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רֹאשׁ הַשָּׁנָה הוּא יוֹם הַדִּין.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בַּיּוֹם הַזֶּה ה' שׁוֹפֵט אֶת כָּל הָעוֹלָם, וְאָנוּ מַמְלִיכִים אוֹתוֹ לְמֶלֶךְ.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מִצְוָה לִשְׁמֹעַ קוֹל שׁוֹפָר בְּבֵית הַכְּנֶסֶת.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קוֹל הַשּׁוֹפָר מְעוֹרֵר אוֹתָנוּ לַחֲזֹר בִּתְשׁוּבָה וְלִהְיוֹת טוֹבִים יוֹתֵר.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2E86DE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E86DE"/>
                    <w:left w:val="dashed" w:sz="8" w:space="0" w:color="2E86DE"/>
                    <w:bottom w:val="dashed" w:sz="8" w:space="0" w:color="2E86DE"/>
                    <w:right w:val="dashed" w:sz="8" w:space="0" w:color="2E86DE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יוֹם הַדִּין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יוֹם שֶׁבּוֹ ה' שׁוֹפֵט אֶת כָּל הָעוֹלָם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תְּשׁוּבָה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לְהִתְחָרֵט וּלְתַקֵּן אֶת מַה שֶּׁעָשִׂינוּ לֹא טוֹב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תּוֹקֵעַ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הָאִישׁ שֶׁמַּשְׁמִיעַ קוֹל בַּשּׁוֹפָר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«עוּרוּ יְשֵׁנִים מִשְּׁנַתְכֶם, וְנִרְדָּמִים הָקִיצוּ מִתַּרְדֵּמַתְכֶם, וְחַפְּשׂוּ בְּמַעֲשֵׂיכֶם, וְחִזְרוּ בִּתְשׁוּבָה, וְזִכְרוּ בּוֹרְאֲכֶם»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(קִצּוּר שֻׁלְחָן עָרוּךְ, סִימָן קכט, סָעִיף טו)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בְּרֹאשׁ הַשָּׁנָה שׁוֹמְעִים קוֹל שׁוֹפָר.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רֹאשׁ הַשָּׁנָה הוּא יוֹם הַדִּין.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תּוֹקְעִים בַּשּׁוֹפָר בְּפֶסַח.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קוֹל הַשּׁוֹפָר קוֹרֵא לָנוּ לִישֹׁן.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תְּקִיעַת שׁוֹפָר וְיוֹם הַדִּין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קוֹלוֹת הַשּׁוֹפָר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הַמִּלָּה לַהֶסְבֵּר.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תְּקִיעָה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מַשְׁמִיעַ אֶת הַשּׁוֹפָר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שְׁבָרִים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תִּשְׁעָה קוֹלוֹת קְצָרִים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תְּרוּעָה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קוֹל אָרֹךְ אֶחָד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תּוֹקֵעַ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שְׁלוֹשָׁה קוֹלוֹת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עוֹשִׂים בְּרֹאשׁ הַשָּׁנָה?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שׁוֹמְעִים שׁוֹפָר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אוֹכְלִים מַצָּה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יוֹשְׁבִים בַּסֻּכָּה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שׁוֹפֵט אֶת הָעוֹלָם?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הַמּוֹרֶה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ה'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הַשּׁוֹטֵר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לְמָה קוֹרֵא לָנוּ הַשּׁוֹפָר?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לַחֲזֹר בִּתְשׁוּבָה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לְשַׂחֵק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לִישֹׁן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תְּקִיעַת שׁוֹפָר וְיוֹם הַדִּין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אוֹמְרִים תַּשְׁלִיךְ לְיַד מַיִם שֶׁיֵּשׁ בָּהֶם דָּגִים.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קוֹל הַשּׁוֹפָר מְעוֹרֵר אוֹתָנוּ לִתְשׁוּבָה.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כּוֹתְבִים לַחֲבֵרִים: לְשָׁנָה טוֹבָה תִּכָּתֵבוּ וְתֵחָתֵמוּ.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תַּפּוּחַ בִּדְבַשׁ לְשָׁנָה טוֹבָה וּמְתוּקָה.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סִימָנִים, בְּרָכוֹת וְתַשְׁלִיךְ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E67E22"/>
                <w:sz w:val="38"/>
                <w:szCs w:val="38"/>
                <w:rtl/>
              </w:rPr>
              <w:t xml:space="preserve">✦ </w:t>
            </w:r>
            <w:r>
              <w:rPr>
                <w:rFonts w:ascii="David Libre" w:hAnsi="David Libre" w:cs="David Libre" w:eastAsia="David Libre"/>
                <w:b/>
                <w:bCs/>
                <w:color w:val="E67E22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בְּלֵיל רֹאשׁ הַשָּׁנָה מְבָרְכִים: «לְשָׁנָה טוֹבָה תִּכָּתֵב וְתֵחָתֵם».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בַּסְּעוּדָה אוֹכְלִים סִימָנִים טוֹבִים, כְּמוֹ תַּפּוּחַ בִּדְבַשׁ.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עַל כָּל סִימָן אוֹמְרִים «יְהִי רָצוֹן» וּמְבַקְּשִׁים שָׁנָה טוֹבָה.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אַחֲרֵי מִנְחָה הוֹלְכִים לְיַד מַיִם וְאוֹמְרִים תַּשְׁלִיךְ.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E67E22"/>
                    <w:left w:val="dashed" w:sz="8" w:space="0" w:color="E67E22"/>
                    <w:bottom w:val="dashed" w:sz="8" w:space="0" w:color="E67E22"/>
                    <w:right w:val="dashed" w:sz="8" w:space="0" w:color="E67E22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סִימָן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מַאֲכָל שֶׁמַּזְכִּיר לָנוּ בְּרָכָה טוֹבָה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תֵּחָתֵם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ה' יַחְתֹּם וְיִקְבַּע לְךָ שָׁנָה טוֹבָה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תַּשְׁלִיךְ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תְּפִלָּה לְיַד מַיִם: ה' יַשְׁלִיךְ אֶת הַחֲטָאִים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«טוֹבְלִין פְּרוּסַת הַמּוֹצִיא בִּדְבָשׁ. וְאַחַר שֶׁאָכַל כַּזַּיִת, אוֹמֵר, יְהִי רָצוֹן שֶׁתְּחַדֵּשׁ עָלֵינו שָׁנָה טוֹבָה וּמְתוּקָּה.»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(קִצּוּר שֻׁלְחָן עָרוּךְ, סִימָן קכט, סָעִיף ט)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סִימָנִים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מַיִם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דְּבַשׁ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תִּכָּתֵב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הַתַּפּוּחַ עִם ____________ מָתוֹק מְאֹד.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לְשָׁנָה טוֹבָה ____________ וְתֵחָתֵם.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אוֹמְרִים תַּשְׁלִיךְ לְיַד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בַּסְּעוּדָה אוֹכְלִים ____________ טוֹבִים.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סִימָנִים, בְּרָכוֹת וְתַשְׁלִיךְ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מָתוֹק אוֹ חָמוּץ?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כָּל מַאֲכָל בַּמָּקוֹם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א. תַּפּוּחַ בִּדְבַשׁ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ב. לִימוֹן חָמוּץ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ג. תְּמָרִים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ד. מְלָפְפוֹן חָמוּץ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ה. רִמּוֹן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ו. חֹמֶץ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סִימָן טוֹב – מָתוֹק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לֹא אוֹכְלִים – חָמוּץ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סֵדֶר הַחַג שֶׁל רֹאשׁ הַשָּׁנָה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סִימָנִים, בְּרָכוֹת וְתַשְׁלִיךְ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88400" cy="900249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07aadf91c3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8400" cy="90024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4"/>
                      <w:szCs w:val="34"/>
                      <w:rtl/>
                    </w:rPr>
                    <w:t>אוֹכְלִים תְּמָרִים לְסִימָן טוֹב.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63200" cy="899485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c5ea5b4980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3200" cy="89948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4"/>
                      <w:szCs w:val="34"/>
                      <w:rtl/>
                    </w:rPr>
                    <w:t>אוֹכְלִים גֶּזֶר לְסִימָן טוֹב.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87782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d119761df9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8778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4"/>
                      <w:szCs w:val="34"/>
                      <w:rtl/>
                    </w:rPr>
                    <w:t>בְּרֹאשׁ הַשָּׁנָה מִתְפַּלְּלִים בְּבֵית הַכְּנֶסֶת.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112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4aef509784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11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4"/>
                      <w:szCs w:val="34"/>
                      <w:rtl/>
                    </w:rPr>
                    <w:t>אָנוּ מַמְלִיכִים אֶת ה' לְמֶלֶךְ.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אוֹמְרִים בְּלֵיל הַחַג?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שָׁבוּעַ טוֹב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לְשָׁנָה טוֹבָה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לַיְלָה טוֹב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בְּמָה טוֹבְלִים אֶת הַתַּפּוּחַ?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בְּמֶלַח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בִּדְבַשׁ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בְּחֹמֶץ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אֵיפֹה אוֹמְרִים תַּשְׁלִיךְ?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לְיַד מַיִם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בַּמִּטְבָּח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בַּחֶדֶר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כַּרְטִיס בְּרָכָה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צַיְּרוּ כַּרְטִיס בְּרָכָה לְשָׁנָה טוֹבָה לְמִשְׁפַּחְתְּכֶם.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סִיַּמְתִּי לִלְמֹד אֶת הַיְּחִידָה «רֹאשׁ הַשָּׁנָה».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977737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1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97773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שׁוֹפָר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02800" cy="205249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1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2800" cy="20524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סִימָנִים טוֹבִים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857164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b631e85595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8571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דָּגִים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865455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3a32fe6d1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865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כַּרְטִיס בְּרָכָה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  ·  סֵדֶר הַחַג שֶׁל רֹאשׁ הַשָּׁנָה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בַּבֹּקֶר שׁוֹמְעִים קוֹל שׁוֹפָר.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בַּלַּיְלָה מְבָרְכִים: לְשָׁנָה טוֹבָה!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אַחֲרֵי מִנְחָה אוֹמְרִים תַּשְׁלִיךְ.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בַּסְּעוּדָה אוֹכְלִים תַּפּוּחַ בִּדְבַשׁ.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