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רֹאשׁ הַשָּׁנָה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שָׁנָה טוֹבָה וּמְתוּקָה!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תְּקִיעַת שׁוֹפָר וְיוֹם הַדִּין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בְּרֹאשׁ הַשָּׁנָה שׁוֹמְעִים קוֹל שׁוֹפָר.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רֹאשׁ הַשָּׁנָה הוּא יוֹם הַדִּין.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תּוֹקְעִים בַּשּׁוֹפָר בְּפֶסַח.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קוֹל הַשּׁוֹפָר קוֹרֵא לָנוּ לִישֹׁן.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קוֹלוֹת הַשּׁוֹפָר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תְּקִיעָה  ←  קוֹל אָרֹךְ אֶחָד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שְׁבָרִים  ←  שְׁלוֹשָׁה קוֹלוֹת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תְּרוּעָה  ←  תִּשְׁעָה קוֹלוֹת קְצָרִים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תּוֹקֵעַ  ←  מַשְׁמִיעַ אֶת הַשּׁוֹפָר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עוֹשִׂים בְּרֹאשׁ הַשָּׁנָה?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שׁוֹמְעִים שׁוֹפָר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שׁוֹפֵט אֶת הָעוֹלָם?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ה'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לְמָה קוֹרֵא לָנוּ הַשּׁוֹפָר?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לַחֲזֹר בִּתְשׁוּבָה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9098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631e85595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9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דָּגִים  ←  אוֹמְרִים תַּשְׁלִיךְ לְיַד מַיִם שֶׁיֵּשׁ בָּהֶם דָּגִים.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47200" cy="39554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1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3955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שׁוֹפָר  ←  קוֹל הַשּׁוֹפָר מְעוֹרֵר אוֹתָנוּ לִתְשׁוּבָה.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9272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a32fe6d1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27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כַּרְטִיס בְּרָכָה  ←  כּוֹתְבִים לַחֲבֵרִים: לְשָׁנָה טוֹבָה תִּכָּתֵבוּ וְתֵחָתֵמוּ.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0399" cy="394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1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99" cy="394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סִימָנִים טוֹבִים  ←  תַּפּוּחַ בִּדְבַשׁ לְשָׁנָה טוֹבָה וּמְתוּקָה.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סִימָנִים, בְּרָכוֹת וְתַשְׁלִיךְ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הַתַּפּוּחַ עִם [דְּבַשׁ] מָתוֹק מְאֹד.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לְשָׁנָה טוֹבָה [תִּכָּתֵב] וְתֵחָתֵם.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אוֹמְרִים תַּשְׁלִיךְ לְיַד [מַיִם].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בַּסְּעוּדָה אוֹכְלִים [סִימָנִים] טוֹבִים.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מָתוֹק אוֹ חָמוּץ?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מַאֲכָל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סִימָן טוֹב – מָתוֹק: תַּפּוּחַ בִּדְבַשׁ · תְּמָרִים · רִמּוֹן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לֹא אוֹכְלִים – חָמוּץ: לִימוֹן חָמוּץ · מְלָפְפוֹן חָמוּץ · חֹמֶץ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סֵדֶר הַחַג שֶׁל רֹאשׁ הַשָּׁנָה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בַּלַּיְלָה מְבָרְכִים: לְשָׁנָה טוֹבָה!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בַּסְּעוּדָה אוֹכְלִים תַּפּוּחַ בִּדְבַשׁ.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בַּבֹּקֶר שׁוֹמְעִים קוֹל שׁוֹפָר.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אַחֲרֵי מִנְחָה אוֹמְרִים תַּשְׁלִיךְ.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463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4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בְּרֹאשׁ הַשָּׁנָה מִתְפַּלְּלִים בְּבֵית הַכְּנֶסֶת.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34800" cy="39458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5ea5b4980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00" cy="3945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אוֹכְלִים תְּמָרִים לְסִימָן טוֹב.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75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d119761df9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75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אָנוּ מַמְלִיכִים אֶת ה' לְמֶלֶךְ.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432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aef509784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אוֹכְלִים גֶּזֶר לְסִימָן טוֹב.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אוֹמְרִים בְּלֵיל הַחַג?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לְשָׁנָה טוֹבָה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בְּמָה טוֹבְלִים אֶת הַתַּפּוּחַ?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בִּדְבַשׁ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אֵיפֹה אוֹמְרִים תַּשְׁלִיךְ?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לְיַד מַיִם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כַּרְטִיס בְּרָכָה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כַּרְטִיס בְּרָכָה לְשָׁנָה טוֹבָה לְמִשְׁפַּחְתְּכֶם.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