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סְפִירַת הָעֹמֶר וְל"ג בָּעֹמֶר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סוֹפְרִים יוֹם אַחַר יוֹם עַד מַתַּן תּוֹרָה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סוֹפְרִים לִקְרַאת מַתַּן תּוֹרָה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תַּלְמִידֵי רַבִּי עֲקִיבָא וְל"ג בָּעֹמֶר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בַּחוֹבֶרֶת הַזֹּאת נִלְמַד עַל סְפִירַת הָעֹמֶר.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נִלְמַד מָתַי סוֹפְרִים וְאֵיךְ מְבָרְכִים.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נִשְׁמַע עַל תַּלְמִידֵי רַבִּי עֲקִיבָא וְעַל ל"ג בָּעֹמֶר.</w:t>
      </w:r>
    </w:p>
    <w:p>
      <w:pPr>
        <w:bidi/>
        <w:spacing w:before="0" w:after="0" w:line="12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סוֹפְרִים לִקְרַאת מַתַּן תּוֹרָה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8E44AD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בְּלֵיל שֵׁנִי שֶׁל פֶּסַח מַתְחִילִים לִסְפֹּר אֶת הָעֹמֶר.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סוֹפְרִים אַרְבָּעִים וְתִשְׁעָה יָמִים, וּבַיּוֹם הַחֲמִשִּׁים חָל חַג שָׁבוּעוֹת.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אֲנַחְנוּ מְחַכִּים לַתּוֹרָה וְסוֹפְרִים בְּשִׂמְחָה.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סוֹפְרִים בַּלַּיְלָה וּבַעֲמִידָה, וּמְבָרְכִים לִפְנֵי הַסְּפִירָה.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סְפִירָה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לִמְנוֹת: אֶחָד, שְׁנַיִם, שְׁלוֹשָׁה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עֹמֶר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מִנְחָה שֶׁל שְׂעוֹרִים בְּבֵית הַמִּקְדָּשׁ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מְעֻמָּד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בַּעֲמִידָה, עַל הָרַגְלַיִם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«בְּלֵיל שֵׁנִי שֶׁל פֶּסַח, מַתְחִילִין לִסְפֹּר סְפִירַת הָעֹמֶר. וְסוֹפְרִין מְעֻמָּד.»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קכ,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מַתְחִילִים לִסְפֹּר בְּלֵיל שֵׁנִי שֶׁל פֶּסַח.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סוֹפְרִים אֶת הָעֹמֶר בִּישִׁיבָה.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סוֹפְרִים עַד חַג שָׁבוּעוֹת.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סוֹפְרִים רַק שִׁבְעָה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סוֹפְרִים לִקְרַאת מַתַּן תּוֹרָה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סוֹפְרִים אֶת הָעֹמֶר?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בַּבֹּקֶר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בַּלַּיְלָה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בַּצָּהֳרַיִם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לְאֵיזֶה חַג מְחַכִּים?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פּוּרִים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חֲנֻכָּה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שָׁבוּעוֹת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עוֹשִׂים לִפְנֵי הַסְּפִירָה?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מְבָרְכִים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שָׁרִים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אוֹכְלִים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אֵיךְ סוֹפְרִים אֶת הָעֹמֶר?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סוֹפְרִים לִקְרַאת מַתַּן תּוֹרָה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סוֹפְרִים אַרְבָּעִים וְתִשְׁעָה יָמִים.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בְּכָל לַיְלָה סוֹפְרִים יוֹם אֶחָד נוֹסָף.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בְּל״ג בָּעֹמֶר רַבִּים עוֹלִים לְהַר מֵירוֹן.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בְּל"ג בָּעֹמֶר מַדְלִיקִים מְדוּרָה וּשְׂמֵחִים.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תַּלְמִידֵי רַבִּי עֲקִיבָא וְל"ג בָּעֹמֶר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D35400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לְרַבִּי עֲקִיבָא הָיוּ הַרְבֵּה מְאוֹד תַּלְמִידִים.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הֵם לֹא נָהֲגוּ כָּבוֹד זֶה בָּזֶה, וּמֵתוּ בִּימֵי הַסְּפִירָה.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לָכֵן בַּיָּמִים הָאֵלֶּה לֹא מִסְתַּפְּרִים וְלֹא עוֹשִׂים חֲתֻנּוֹת.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בְּל"ג בָּעֹמֶר הֵם הִפְסִיקוּ לָמוּת, וְלָכֵן שְׂמֵחִים וּמַדְלִיקִים מְדוּרוֹת.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אֲבֵלוּת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עֶצֶב עַל מִי שֶׁמֵּת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מִסְתַּפְּרִים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גּוֹזְרִים אֶת הַשְּׂעָרוֹת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כָּבוֹד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יַחַס יָפֶה וְטוֹב לַחֲבֵר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«מִפְּנֵי שֶׁבְּיוֹם ל"ג בָּעֹמֶר פָּסְקוּ מִלָּמוּת. וְלָכֵן מַרְבִּים בּוֹ קְצָת שִׂמְחָה»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קכ, סָעִיף 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רַבִּי עֲקִיבָא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אֵשׁ גְּדוֹלָה וּשְׂמֵחָה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תַּלְמִידִים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יוֹם שֶׁל שִׂמְחָה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ל"ג בָּעֹמֶר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לוֹמְדִים תּוֹרָה מֵהָרַב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מְדוּרָה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רַב גָּדוֹל וְחָכָם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תַּלְמִידֵי רַבִּי עֲקִיבָא וְל"ג בָּעֹמֶר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כָּבוֹד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שִׂמְחָה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מִסְתַּפְּרִים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עֲקִיבָא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לְרַבִּי ____________ הָיוּ הַרְבֵּה תַּלְמִידִים.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צָרִיךְ לָתֵת ____________ לְכָל חָבֵר.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בִּימֵי הַסְּפִירָה לֹא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בְּל"ג בָּעֹמֶר יֵשׁ ____________ גְּדוֹלָה.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נוֹתְנִים כָּבוֹד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אֵיךְ אַתֶּם נוֹתְנִים כָּבוֹד לְחָבֵר.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תַּלְמִידֵי רַבִּי עֲקִיבָא וְל"ג בָּעֹמֶר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7200" cy="898953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3f1112351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7200" cy="8989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הָעֹמֶר הָיָה מִנְחָה שֶׁל שְׂעוֹרִים.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736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05d3defad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73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בְּל״ג בָּעֹמֶר מַדְלִיקִים מְדוּרוֹת.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52400" cy="899608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571a5ba7ae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2400" cy="89960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סוֹפְרִים אֶת הָעֹמֶר בַּלַּיְלָה.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12800" cy="901241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be676ae0a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800" cy="90124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4"/>
                      <w:szCs w:val="34"/>
                      <w:rtl/>
                    </w:rPr>
                    <w:t>בִּימֵי הַסְּפִירָה לֹא שׁוֹמְעִים מוּזִיקָה.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סוֹפְרִים אֶת הָעֹמֶר כְּדֵי לְחַכּוֹת לַתּוֹרָה.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בְּל"ג בָּעֹמֶר עֲצוּבִים מְאוֹד.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מְבָרְכִים לִפְנֵי הַסְּפִירָה.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תַּלְמִידֵי רַבִּי עֲקִיבָא מֵתוּ בַּחֲנֻכָּה.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אֲנִי סוֹפֵר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אֶת עַצְמְכֶם סוֹפְרִים אֶת הָעֹמֶר בַּלַּיְלָה.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6"/>
                <w:szCs w:val="36"/>
                <w:rtl/>
              </w:rPr>
              <w:t>סִיַּמְתִּי לִלְמֹד אֶת הַיְּחִידָה «סְפִירַת הָעֹמֶר וְל"ג בָּעֹמֶר».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17600" cy="20496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3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204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סוֹפְרִים אֶת הָעֹמֶר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60800" cy="2050869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3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20508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מְדוּרַת ל"ג בָּעֹמֶר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76400" cy="2050981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92b3a292e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400" cy="20509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49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 xml:space="preserve"> יָמִים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50800" cy="2051608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190c7b960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800" cy="20516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מֵירוֹן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אֵיךְ סוֹפְרִים אֶת הָעֹמֶר?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מְבָרְכִים עַל סְפִירַת הָעֹמֶר.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מְחַכִּים לְצֵאת הַכּוֹכָבִים.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אוֹמְרִים: הַיּוֹם כָּךְ וְכָךְ יָמִים לָעֹמֶר.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עוֹמְדִים עַל הָרַגְלַיִם.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