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סְפִירַת הָעֹמֶר וְל"ג בָּעֹמֶר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FFFFFF"/>
                <w:sz w:val="38"/>
                <w:szCs w:val="38"/>
                <w:rtl/>
              </w:rPr>
              <w:t>סוֹפְרִים יוֹם אַחַר יוֹם עַד מַתַּן תּוֹרָה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: סוֹפְרִים לִקְרַאת מַתַּן תּוֹרָה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מַתְחִילִים לִסְפֹּר בְּלֵיל שֵׁנִי שֶׁל פֶּסַח.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סוֹפְרִים אֶת הָעֹמֶר בִּישִׁיבָה.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סוֹפְרִים עַד חַג שָׁבוּעוֹת.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סוֹפְרִים רַק שִׁבְעָה יָמִים.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מָתַי סוֹפְרִים אֶת הָעֹמֶר?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בַּלַּיְלָה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לְאֵיזֶה חַג מְחַכִּים?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שָׁבוּעוֹת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עוֹשִׂים לִפְנֵי הַסְּפִירָה?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מְבָרְכִים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אֵיךְ סוֹפְרִים אֶת הָעֹמֶר?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מְחַכִּים לְצֵאת הַכּוֹכָבִים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עוֹמְדִים עַל הָרַגְלַיִם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מְבָרְכִים עַל סְפִירַת הָעֹמֶר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אוֹמְרִים: הַיּוֹם כָּךְ וְכָךְ יָמִים לָעֹמֶר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81600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792b3a292e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49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יָמִים  ←  סוֹפְרִים אַרְבָּעִים וְתִשְׁעָה יָמִים.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55600" cy="397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3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" cy="39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סוֹפְרִים אֶת הָעֹמֶר  ←  בְּכָל לַיְלָה סוֹפְרִים יוֹם אֶחָד נוֹסָף.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53600" cy="39586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190c7b960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" cy="3958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מֵירוֹן  ←  בְּל״ג בָּעֹמֶר רַבִּים עוֹלִים לְהַר מֵירוֹן.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35600" cy="39515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3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00" cy="39515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מְדוּרַת ל"ג בָּעֹמֶר  ←  בְּל"ג בָּעֹמֶר מַדְלִיקִים מְדוּרָה וּשְׂמֵחִים.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: תַּלְמִידֵי רַבִּי עֲקִיבָא וְל"ג בָּעֹמֶר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הַמִּלָּה לַהֶסְבֵּר.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רַבִּי עֲקִיבָא  ←  רַב גָּדוֹל וְחָכָם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תַּלְמִידִים  ←  לוֹמְדִים תּוֹרָה מֵהָרַב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ל"ג בָּעֹמֶר  ←  יוֹם שֶׁל שִׂמְחָה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מְדוּרָה  ←  אֵשׁ גְּדוֹלָה וּשְׂמֵחָה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לְרַבִּי [עֲקִיבָא] הָיוּ הַרְבֵּה תַּלְמִידִים.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צָרִיךְ לָתֵת [כָּבוֹד] לְכָל חָבֵר.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בִּימֵי הַסְּפִירָה לֹא [מִסְתַּפְּרִים].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בְּל"ג בָּעֹמֶר יֵשׁ [שִׂמְחָה] גְּדוֹלָה.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נוֹתְנִים כָּבוֹד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אֵיךְ אַתֶּם נוֹתְנִים כָּבוֹד לְחָבֵר.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24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3f1112351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סוֹפְרִים אֶת הָעֹמֶר בַּלַּיְלָה.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696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05d3defad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6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הָעֹמֶר הָיָה מִנְחָה שֶׁל שְׂעוֹרִים.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31200" cy="39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571a5ba7ae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2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בִּימֵי הַסְּפִירָה לֹא שׁוֹמְעִים מוּזִיקָה.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13200" cy="39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be676ae0a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בְּל״ג בָּעֹמֶר מַדְלִיקִים מְדוּרוֹת.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סוֹפְרִים אֶת הָעֹמֶר כְּדֵי לְחַכּוֹת לַתּוֹרָה.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בְּל"ג בָּעֹמֶר עֲצוּבִים מְאוֹד.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מְבָרְכִים לִפְנֵי הַסְּפִירָה.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תַּלְמִידֵי רַבִּי עֲקִיבָא מֵתוּ בַּחֲנֻכָּה.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אֲנִי סוֹפֵר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אֶת עַצְמְכֶם סוֹפְרִים אֶת הָעֹמֶר בַּלַּיְלָה.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