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Alef" w:hAnsi="Alef" w:cs="Alef" w:eastAsia="Alef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סְעוּדָה וּבְרָכוֹת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FFFFFF"/>
                <w:sz w:val="38"/>
                <w:szCs w:val="38"/>
                <w:rtl/>
              </w:rPr>
              <w:t>אוֹכְלִים בְּשִׂמְחָה וּמוֹדִים לַה'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Alef" w:hAnsi="Alef" w:cs="Alef" w:eastAsia="Alef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>: נְטִילַת יָדַיִם וְהַמּוֹצִיא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2980B9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2980B9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>: בְּרָכָה רִאשׁוֹנָה וּבְרָכָה אַחֲרוֹנָה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27AE60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27AE60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Alef" w:hAnsi="Alef" w:cs="Alef" w:eastAsia="Alef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Alef" w:hAnsi="Alef" w:cs="Alef" w:eastAsia="Alef"/>
          <w:sz w:val="36"/>
          <w:szCs w:val="36"/>
          <w:rtl/>
        </w:rPr>
        <w:t>בַּחוֹבֶרֶת הַזֹּאת נִלְמַד אֵיךְ נוֹטְלִים יָדַיִם לִפְנֵי הַלֶּחֶם.</w:t>
      </w:r>
    </w:p>
    <w:p>
      <w:pPr>
        <w:bidi/>
        <w:spacing w:before="0" w:after="120" w:line="276" w:lineRule="auto"/>
        <w:jc w:val="both"/>
      </w:pPr>
      <w:r>
        <w:rPr>
          <w:rFonts w:ascii="Alef" w:hAnsi="Alef" w:cs="Alef" w:eastAsia="Alef"/>
          <w:sz w:val="36"/>
          <w:szCs w:val="36"/>
          <w:rtl/>
        </w:rPr>
        <w:t>נִלְמַד אֵיזוֹ בְּרָכָה אוֹמְרִים לִפְנֵי הָאֹכֶל וְאַחֲרָיו.</w:t>
      </w:r>
    </w:p>
    <w:p>
      <w:pPr>
        <w:bidi/>
        <w:spacing w:before="0" w:after="120" w:line="276" w:lineRule="auto"/>
        <w:jc w:val="both"/>
      </w:pPr>
      <w:r>
        <w:rPr>
          <w:rFonts w:ascii="Alef" w:hAnsi="Alef" w:cs="Alef" w:eastAsia="Alef"/>
          <w:sz w:val="36"/>
          <w:szCs w:val="36"/>
          <w:rtl/>
        </w:rPr>
        <w:t>נִלְמַד גַּם שֶׁאוֹכְלִים רַק אֹכֶל כָּשֵׁר.</w:t>
      </w:r>
    </w:p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Alef" w:hAnsi="Alef" w:cs="Alef" w:eastAsia="Alef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Alef" w:hAnsi="Alef" w:cs="Alef" w:eastAsia="Alef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2980B9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נְטִילַת יָדַיִם וְהַמּוֹצִיא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2980B9"/>
                <w:sz w:val="38"/>
                <w:szCs w:val="38"/>
                <w:rtl/>
              </w:rPr>
              <w:t xml:space="preserve">✦ </w:t>
            </w:r>
            <w:r>
              <w:rPr>
                <w:rFonts w:ascii="Alef" w:hAnsi="Alef" w:cs="Alef" w:eastAsia="Alef"/>
                <w:b/>
                <w:bCs/>
                <w:color w:val="2980B9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לִפְנֵי שֶׁאוֹכְלִים לֶחֶם, נוֹטְלִים יָדַיִם בְּמַיִם.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שׁוֹפְכִים מִכְּלִי עַל יַד יָמִין, וְאַחַר כָּךְ עַל יַד שְׂמֹאל.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מְבָרְכִים עַל נְטִילַת יָדַיִם, מְנַגְּבִים, וְלֹא מְדַבְּרִים עַד הַמּוֹצִיא.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עַל הַשֻּׁלְחָן שֶׁלָּנוּ יֵשׁ רַק אֹכֶל כָּשֵׁר.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2980B9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2980B9"/>
                    <w:left w:val="dashed" w:sz="8" w:space="0" w:color="2980B9"/>
                    <w:bottom w:val="dashed" w:sz="8" w:space="0" w:color="2980B9"/>
                    <w:right w:val="dashed" w:sz="8" w:space="0" w:color="2980B9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פַּת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לֶחֶם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מְנַגְּבִים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מְיַבְּשִׁים בְּמַגֶּבֶת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כָּשֵׁר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אֹכֶל שֶׁהַתּוֹרָה מַתִּירָה לֶאֱכֹל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Noto Serif Hebrew" w:hAnsi="Noto Serif Hebrew" w:cs="Noto Serif Hebrew" w:eastAsia="Noto Serif Hebrew"/>
                <w:color w:val="1B2631"/>
                <w:sz w:val="34"/>
                <w:szCs w:val="34"/>
                <w:rtl/>
              </w:rPr>
              <w:t>«הָרוֹצֶה לֶאֱכֹל פַּת שֶׁמְבָרְכִין עָלָיו הַמּוֹצִיא, צָרִיךְ לִטּוֹל יָדָיו מִקֹּדֶם.»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6"/>
                <w:szCs w:val="26"/>
                <w:rtl/>
              </w:rPr>
              <w:t>(קִצּוּר שֻׁלְחָן עָרוּךְ, סִימָן מ, סָעִיף א)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נוֹטְלִים יָדַיִם לִפְנֵי שֶׁאוֹכְלִים לֶחֶם.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מַתְחִילִים לִשְׁפֹּךְ עַל יַד שְׂמֹאל.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אַחֲרֵי הַנְּטִילָה מְבָרְכִים הַמּוֹצִיא.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מֻתָּר לֶאֱכֹל אֹכֶל שֶׁאֵינוֹ כָּשֵׁר.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2980B9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נְטִילַת יָדַיִם וְהַמּוֹצִיא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סֵדֶר נְטִילַת יָדַיִם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Alef" w:hAnsi="Alef" w:cs="Alef" w:eastAsia="Alef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lef" w:hAnsi="Alef" w:cs="Alef" w:eastAsia="Alef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lef" w:hAnsi="Alef" w:cs="Alef" w:eastAsia="Alef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lef" w:hAnsi="Alef" w:cs="Alef" w:eastAsia="Alef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lef" w:hAnsi="Alef" w:cs="Alef" w:eastAsia="Alef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Alef" w:hAnsi="Alef" w:cs="Alef" w:eastAsia="Alef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612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יָמִין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לֶחֶם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כָּשֵׁר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לִפְנֵי שֶׁאוֹכְלִים ____________ נוֹטְלִים יָדַיִם.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קֹדֶם שׁוֹפְכִים עַל יַד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אוֹכְלִים רַק אֹכֶל ____________.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2980B9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נְטִילַת יָדַיִם וְהַמּוֹצִיא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Alef" w:hAnsi="Alef" w:cs="Alef" w:eastAsia="Alef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עַל הַלֶּחֶם מְבָרְכִים הַמּוֹצִיא.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נוֹטְלִים יָדַיִם לִפְנֵי הַלֶּחֶם.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עַל הֶחָלָב מְבָרְכִים שֶׁהַכֹּל.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עַל כָּל פְּרִי מְבָרְכִים בְּשִׂמְחָה.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27AE6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בְּרָכָה רִאשׁוֹנָה וּבְרָכָה אַחֲרוֹנָה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27AE60"/>
                <w:sz w:val="38"/>
                <w:szCs w:val="38"/>
                <w:rtl/>
              </w:rPr>
              <w:t xml:space="preserve">✦ </w:t>
            </w:r>
            <w:r>
              <w:rPr>
                <w:rFonts w:ascii="Alef" w:hAnsi="Alef" w:cs="Alef" w:eastAsia="Alef"/>
                <w:b/>
                <w:bCs/>
                <w:color w:val="27AE60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כָּל הָעוֹלָם שַׁיָּךְ לַה', לָכֵן מְבָרְכִים לִפְנֵי כָּל אֹכֶל.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עַל פְּרִי שֶׁגָּדֵל עַל עֵץ מְבָרְכִים בּוֹרֵא פְּרִי הָעֵץ.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עַל יְרָקוֹת מְבָרְכִים בּוֹרֵא פְּרִי הָאֲדָמָה, וְעַל חָלָב וּמַיִם – שֶׁהַכֹּל.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אַחֲרֵי הָאֹכֶל מוֹדִים לַה' בִּבְרָכָה אַחֲרוֹנָה.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27AE60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27AE60"/>
                    <w:left w:val="dashed" w:sz="8" w:space="0" w:color="27AE60"/>
                    <w:bottom w:val="dashed" w:sz="8" w:space="0" w:color="27AE60"/>
                    <w:right w:val="dashed" w:sz="8" w:space="0" w:color="27AE60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בְּרָכָה רִאשׁוֹנָה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בְּרָכָה לִפְנֵי הָאֹכֶל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בְּרָכָה אַחֲרוֹנָה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בְּרָכָה אַחֲרֵי הָאֹכֶל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בִּרְכַּת הַמָּזוֹן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בְּרָכָה אַחֲרֵי לֶחֶם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Noto Serif Hebrew" w:hAnsi="Noto Serif Hebrew" w:cs="Noto Serif Hebrew" w:eastAsia="Noto Serif Hebrew"/>
                <w:color w:val="1B2631"/>
                <w:sz w:val="34"/>
                <w:szCs w:val="34"/>
                <w:rtl/>
              </w:rPr>
              <w:t>«וְאֵין שִׁעוּר לִבְרָכָה רִאשׁוֹנָה, שֶׁאֲפִלּוּ אוֹכֵל אוֹ שׁוֹתֶה כָּל שֶׁהוּא, חַיָּב לְבָרֵךְ בְּרָכָה רִאשׁוֹנָה.»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6"/>
                <w:szCs w:val="26"/>
                <w:rtl/>
              </w:rPr>
              <w:t>(קִצּוּר שֻׁלְחָן עָרוּךְ, סִימָן נ, סָעִיף א)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אֵיזוֹ בְּרָכָה?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מִתְחוּ קַו מִן הָאֹכֶל אֶל הַבְּרָכָה.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תַּפּוּחַ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הַמּוֹצִיא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מְלָפְפוֹן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שֶׁהַכֹּל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חָלָב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בּוֹרֵא פְּרִי הָעֵץ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לֶחֶם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בּוֹרֵא פְּרִי הָאֲדָמָה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27AE6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בְּרָכָה רִאשׁוֹנָה וּבְרָכָה אַחֲרוֹנָה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עֵץ אוֹ אֲדָמָה?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כִּתְבוּ כָּל אֹכֶל מִתַּחַת לַבְּרָכָה שֶׁלּוֹ.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א. תַּפּוּחַ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ב. גֶּזֶר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ג. אַגָּס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ד. עַגְבָנִיָּה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ה. תְּאֵנָה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ו. תַּפּוּחַ אֲדָמָה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27AE6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בּוֹרֵא פְּרִי הָעֵץ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27AE6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בּוֹרֵא פְּרִי הָאֲדָמָה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7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מָה מְבָרְכִים אַחֲרֵי אֲכִילַת לֶחֶם?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בִּרְכַּת הַמָּזוֹן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שֶׁהַכֹּל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הַמּוֹצִיא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מָה מְבָרְכִים עַל כּוֹס מַיִם?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בּוֹרֵא פְּרִי הָעֵץ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שֶׁהַכֹּל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הַמּוֹצִיא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מָתַי מְבָרְכִים בְּרָכָה רִאשׁוֹנָה?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לִפְנֵי הָאֹכֶל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אַחֲרֵי הָאֹכֶל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בַּלַּיְלָה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27AE6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בְּרָכָה רִאשׁוֹנָה וּבְרָכָה אַחֲרוֹנָה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8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510"/>
              <w:gridCol w:w="1247"/>
              <w:gridCol w:w="510"/>
              <w:gridCol w:w="5670"/>
            </w:tblGrid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38800" cy="898714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cf4f41aa9c_330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38800" cy="89871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4"/>
                      <w:szCs w:val="34"/>
                      <w:rtl/>
                    </w:rPr>
                    <w:t>עַל הַמְּלָפְפוֹן מְבָרְכִים בּוֹרֵא פְּרִי הָאֲדָמָה.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8424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374049cb42_330.png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8424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4"/>
                      <w:szCs w:val="34"/>
                      <w:rtl/>
                    </w:rPr>
                    <w:t>עַל הַסֻּכָּרִיָּה מְבָרְכִים שֶׁהַכֹּל.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25200" cy="899967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833c375885_330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25200" cy="89996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4"/>
                      <w:szCs w:val="34"/>
                      <w:rtl/>
                    </w:rPr>
                    <w:t>עַל הַתַּפּוּחַ מְבָרְכִים בּוֹרֵא פְּרִי הָעֵץ.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07200" cy="898953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ada680ea81_330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7200" cy="898953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4"/>
                      <w:szCs w:val="34"/>
                      <w:rtl/>
                    </w:rPr>
                    <w:t>עַל הָעוּגִיָּה מְבָרְכִים בּוֹרֵא מִינֵי מְזוֹנוֹת.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עַל בָּנָנָה מְבָרְכִים בּוֹרֵא פְּרִי הָאֲדָמָה.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עַל שׁוֹקוֹלָד מְבָרְכִים שֶׁהַכֹּל.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אַחֲרֵי לֶחֶם מְבָרְכִים בּוֹרֵא נְפָשׁוֹת.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נוֹטְלִים יָדַיִם מִכְּלִי.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2" name="Picture 3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3" name="Picture 3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הָאֹכֶל שֶׁלִּי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צַיְּרוּ אֹכֶל שֶׁאַתֶּם אוֹהֲבִים, וְכִתְבוּ אֶת הַבְּרָכָה שֶׁלּוֹ.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sz w:val="36"/>
                <w:szCs w:val="36"/>
                <w:rtl/>
              </w:rPr>
              <w:t>סִיַּמְתִּי לִלְמֹד אֶת הַיְּחִידָה «סְעוּדָה וּבְרָכוֹת».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Alef" w:hAnsi="Alef" w:cs="Alef" w:eastAsia="Alef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32400" cy="2053203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9_col1_70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2400" cy="205320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נְטִילַת יָדַיִם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33200" cy="2053475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9_col2_70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200" cy="20534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פֵּרוֹת וִירָקוֹת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24000" cy="2053200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aa1293bfb8_33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00" cy="205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לֶחֶם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20400" cy="2054755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75f5e8a3fa_330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400" cy="20547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חָלָב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Alef" w:hAnsi="Alef" w:cs="Alef" w:eastAsia="Alef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  ·  סֵדֶר נְטִילַת יָדַיִם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מְבָרְכִים עַל נְטִילַת יָדַיִם.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מְמַלְּאִים אֶת הַנַּטְלָה בְּמַיִם.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מְנַגְּבִים וּמְבָרְכִים הַמּוֹצִיא.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שׁוֹפְכִים עַל יָמִין וְאָז עַל שְׂמֹאל.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lef" w:hAnsi="Alef" w:cs="Alef" w:eastAsia="Alef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