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סְעוּדָה וּבְרָכוֹת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FFFFFF"/>
                <w:sz w:val="38"/>
                <w:szCs w:val="38"/>
                <w:rtl/>
              </w:rPr>
              <w:t>אוֹכְלִים בְּשִׂמְחָה וּמוֹדִים לַה'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Alef" w:hAnsi="Alef" w:cs="Alef" w:eastAsia="Alef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: נְטִילַת יָדַיִם וְהַמּוֹצִיא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נוֹטְלִים יָדַיִם לִפְנֵי שֶׁאוֹכְלִים לֶחֶם.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מַתְחִילִים לִשְׁפֹּךְ עַל יַד שְׂמֹאל.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אַחֲרֵי הַנְּטִילָה מְבָרְכִים הַמּוֹצִיא.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מֻתָּר לֶאֱכֹל אֹכֶל שֶׁאֵינוֹ כָּשֵׁר.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סֵדֶר נְטִילַת יָדַיִם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מְמַלְּאִים אֶת הַנַּטְלָה בְּמַיִם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שׁוֹפְכִים עַל יָמִין וְאָז עַל שְׂמֹאל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מְבָרְכִים עַל נְטִילַת יָדַיִם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מְנַגְּבִים וּמְבָרְכִים הַמּוֹצִיא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לִפְנֵי שֶׁאוֹכְלִים [לֶחֶם] נוֹטְלִים יָדַיִם.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קֹדֶם שׁוֹפְכִים עַל יַד [יָמִין].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אוֹכְלִים רַק אֹכֶל [כָּשֵׁר].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0399" cy="39671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a1293bfb8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399" cy="3967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לֶחֶם  ←  עַל הַלֶּחֶם מְבָרְכִים הַמּוֹצִיא.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25600" cy="39495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9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" cy="39495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נְטִילַת יָדַיִם  ←  נוֹטְלִים יָדַיִם לִפְנֵי הַלֶּחֶם.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234000" cy="39397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75f5e8a3fa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" cy="3939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חָלָב  ←  עַל הֶחָלָב מְבָרְכִים שֶׁהַכֹּל.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74400" cy="39769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9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400" cy="3976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פֵּרוֹת וִירָקוֹת  ←  עַל כָּל פְּרִי מְבָרְכִים בְּשִׂמְחָה.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: בְּרָכָה רִאשׁוֹנָה וּבְרָכָה אַחֲרוֹנָה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אֵיזוֹ בְּרָכָה?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מִתְחוּ קַו מִן הָאֹכֶל אֶל הַבְּרָכָה.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תַּפּוּחַ  ←  בּוֹרֵא פְּרִי הָעֵץ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מְלָפְפוֹן  ←  בּוֹרֵא פְּרִי הָאֲדָמָה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חָלָב  ←  שֶׁהַכֹּל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לֶחֶם  ←  הַמּוֹצִיא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עֵץ אוֹ אֲדָמָה?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כִּתְבוּ כָּל אֹכֶל מִתַּחַת לַבְּרָכָה שֶׁלּוֹ.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בּוֹרֵא פְּרִי הָעֵץ: תַּפּוּחַ · אַגָּס · תְּאֵנָה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בּוֹרֵא פְּרִי הָאֲדָמָה: גֶּזֶר · עַגְבָנִיָּה · תַּפּוּחַ אֲדָמָה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מְבָרְכִים אַחֲרֵי אֲכִילַת לֶחֶם?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בִּרְכַּת הַמָּזוֹן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מְבָרְכִים עַל כּוֹס מַיִם?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שֶׁהַכֹּל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מָתַי מְבָרְכִים בְּרָכָה רִאשׁוֹנָה?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לִפְנֵי הָאֹכֶל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8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70800" cy="397286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cf4f41aa9c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00" cy="3972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←  עַל הַתַּפּוּחַ מְבָרְכִים בּוֹרֵא פְּרִי הָעֵץ.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564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374049cb42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5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←  עַל הַמְּלָפְפוֹן מְבָרְכִים בּוֹרֵא פְּרִי הָאֲדָמָה.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852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833c375885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85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←  עַל הָעוּגִיָּה מְבָרְכִים בּוֹרֵא מִינֵי מְזוֹנוֹת.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924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da680ea81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2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←  עַל הַסֻּכָּרִיָּה מְבָרְכִים שֶׁהַכֹּל.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עַל בָּנָנָה מְבָרְכִים בּוֹרֵא פְּרִי הָאֲדָמָה.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עַל שׁוֹקוֹלָד מְבָרְכִים שֶׁהַכֹּל.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אַחֲרֵי לֶחֶם מְבָרְכִים בּוֹרֵא נְפָשׁוֹת.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נוֹטְלִים יָדַיִם מִכְּלִי.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הָאֹכֶל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צַיְּרוּ אֹכֶל שֶׁאַתֶּם אוֹהֲבִים, וְכִתְבוּ אֶת הַבְּרָכָה שֶׁלּוֹ.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