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שַׁבָּת – קִדּוּשׁ וְהַבְדָּלָה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נִכְנָסִים לַשַּׁבָּת וְיוֹצְאִים מִמֶּנָּה עִם כּוֹס יַיִן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קִדּוּשׁ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7950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הַבְדָּלָה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בַּחוֹבֶרֶת הַזֹּאת נִלְמַד עַל קִדּוּשׁ וְעַל הַבְדָּלָה.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בַּקִּדּוּשׁ אֲנַחְנוּ מַכְנִיסִים אֶת הַשַּׁבָּת בְּשִׂמְחָה.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בַּהַבְדָּלָה אֲנַחְנוּ נִפְרָדִים מֵהַשַּׁבָּת בְּכָבוֹד.</w:t>
      </w:r>
    </w:p>
    <w:p>
      <w:pPr>
        <w:bidi/>
        <w:spacing w:before="0" w:after="0" w:line="12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קִדּוּשׁ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B7950B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B7950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בְּלֵיל שַׁבָּת אַבָּא מְקַדֵּשׁ עַל כּוֹס יַיִן.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בַּקִּדּוּשׁ אֲנַחְנוּ זוֹכְרִים שֶׁשַּׁבָּת הִיא יוֹם קָדוֹשׁ.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לִפְנֵי הַקִּדּוּשׁ לֹא אוֹכְלִים וְלֹא שׁוֹתִים כְּלוּם.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הַחַלּוֹת מְכֻסּוֹת בִּשְׁעַת הַקִּדּוּשׁ, זֵכֶר לַמָּן.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קִדּוּשׁ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בְּרָכָה עַל כּוֹס יַיִן שֶׁמַּכְנִיסָה אֶת הַשַּׁבָּת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מְכֻסּוֹת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יֵשׁ עֲלֵיהֶן מַפָּה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מָן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לֶחֶם שֶׁיָּרַד מִן הַשָּׁמַיִם בַּמִּדְבָּר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«מִצְוַת עֲשֵׂה מִן הַתּוֹרָה לְקַדֵּשׁ אֶת יוֹם הַשַּׁבָּת בִּדְבָרִים, שֶׁנּאֱמַר זָכוֹר אֶת יוֹם הַשַּׁבָּת לְקַדְשׁוֹ»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עז,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מְקַדְּשִׁים עַל כּוֹס יַיִן.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לִפְנֵי הַקִּדּוּשׁ אוֹכְלִים עוּגָה.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הַחַלּוֹת מְכֻסּוֹת בִּשְׁעַת הַקִּדּוּשׁ.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בְּשַׁבָּת בַּבֹּקֶר אֵין קִדּוּשׁ.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קִדּוּשׁ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עַל מָה מְקַדְּשִׁים?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מַיִם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יַיִן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חָלָב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לָמָּה מְכַסִּים אֶת הַחַלּוֹת?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זֵכֶר לַמָּן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כִּי קַר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כְּדֵי לְהַסְתִּיר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מְקַדְּשִׁים?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בְּיוֹם רִאשׁוֹן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בְּשַׁבָּת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בְּיוֹם שֵׁנִי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קוֹרֶה בְּלֵיל שַׁבָּת?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B7950B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קִדּוּשׁ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כְּשֶׁרוֹאִים שְׁלוֹשָׁה כּוֹכָבִים, הַשַּׁבָּת יוֹצֵאת.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בְּלֵיל שַׁבָּת מְקַדְּשִׁים עַל כּוֹס יַיִן.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בְּיוֹם שִׁשִּׁי מַדְלִיקִים נֵרוֹת שַׁבָּת.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בְּמוֹצָאֵי שַׁבָּת מְבָרְכִים עַל נֵר וּבְשָׂמִים.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הַבְדָּלָה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1F618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בְּמוֹצָאֵי שַׁבָּת עוֹשִׂים הַבְדָּלָה.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מְבָרְכִים עַל יַיִן, עַל בְּשָׂמִים וְעַל נֵר.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לְאוֹר הַנֵּר מִסְתַּכְּלִים בַּצִּפָּרְנַיִם.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לִפְנֵי הַהַבְדָּלָה לֹא אוֹכְלִים וְלֹא עוֹשִׂים מְלָאכָה.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F618D"/>
                    <w:left w:val="dashed" w:sz="8" w:space="0" w:color="1F618D"/>
                    <w:bottom w:val="dashed" w:sz="8" w:space="0" w:color="1F618D"/>
                    <w:right w:val="dashed" w:sz="8" w:space="0" w:color="1F618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הַבְדָּלָה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בְּרָכָה שֶׁמַּפְרִידָה בֵּין שַׁבָּת לְחֹל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בְּשָׂמִים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צְמָחִים שֶׁיֵּשׁ לָהֶם רֵיחַ טוֹב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מוֹצָאֵי שַׁבָּת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הָעֶרֶב שֶׁבּוֹ הַשַּׁבָּת יוֹצֵאת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«כְּשֵׁם שֶׁמִצְוָה לְקַדֵּשׁ אֶת הַשַּׁבָּת בִּכְנִיסָתָהּ עַל כּוֹס יַיִן, כָּךְ מִצְוָה לְקַדְֹּשָּהּ בִּיצִיאָתָהּ עַל כּוֹס יַיִן, דְּהַיְנוּ בְּהַבְדָלָה. וּמְבָרְכִים גַּם עַל הַבְּשָׂמִים וְעַל הַנֵּר.»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צו, סָעִיף 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מַתְאִים לְכָל בְּרָכָה?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הַבְּרָכָה לַדָּבָר הַמַּתְאִים.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בּוֹרֵא פְּרִי הַגָּפֶן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נֵר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בּוֹרֵא מִינֵי בְשָׂמִים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קֹדֶשׁ וְחֹל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בּוֹרֵא מְאוֹרֵי הָאֵשׁ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יַיִן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הַמַּבְדִּיל בֵּין קֹדֶשׁ לְחֹל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בְּשָׂמִים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הַבְדָּלָה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קִדּוּשׁ אוֹ הַבְדָּלָה?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מִשְׁפָּט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א. בְּלֵיל שַׁבָּת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ב. בְּמוֹצָאֵי שַׁבָּת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ג. מְרִיחִים בְּשָׂמִים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ד. חַלּוֹת מְכֻסּוֹת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ה. נֵר עִם פְּתִילוֹת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ו. בְּשַׁבָּת בַּבֹּקֶר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קִדּוּשׁ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הַבְדָּלָה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נֵר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בְּשָׂמִים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יַיִן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בַּהַבְדָּלָה מְרִיחִים ____________ טוֹבִים.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מַדְלִיקִים ____________ עִם כַּמָּה פְּתִילוֹת.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מְמַלְּאִים כּוֹס ____________ עַד הַסּוֹף.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הַבְדָּלָה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450000" cy="90000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9f25c302a3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0000" cy="90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בְּהַבְדָּלָה מְרִיחִים בְּשָׂמִים.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4800" cy="899327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9a9854bb73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4800" cy="89932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מְבָרְכִים הַמּוֹצִיא עַל שְׁתֵּי חַלּוֹת.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12800" cy="901241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be676ae0a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800" cy="90124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בְּקִדּוּשׁ מְבָרְכִים בּוֹרֵא פְּרִי הַגֶּפֶן.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2400" cy="90132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aa1293bfb8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2400" cy="90132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4"/>
                      <w:szCs w:val="34"/>
                      <w:rtl/>
                    </w:rPr>
                    <w:t>מְבָרְכִים בּוֹרֵא מְאוֹרֵי הָאֵשׁ.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עוֹשִׂים הַבְדָּלָה?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בְּלֵיל שַׁבָּת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בְּמוֹצָאֵי שַׁבָּת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בְּיוֹם שִׁשִּׁי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עַל מָה מְבָרְכִים בַּקִּדּוּשׁ?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יַיִן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נֵר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בְּשָׂמִים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שֻׁלְחָן שֶׁל הַבְדָּלָה: כּוֹס, נֵר וּבְשָׂמִים.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sz w:val="36"/>
                <w:szCs w:val="36"/>
                <w:rtl/>
              </w:rPr>
              <w:t>סִיַּמְתִּי לִלְמֹד אֶת הַיְּחִידָה «שַׁבָּת – קִדּוּשׁ וְהַבְדָּלָה».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36000" cy="1821394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5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00" cy="18213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כּוֹס קִדּוּשׁ וְחַלּוֹת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2050296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5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20502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הַבְדָּלָה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3600" cy="2052142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989058904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600" cy="20521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כּוֹכָבִים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56800" cy="2048869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bd66c678be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800" cy="20488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נֵרוֹת שַׁבָּת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מָה קוֹרֶה בְּלֵיל שַׁבָּת?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כֻּלָּם נוֹטְלִים יָדַיִם.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חוֹזְרִים מִבֵּית הַכְּנֶסֶת הַבַּיְתָה.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מְבָרְכִים הַמּוֹצִיא עַל הַחַלּוֹת.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אַבָּא מְקַדֵּשׁ עַל כּוֹס יַיִן.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