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Assistant" w:hAnsi="Assistant" w:cs="Assistant" w:eastAsia="Assistant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E2C47A"/>
                <w:sz w:val="36"/>
                <w:szCs w:val="36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שַׁבָּת – קִדּוּשׁ וְהַבְדָּלָה – מַחְוֶן לַמּוֹרֶה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color w:val="FFFFFF"/>
                <w:sz w:val="38"/>
                <w:szCs w:val="38"/>
                <w:rtl/>
              </w:rPr>
              <w:t>נִכְנָסִים לַשַּׁבָּת וְיוֹצְאִים מִמֶּנָּה עִם כּוֹס יַיִן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Assistant" w:hAnsi="Assistant" w:cs="Assistant" w:eastAsia="Assistant"/>
          <w:sz w:val="34"/>
          <w:szCs w:val="34"/>
          <w:rtl/>
        </w:rPr>
        <w:t>תשובות לכל המשימות בחוברת, לפי מספרי העמודים. במשימות פתוחות – תשובה אפשרית; מקבלים כל תשובה מנומקת.</w:t>
      </w:r>
    </w:p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B7950B"/>
              <w:left w:val="single" w:sz="8" w:space="0" w:color="B7950B"/>
              <w:bottom w:val="single" w:sz="8" w:space="0" w:color="B7950B"/>
              <w:right w:val="single" w:sz="8" w:space="0" w:color="B7950B"/>
            </w:tcBorders>
            <w:shd w:val="clear" w:color="auto" w:fill="B7950B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 xml:space="preserve">: קִדּוּשׁ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6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מְקַדְּשִׁים עַל כּוֹס יַיִן.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לִפְנֵי הַקִּדּוּשׁ אוֹכְלִים עוּגָה.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הַחַלּוֹת מְכֻסּוֹת בִּשְׁעַת הַקִּדּוּשׁ.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בְּשַׁבָּת בַּבֹּקֶר אֵין קִדּוּשׁ.  ←  לֹא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בַּחֲרוּ אֶת הַתְּשׁוּבָה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הַקִּיפוּ אֶת הַתְּשׁוּבָה הַנְּכוֹנָה.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עַל מָה מְקַדְּשִׁים?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עַל יַיִן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לָמָּה מְכַסִּים אֶת הַחַלּוֹת?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זֵכֶר לַמָּן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מָתַי מְקַדְּשִׁים?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בְּשַׁבָּת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מָה קוֹרֶה בְּלֵיל שַׁבָּת?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– חוֹזְרִים מִבֵּית הַכְּנֶסֶת הַבַּיְתָה.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– אַבָּא מְקַדֵּשׁ עַל כּוֹס יַיִן.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– כֻּלָּם נוֹטְלִים יָדַיִם.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– מְבָרְכִים הַמּוֹצִיא עַל הַחַלּוֹת.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17600" cy="396087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6989058904_33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600" cy="39608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כּוֹכָבִים  ←  כְּשֶׁרוֹאִים שְׁלוֹשָׁה כּוֹכָבִים, הַשַּׁבָּת יוֹצֵאת.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576000" cy="383451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05_col1_70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8345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כּוֹס קִדּוּשׁ וְחַלּוֹת  ←  בְּלֵיל שַׁבָּת מְקַדְּשִׁים עַל כּוֹס יַיִן.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165600" cy="39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bd66c678be_33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נֵרוֹת שַׁבָּת  ←  בְּיוֹם שִׁשִּׁי מַדְלִיקִים נֵרוֹת שַׁבָּת.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81600" cy="395148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05_col2_70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600" cy="3951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הַבְדָּלָה  ←  בְּמוֹצָאֵי שַׁבָּת מְבָרְכִים עַל נֵר וּבְשָׂמִים.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 xml:space="preserve">: הַבְדָּלָה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7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9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מָה מַתְאִים לְכָל בְּרָכָה?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מִתְחוּ קַו בֵּין הַבְּרָכָה לַדָּבָר הַמַּתְאִים.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בּוֹרֵא פְּרִי הַגָּפֶן  ←  יַיִן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בּוֹרֵא מִינֵי בְשָׂמִים  ←  בְּשָׂמִים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בּוֹרֵא מְאוֹרֵי הָאֵשׁ  ←  נֵר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הַמַּבְדִּיל בֵּין קֹדֶשׁ לְחֹל  ←  קֹדֶשׁ וְחֹל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קִדּוּשׁ אוֹ הַבְדָּלָה?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כִּתְבוּ כָּל מִשְׁפָּט בַּמָּקוֹם הַנָּכוֹן.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קִדּוּשׁ: בְּלֵיל שַׁבָּת · חַלּוֹת מְכֻסּוֹת · בְּשַׁבָּת בַּבֹּקֶר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הַבְדָּלָה: בְּמוֹצָאֵי שַׁבָּת · מְרִיחִים בְּשָׂמִים · נֵר עִם פְּתִילוֹת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7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בַּהַבְדָּלָה מְרִיחִים [בְּשָׂמִים] טוֹבִים.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מַדְלִיקִים [נֵר] עִם כַּמָּה פְּתִילוֹת.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מְמַלְּאִים כּוֹס [יַיִן] עַד הַסּוֹף.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8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מִתְחוּ קַו בֵּין כָּל תְּמוּנָה לַמִּשְׁפָּט הַמַּתְאִים לָהּ.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198000" cy="39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9f25c302a3_33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←  בְּקִדּוּשׁ מְבָרְכִים בּוֹרֵא פְּרִי הַגֶּפֶן.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85200" cy="396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9a9854bb73_33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2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←  בְּהַבְדָּלָה מְרִיחִים בְּשָׂמִים.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13200" cy="396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cbe676ae0a_33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←  מְבָרְכִים בּוֹרֵא מְאוֹרֵי הָאֵשׁ.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828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aa1293bfb8_33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82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←  מְבָרְכִים הַמּוֹצִיא עַל שְׁתֵּי חַלּוֹת.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 xml:space="preserve">מָה לָמַדְנוּ?  ·  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10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בַּחֲרוּ אֶת הַתְּשׁוּבָה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הַקִּיפוּ אֶת הַתְּשׁוּבָה הַנְּכוֹנָה.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מָתַי עוֹשִׂים הַבְדָּלָה?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בְּמוֹצָאֵי שַׁבָּת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עַל מָה מְבָרְכִים בַּקִּדּוּשׁ?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עַל יַיִן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צַיְּרוּ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צַיְּרוּ שֻׁלְחָן שֶׁל הַבְדָּלָה: כּוֹס, נֵר וּבְשָׂמִים.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תשובה אישית.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ssistant" w:hAnsi="Assistant" w:cs="Assistant" w:eastAsia="Assistant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