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8902F"/>
                <w:sz w:val="30"/>
                <w:szCs w:val="30"/>
                <w:rtl/>
              </w:rPr>
              <w:t>דַּף צְבִיעָה · שָׁבוּעוֹת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סַל הַבִּכּוּרִים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62087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028-0.153-0.952-0.877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6208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בַּסַּל יֵשׁ פֵּרוֹת יָפִים לַחַג.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8902F"/>
                <w:sz w:val="30"/>
                <w:szCs w:val="30"/>
                <w:rtl/>
              </w:rPr>
              <w:t>דַּף צְבִיעָה · שָׁבוּעוֹת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עוּגַת גְּבִינָה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435648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107-0.289-0.901-0.725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3564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בְּשָׁבוּעוֹת אוֹכְלִים מַאַכְלֵי חָלָב.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Assistant" w:hAnsi="Assistant" w:cs="Assistant" w:eastAsia="Assistant"/>
          <w:b/>
          <w:bCs/>
          <w:color w:val="B8902F"/>
          <w:sz w:val="34"/>
          <w:szCs w:val="34"/>
          <w:rtl/>
        </w:rPr>
        <w:t>פִּנַּת צִיּוּר: צַיְּרוּ גַּם אַתֶּם צִיּוּר עַל שָׁבוּעוֹת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2778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ssistant" w:hAnsi="Assistant" w:cs="Assistant" w:eastAsia="Assistant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