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שָׁבוּעוֹת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זְמַן מַתַּן תּוֹרָתֵנוּ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מַתַּן תּוֹרָה וּמַאַכְלֵי חָלָב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7950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בִּכּוּרִים, רוּת וְדָוִד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בַּחוֹבֶרֶת הַזֹּאת נִלְמַד עַל חַג הַשָּׁבוּעוֹת.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נִלְמַד עַל מַתַּן תּוֹרָה וְעַל מַאַכְלֵי חָלָב.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נִלְמַד גַּם עַל הַבִּכּוּרִים, עַל מְגִלַּת רוּת וְעַל דָּוִד הַמֶּלֶךְ.</w:t>
      </w:r>
    </w:p>
    <w:p>
      <w:pPr>
        <w:bidi/>
        <w:spacing w:before="0" w:after="0" w:line="12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מַתַּן תּוֹרָה וּמַאַכְלֵי חָלָב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בְּחַג שָׁבוּעוֹת ה' נָתַן לָנוּ אֶת הַתּוֹרָה בְּהַר סִינַי.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כָּל עַם יִשְׂרָאֵל אָמַר בְּיַחַד: נַעֲשֶׂה וְנִשְׁמָע!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בַּחַג לוֹמְדִים תּוֹרָה, וּבְבֵית הַכְּנֶסֶת שׁוֹמְעִים אֶת עֲשֶׂרֶת הַדִּבְּרוֹת.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נוֹהֲגִים לֶאֱכוֹל מַאַכְלֵי חָלָב, כִּי הַתּוֹרָה מְתוּקָה כְּמוֹ חָלָב וּדְבַשׁ.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מַתַּן תּוֹרָה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הַיּוֹם שֶׁבּוֹ ה' נָתַן לָנוּ אֶת הַתּוֹרָה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הַר סִינַי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הָהָר שֶׁעָלָיו קִבַּלְנוּ אֶת הַתּוֹרָה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נוֹהֲגִים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רְגִילִים לַעֲשׂוֹת, זֶה מִנְהָג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«בְּיוֹם רִאשׁוֹן שֶׁל שָׁבוּעוֹת, נוֹהֲגִין לֶאֱכוֹל מַאַכְלֵי חָלָב. וְיֵשׁ בָּזֶה כַּמָּה טְעָמִים.»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קג,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בְּשָׁבוּעוֹת קִבַּלְנוּ אֶת הַתּוֹרָה.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קִבַּלְנוּ אֶת הַתּוֹרָה בְּמִצְרַיִם.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עַם יִשְׂרָאֵל אָמַר: נַעֲשֶׂה וְנִשְׁמָע.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בְּשָׁבוּעוֹת אָסוּר לֶאֱכוֹל גְּבִינָה.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מַתַּן תּוֹרָה וּמַאַכְלֵי חָלָב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שׁוֹמְעִים בְּבֵית הַכְּנֶסֶת בַּחַג?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עֲשֶׂרֶת הַדִּבְּרוֹת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מְגִלַּת אֶסְתֵּר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קוֹל שׁוֹפָר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לְמָה דּוֹמָה הַתּוֹרָה?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לְמֶלַח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לְחָלָב וּדְבַשׁ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לְלִימוֹן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מַתַּן תּוֹרָה וּמַאַכְלֵי חָלָב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מְקַשְּׁטִים אֶת בֵּית הַכְּנֶסֶת בִּפְרָחִים.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בַּסַּל יֵשׁ פֵּרוֹת יָפִים לַחַג.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בְּהַר סִינַי קִבַּלְנוּ אֶת הַתּוֹרָה.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בְּשָׁבוּעוֹת אוֹכְלִים מַאַכְלֵי חָלָב.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בִּכּוּרִים, רוּת וְדָוִד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1F618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שָׁבוּעוֹת נִקְרָא גַּם חַג הַבִּכּוּרִים.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פַּעַם הֵבִיאוּ אֶת הַפֵּרוֹת הָרִאשׁוֹנִים לְבֵית הַמִּקְדָּשׁ בְּשִׂמְחָה.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בַּחַג קוֹרְאִים אֶת מְגִלַּת רוּת, שֶׁקִּבְּלָה עָלֶיהָ אֶת הַתּוֹרָה.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דָּוִד הַמֶּלֶךְ, מִמִּשְׁפַּחַת רוּת, נוֹלַד וְנִפְטַר בְּשָׁבוּעוֹת.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בִּכּוּרִים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הַפֵּרוֹת הָרִאשׁוֹנִים שֶׁגָּדְלוּ בַּשָּׂדֶה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מְגִלָּה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סֵפֶר קָטָן מִן הַתַּנַ"ךְ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בֵּית הַמִּקְדָּשׁ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הַבַּיִת שֶׁל ה' בִּירוּשָׁלַיִם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«וְחַג הַקָּצִיר בִּכּוּרֵי מַעֲשֶׂיךָ אֲשֶׁר תִּזְרַע בַּשָּׂדֶה»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(שְׁמוֹת כג, טז)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מְגִלַּת רוּת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פֵּרוֹת רִאשׁוֹנִים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דָּוִד הַמֶּלֶךְ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מֶלֶךְ יִשְׂרָאֵל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בִּכּוּרִים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קוֹרְאִים בַּחַג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יְרוּשָׁלַיִם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שָׁם בֵּית הַמִּקְדָּשׁ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בִּכּוּרִים, רוּת וְדָוִד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מִיּוֹן פֵּרוֹת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בִּכּוּרִים מְבִיאִים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א. תְּאֵנָה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ג. רִמּוֹן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ד. בָּנָנָה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ה. תָּמָר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ו. אֲבַטִּיחַ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מִשִּׁבְעַת הַמִּינִים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מִשִּׁבְעַת הַמִּינִים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בִּכּוּרִים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רוּת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דָּוִד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לַפֵּרוֹת הָרִאשׁוֹנִים קוֹרְאִים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בַּחַג קוֹרְאִים אֶת מְגִלַּת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____________ הַמֶּלֶךְ נוֹלַד בְּשָׁבוּעוֹת.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בִּכּוּרִים, רוּת וְדָוִד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87782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ada7298642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877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שָׁבוּעוֹת הוּא חַג הַקָּצִיר.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736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05d3defad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73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בְּלֵיל שָׁבוּעוֹת לוֹמְדִים תּוֹרָה.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02691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599393f8a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026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בְּשָׁבוּעוֹת קוֹרְאִים אֶת עֲשֶׂרֶת הַדִּבְּרוֹת.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658037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a393cc2fa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65803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אוֹכְלִים גְּבִינָה וּמַאַכְלֵי חָלָב.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בְּאֵיזֶה חַג קִבַּלְנוּ אֶת הַתּוֹרָה?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פֶּסַח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שָׁבוּעוֹת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סֻכּוֹת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אֵיזוֹ מְגִלָּה קוֹרְאִים בְּשָׁבוּעוֹת?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מְגִלַּת רוּת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מְגִלַּת אֶסְתֵּר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אֵיכָה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סַל בִּכּוּרִים מָלֵא פֵּרוֹת לַחַג.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sz w:val="36"/>
                <w:szCs w:val="36"/>
                <w:rtl/>
              </w:rPr>
              <w:t>סִיַּמְתִּי לִלְמֹד אֶת הַיְּחִידָה «שָׁבוּעוֹת».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98800" cy="2050827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5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800" cy="2050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סַל הַבִּכּוּרִים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84875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5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8487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עוּגַת גְּבִינָה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91599" cy="205357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9c6eb6fb1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599" cy="20535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פְּרָחִים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50800" cy="2051608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190c7b960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800" cy="20516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הַר סִינַי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הֵם אָמְרוּ: נַעֲשֶׂה וְנִשְׁמָע.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בְּנֵי יִשְׂרָאֵל יָצְאוּ מִמִּצְרַיִם.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ה' נָתַן לָהֶם אֶת הַתּוֹרָה.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הֵם הָלְכוּ בַּמִּדְבָּר עַד הַר סִינַי.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