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שָׁבוּעוֹת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זְמַן מַתַּן תּוֹרָתֵנוּ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מַתַּן תּוֹרָה וּמַאַכְלֵי חָלָב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בְּשָׁבוּעוֹת קִבַּלְנוּ אֶת הַתּוֹרָה.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קִבַּלְנוּ אֶת הַתּוֹרָה בְּמִצְרַיִם.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עַם יִשְׂרָאֵל אָמַר: נַעֲשֶׂה וְנִשְׁמָע.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בְּשָׁבוּעוֹת אָסוּר לֶאֱכוֹל גְּבִינָה.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שׁוֹמְעִים בְּבֵית הַכְּנֶסֶת בַּחַג?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עֲשֶׂרֶת הַדִּבְּרוֹת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לְמָה דּוֹמָה הַתּוֹרָה?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לְחָלָב וּדְבַשׁ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יָצְאוּ מִמִּצְרַיִם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הָלְכוּ עַד הַר סִינַי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אָמְרוּ נַעֲשֶׂה וְנִשְׁמָע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ה' נָתַן אֶת הַתּוֹרָה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03200" cy="3958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9c6eb6fb1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" cy="395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פְּרָחִים  ←  מְקַשְּׁטִים אֶת בֵּית הַכְּנֶסֶת בִּפְרָחִים.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06799" cy="3975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5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99" cy="3975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סַל הַבִּכּוּרִים  ←  בַּסַּל יֵשׁ פֵּרוֹת יָפִים לַחַג.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3600" cy="39586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395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הַר סִינַי  ←  בְּהַר סִינַי קִבַּלְנוּ אֶת הַתּוֹרָה.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8921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5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89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עוּגַת גְּבִינָה  ←  בְּשָׁבוּעוֹת אוֹכְלִים מַאַכְלֵי חָלָב.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בִּכּוּרִים, רוּת וְדָוִד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מְגִלַּת רוּת  ←  קוֹרְאִים בַּחַג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דָּוִד הַמֶּלֶךְ  ←  מֶלֶךְ יִשְׂרָאֵל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בִּכּוּרִים  ←  פֵּרוֹת רִאשׁוֹנִים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יְרוּשָׁלַיִם  ←  שָׁם בֵּית הַמִּקְדָּשׁ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מִיּוֹן פֵּרוֹת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בִּכּוּרִים מְבִיאִים מִשִּׁבְעַת הַמִּינִים.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מִשִּׁבְעַת הַמִּינִים: תְּאֵנָה · רִמּוֹן ·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לֹא מִשִּׁבְעַת הַמִּינִים: תַּפּוּחַ · בָּנָנָה · אֲבַטִּיחַ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לַפֵּרוֹת הָרִאשׁוֹנִים קוֹרְאִים [בִּכּוּרִים].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בַּחַג קוֹרְאִים אֶת מְגִלַּת [רוּת].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[דָּוִד] הַמֶּלֶךְ נוֹלַד בְּשָׁבוּעוֹת.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56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בְּשָׁבוּעוֹת קוֹרְאִים אֶת עֲשֶׂרֶת הַדִּבְּרוֹת.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696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05d3defad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6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שָׁבוּעוֹת הוּא חַג הַקָּצִיר.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9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599393f8a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אוֹכְלִים גְּבִינָה וּמַאַכְלֵי חָלָב.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2784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a393cc2fa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27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בְּלֵיל שָׁבוּעוֹת לוֹמְדִים תּוֹרָה.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בְּאֵיזֶה חַג קִבַּלְנוּ אֶת הַתּוֹרָה?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שָׁבוּעוֹת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אֵיזוֹ מְגִלָּה קוֹרְאִים בְּשָׁבוּעוֹת?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מְגִלַּת רוּת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סַל בִּכּוּרִים מָלֵא פֵּרוֹת לַחַג.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