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סֻכּוֹת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הַסֻּכָּה שֶׁלִּי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97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23-0.141-0.99-0.87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97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בַּסֻּכָּה יֵשׁ סְכָךְ וְקִשּׁוּטִים יָפִים.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סֻכּוֹת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אַרְבָּעָה מִינִים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88000" cy="67173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8_0.192-0.051-0.794-0.884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88000" cy="67173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אֲנִי מְבָרֵךְ עַל הַלּוּלָב וְעַל הָאֶתְרוֹג.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