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Alef" w:hAnsi="Alef" w:cs="Alef" w:eastAsia="Alef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סֻכּוֹת</w:t>
            </w:r>
          </w:p>
        </w:tc>
      </w:tr>
    </w:tbl>
    <w:p>
      <w:pPr>
        <w:bidi/>
        <w:spacing w:before="0" w:after="0" w:line="12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Alef" w:hAnsi="Alef" w:cs="Alef" w:eastAsia="Alef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מְנַעְנְעִים אֶת הַלּוּלָב לְכָל הַצְּדָדִים.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הַסְּכָךְ צָרִיךְ לָתֵת יוֹתֵר שֶׁמֶשׁ מִצֵּל.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יוֹסֵף הַצַּדִּיק הוּא אֶחָד מֵהָאוּשְׁפִּיזִין.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בְּהוֹשַׁעְנָא רַבָּה מַקִּיפִים פַּעַם אַחַת בִּלְבַד.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כַּמָּה עֲרָבוֹת יֵשׁ בַּלּוּלָב?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אַחַת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שְׁתַּיִם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שָׁלֹשׁ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מִמָּה עוֹשִׂים סְכָךְ?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מִבַּד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מֵעֲנָפִים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מִבַּרְזֶל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רוֹאִים דֶּרֶךְ הַסְּכָךְ?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כּוֹכָבִים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יָם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הָרִים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מָתַי מַתְחִילִים לִבְנוֹת סֻכָּה?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בְּפֶסַח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אַחֲרֵי יוֹם הַכִּפּוּרִים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בַּחֲנֻכָּה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ג. מִתְחוּ קַו בֵּין הַמִּין לַתֵּאוּר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לוּלָב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עָלִים אֲרֻכִּים וַחֲלָקִים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אֶתְרוֹג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עָלִים קְטַנִּים בִּשְׁלָשׁוֹת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הֲדַס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עָנָף שֶׁל דֶּקֶל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עֲרָבָה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פְּרִי צָהֹב וְרֵיחָנִי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Alef" w:hAnsi="Alef" w:cs="Alef" w:eastAsia="Alef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שִׁבְעָה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דְּפָנוֹת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אַבְרָהָם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בְּרֵאשִׁית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יוֹשְׁבִים בַּסֻּכָּה ____________ יָמִים.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לַסֻּכָּה יֵשׁ לְפָחוֹת שָׁלֹשׁ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הָאוֹרֵחַ הָרִאשׁוֹן בָּאוּשְׁפִּיזִין הוּא ____________ אָבִינוּ.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בְּשִׂמְחַת תּוֹרָה מַתְחִילִים לִקְרֹא מִפָּרָשַׁת ____________.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ה. כִּתְבוּ תְּשׁוּבָה בְּמִשְׁפָּט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לָמָּה אָנוּ יוֹשְׁבִים בַּסֻּכָּה?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lef" w:hAnsi="Alef" w:cs="Alef" w:eastAsia="Alef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lef" w:hAnsi="Alef" w:cs="Alef" w:eastAsia="Alef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lef" w:hAnsi="Alef" w:cs="Alef" w:eastAsia="Alef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Alef" w:hAnsi="Alef" w:cs="Alef" w:eastAsia="Alef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lef" w:hAnsi="Alef" w:cs="Alef" w:eastAsia="Alef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